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9FC27" w14:textId="77777777" w:rsidR="00300333" w:rsidRDefault="00000000">
      <w:pPr>
        <w:pStyle w:val="Title"/>
      </w:pPr>
      <w:r>
        <w:t>RODRIGO RAULS BRUGEMANIS 110. GRUPA</w:t>
      </w:r>
    </w:p>
    <w:p w14:paraId="1FCB5EFA" w14:textId="77777777" w:rsidR="00300333" w:rsidRPr="006374C0" w:rsidRDefault="00000000" w:rsidP="006374C0">
      <w:pPr>
        <w:jc w:val="center"/>
        <w:rPr>
          <w:b/>
          <w:bCs/>
          <w:sz w:val="44"/>
          <w:szCs w:val="44"/>
        </w:rPr>
      </w:pPr>
      <w:r w:rsidRPr="006374C0">
        <w:rPr>
          <w:b/>
          <w:bCs/>
          <w:sz w:val="44"/>
          <w:szCs w:val="44"/>
        </w:rPr>
        <w:t>1. Uzdevums: Vienkāršota 2D masīva tabulas izveide</w:t>
      </w:r>
    </w:p>
    <w:p w14:paraId="58076B7E" w14:textId="77777777" w:rsidR="00300333" w:rsidRDefault="00000000">
      <w:r>
        <w:t>Zemāk redzams vienkāršots kods, kas izveido un izvada 2D masīva tabulu, līdzīgi kā iepriekšējā versijā.</w:t>
      </w:r>
    </w:p>
    <w:p w14:paraId="41383206" w14:textId="77777777" w:rsidR="006374C0" w:rsidRPr="006374C0" w:rsidRDefault="00000000" w:rsidP="006374C0">
      <w:pPr>
        <w:rPr>
          <w:rFonts w:ascii="Courier New" w:hAnsi="Courier New"/>
          <w:sz w:val="18"/>
        </w:rPr>
      </w:pPr>
      <w:r>
        <w:rPr>
          <w:rFonts w:ascii="Courier New" w:hAnsi="Courier New"/>
          <w:sz w:val="18"/>
        </w:rPr>
        <w:br/>
      </w:r>
      <w:r w:rsidR="006374C0" w:rsidRPr="006374C0">
        <w:rPr>
          <w:rFonts w:ascii="Courier New" w:hAnsi="Courier New"/>
          <w:sz w:val="18"/>
        </w:rPr>
        <w:t>using System;</w:t>
      </w:r>
    </w:p>
    <w:p w14:paraId="23E3FA5B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using </w:t>
      </w:r>
      <w:proofErr w:type="spellStart"/>
      <w:r w:rsidRPr="006374C0">
        <w:rPr>
          <w:rFonts w:ascii="Courier New" w:hAnsi="Courier New"/>
          <w:sz w:val="18"/>
        </w:rPr>
        <w:t>System.Linq</w:t>
      </w:r>
      <w:proofErr w:type="spellEnd"/>
      <w:r w:rsidRPr="006374C0">
        <w:rPr>
          <w:rFonts w:ascii="Courier New" w:hAnsi="Courier New"/>
          <w:sz w:val="18"/>
        </w:rPr>
        <w:t>;</w:t>
      </w:r>
    </w:p>
    <w:p w14:paraId="7C08374B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623E27F6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>class Program</w:t>
      </w:r>
    </w:p>
    <w:p w14:paraId="059001FB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>{</w:t>
      </w:r>
    </w:p>
    <w:p w14:paraId="00A8A61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static void Main()</w:t>
      </w:r>
    </w:p>
    <w:p w14:paraId="60F8AB20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{</w:t>
      </w:r>
    </w:p>
    <w:p w14:paraId="3EC9E49C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("</w:t>
      </w:r>
      <w:proofErr w:type="spellStart"/>
      <w:r w:rsidRPr="006374C0">
        <w:rPr>
          <w:rFonts w:ascii="Courier New" w:hAnsi="Courier New"/>
          <w:sz w:val="18"/>
        </w:rPr>
        <w:t>Vārds</w:t>
      </w:r>
      <w:proofErr w:type="spellEnd"/>
      <w:r w:rsidRPr="006374C0">
        <w:rPr>
          <w:rFonts w:ascii="Courier New" w:hAnsi="Courier New"/>
          <w:sz w:val="18"/>
        </w:rPr>
        <w:t>: ");</w:t>
      </w:r>
    </w:p>
    <w:p w14:paraId="62540EE2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var </w:t>
      </w:r>
      <w:proofErr w:type="spellStart"/>
      <w:r w:rsidRPr="006374C0">
        <w:rPr>
          <w:rFonts w:ascii="Courier New" w:hAnsi="Courier New"/>
          <w:sz w:val="18"/>
        </w:rPr>
        <w:t>vards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Console.ReadLine</w:t>
      </w:r>
      <w:proofErr w:type="spellEnd"/>
      <w:r w:rsidRPr="006374C0">
        <w:rPr>
          <w:rFonts w:ascii="Courier New" w:hAnsi="Courier New"/>
          <w:sz w:val="18"/>
        </w:rPr>
        <w:t>().</w:t>
      </w:r>
      <w:proofErr w:type="spellStart"/>
      <w:r w:rsidRPr="006374C0">
        <w:rPr>
          <w:rFonts w:ascii="Courier New" w:hAnsi="Courier New"/>
          <w:sz w:val="18"/>
        </w:rPr>
        <w:t>ToLower</w:t>
      </w:r>
      <w:proofErr w:type="spellEnd"/>
      <w:r w:rsidRPr="006374C0">
        <w:rPr>
          <w:rFonts w:ascii="Courier New" w:hAnsi="Courier New"/>
          <w:sz w:val="18"/>
        </w:rPr>
        <w:t>();</w:t>
      </w:r>
    </w:p>
    <w:p w14:paraId="4DCBE89D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22A7BA2F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("</w:t>
      </w:r>
      <w:proofErr w:type="spellStart"/>
      <w:r w:rsidRPr="006374C0">
        <w:rPr>
          <w:rFonts w:ascii="Courier New" w:hAnsi="Courier New"/>
          <w:sz w:val="18"/>
        </w:rPr>
        <w:t>Uzvārds</w:t>
      </w:r>
      <w:proofErr w:type="spellEnd"/>
      <w:r w:rsidRPr="006374C0">
        <w:rPr>
          <w:rFonts w:ascii="Courier New" w:hAnsi="Courier New"/>
          <w:sz w:val="18"/>
        </w:rPr>
        <w:t>: ");</w:t>
      </w:r>
    </w:p>
    <w:p w14:paraId="179E6D2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var </w:t>
      </w:r>
      <w:proofErr w:type="spellStart"/>
      <w:r w:rsidRPr="006374C0">
        <w:rPr>
          <w:rFonts w:ascii="Courier New" w:hAnsi="Courier New"/>
          <w:sz w:val="18"/>
        </w:rPr>
        <w:t>uzvards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Console.ReadLine</w:t>
      </w:r>
      <w:proofErr w:type="spellEnd"/>
      <w:r w:rsidRPr="006374C0">
        <w:rPr>
          <w:rFonts w:ascii="Courier New" w:hAnsi="Courier New"/>
          <w:sz w:val="18"/>
        </w:rPr>
        <w:t>().</w:t>
      </w:r>
      <w:proofErr w:type="spellStart"/>
      <w:r w:rsidRPr="006374C0">
        <w:rPr>
          <w:rFonts w:ascii="Courier New" w:hAnsi="Courier New"/>
          <w:sz w:val="18"/>
        </w:rPr>
        <w:t>ToLower</w:t>
      </w:r>
      <w:proofErr w:type="spellEnd"/>
      <w:r w:rsidRPr="006374C0">
        <w:rPr>
          <w:rFonts w:ascii="Courier New" w:hAnsi="Courier New"/>
          <w:sz w:val="18"/>
        </w:rPr>
        <w:t>();</w:t>
      </w:r>
    </w:p>
    <w:p w14:paraId="33CF117E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29DEE6D1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string </w:t>
      </w:r>
      <w:proofErr w:type="spellStart"/>
      <w:r w:rsidRPr="006374C0">
        <w:rPr>
          <w:rFonts w:ascii="Courier New" w:hAnsi="Courier New"/>
          <w:sz w:val="18"/>
        </w:rPr>
        <w:t>formatetsVards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Formatet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vards</w:t>
      </w:r>
      <w:proofErr w:type="spellEnd"/>
      <w:r w:rsidRPr="006374C0">
        <w:rPr>
          <w:rFonts w:ascii="Courier New" w:hAnsi="Courier New"/>
          <w:sz w:val="18"/>
        </w:rPr>
        <w:t>);</w:t>
      </w:r>
    </w:p>
    <w:p w14:paraId="6749A3CF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string </w:t>
      </w:r>
      <w:proofErr w:type="spellStart"/>
      <w:r w:rsidRPr="006374C0">
        <w:rPr>
          <w:rFonts w:ascii="Courier New" w:hAnsi="Courier New"/>
          <w:sz w:val="18"/>
        </w:rPr>
        <w:t>formatetsUzvards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Formatet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string.Concat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uzvards.Reverse</w:t>
      </w:r>
      <w:proofErr w:type="spellEnd"/>
      <w:r w:rsidRPr="006374C0">
        <w:rPr>
          <w:rFonts w:ascii="Courier New" w:hAnsi="Courier New"/>
          <w:sz w:val="18"/>
        </w:rPr>
        <w:t>()));</w:t>
      </w:r>
    </w:p>
    <w:p w14:paraId="0F1E2BC5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1381E9CE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int </w:t>
      </w:r>
      <w:proofErr w:type="spellStart"/>
      <w:r w:rsidRPr="006374C0">
        <w:rPr>
          <w:rFonts w:ascii="Courier New" w:hAnsi="Courier New"/>
          <w:sz w:val="18"/>
        </w:rPr>
        <w:t>rindas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formatetsUzvards.Length</w:t>
      </w:r>
      <w:proofErr w:type="spellEnd"/>
      <w:r w:rsidRPr="006374C0">
        <w:rPr>
          <w:rFonts w:ascii="Courier New" w:hAnsi="Courier New"/>
          <w:sz w:val="18"/>
        </w:rPr>
        <w:t>;</w:t>
      </w:r>
    </w:p>
    <w:p w14:paraId="79F33104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int </w:t>
      </w:r>
      <w:proofErr w:type="spellStart"/>
      <w:r w:rsidRPr="006374C0">
        <w:rPr>
          <w:rFonts w:ascii="Courier New" w:hAnsi="Courier New"/>
          <w:sz w:val="18"/>
        </w:rPr>
        <w:t>kolonnas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formatetsVards.Length</w:t>
      </w:r>
      <w:proofErr w:type="spellEnd"/>
      <w:r w:rsidRPr="006374C0">
        <w:rPr>
          <w:rFonts w:ascii="Courier New" w:hAnsi="Courier New"/>
          <w:sz w:val="18"/>
        </w:rPr>
        <w:t>;</w:t>
      </w:r>
    </w:p>
    <w:p w14:paraId="01AC549A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int[,] </w:t>
      </w:r>
      <w:proofErr w:type="spellStart"/>
      <w:r w:rsidRPr="006374C0">
        <w:rPr>
          <w:rFonts w:ascii="Courier New" w:hAnsi="Courier New"/>
          <w:sz w:val="18"/>
        </w:rPr>
        <w:t>dati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Aizpildi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rindas</w:t>
      </w:r>
      <w:proofErr w:type="spellEnd"/>
      <w:r w:rsidRPr="006374C0">
        <w:rPr>
          <w:rFonts w:ascii="Courier New" w:hAnsi="Courier New"/>
          <w:sz w:val="18"/>
        </w:rPr>
        <w:t xml:space="preserve">, </w:t>
      </w:r>
      <w:proofErr w:type="spellStart"/>
      <w:r w:rsidRPr="006374C0">
        <w:rPr>
          <w:rFonts w:ascii="Courier New" w:hAnsi="Courier New"/>
          <w:sz w:val="18"/>
        </w:rPr>
        <w:t>kolonnas</w:t>
      </w:r>
      <w:proofErr w:type="spellEnd"/>
      <w:r w:rsidRPr="006374C0">
        <w:rPr>
          <w:rFonts w:ascii="Courier New" w:hAnsi="Courier New"/>
          <w:sz w:val="18"/>
        </w:rPr>
        <w:t xml:space="preserve">, </w:t>
      </w:r>
      <w:proofErr w:type="spellStart"/>
      <w:r w:rsidRPr="006374C0">
        <w:rPr>
          <w:rFonts w:ascii="Courier New" w:hAnsi="Courier New"/>
          <w:sz w:val="18"/>
        </w:rPr>
        <w:t>vards.Length</w:t>
      </w:r>
      <w:proofErr w:type="spellEnd"/>
      <w:r w:rsidRPr="006374C0">
        <w:rPr>
          <w:rFonts w:ascii="Courier New" w:hAnsi="Courier New"/>
          <w:sz w:val="18"/>
        </w:rPr>
        <w:t xml:space="preserve">, </w:t>
      </w:r>
      <w:proofErr w:type="spellStart"/>
      <w:r w:rsidRPr="006374C0">
        <w:rPr>
          <w:rFonts w:ascii="Courier New" w:hAnsi="Courier New"/>
          <w:sz w:val="18"/>
        </w:rPr>
        <w:t>vards.Length</w:t>
      </w:r>
      <w:proofErr w:type="spellEnd"/>
      <w:r w:rsidRPr="006374C0">
        <w:rPr>
          <w:rFonts w:ascii="Courier New" w:hAnsi="Courier New"/>
          <w:sz w:val="18"/>
        </w:rPr>
        <w:t xml:space="preserve"> + </w:t>
      </w:r>
      <w:proofErr w:type="spellStart"/>
      <w:r w:rsidRPr="006374C0">
        <w:rPr>
          <w:rFonts w:ascii="Courier New" w:hAnsi="Courier New"/>
          <w:sz w:val="18"/>
        </w:rPr>
        <w:t>uzvards.Length</w:t>
      </w:r>
      <w:proofErr w:type="spellEnd"/>
      <w:r w:rsidRPr="006374C0">
        <w:rPr>
          <w:rFonts w:ascii="Courier New" w:hAnsi="Courier New"/>
          <w:sz w:val="18"/>
        </w:rPr>
        <w:t>);</w:t>
      </w:r>
    </w:p>
    <w:p w14:paraId="4B364C05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7D0F3EDF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lastRenderedPageBreak/>
        <w:t xml:space="preserve">        </w:t>
      </w:r>
      <w:proofErr w:type="spellStart"/>
      <w:r w:rsidRPr="006374C0">
        <w:rPr>
          <w:rFonts w:ascii="Courier New" w:hAnsi="Courier New"/>
          <w:sz w:val="18"/>
        </w:rPr>
        <w:t>Izvadi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formatetsVards</w:t>
      </w:r>
      <w:proofErr w:type="spellEnd"/>
      <w:r w:rsidRPr="006374C0">
        <w:rPr>
          <w:rFonts w:ascii="Courier New" w:hAnsi="Courier New"/>
          <w:sz w:val="18"/>
        </w:rPr>
        <w:t xml:space="preserve">, </w:t>
      </w:r>
      <w:proofErr w:type="spellStart"/>
      <w:r w:rsidRPr="006374C0">
        <w:rPr>
          <w:rFonts w:ascii="Courier New" w:hAnsi="Courier New"/>
          <w:sz w:val="18"/>
        </w:rPr>
        <w:t>formatetsUzvards</w:t>
      </w:r>
      <w:proofErr w:type="spellEnd"/>
      <w:r w:rsidRPr="006374C0">
        <w:rPr>
          <w:rFonts w:ascii="Courier New" w:hAnsi="Courier New"/>
          <w:sz w:val="18"/>
        </w:rPr>
        <w:t xml:space="preserve">, </w:t>
      </w:r>
      <w:proofErr w:type="spellStart"/>
      <w:r w:rsidRPr="006374C0">
        <w:rPr>
          <w:rFonts w:ascii="Courier New" w:hAnsi="Courier New"/>
          <w:sz w:val="18"/>
        </w:rPr>
        <w:t>dati</w:t>
      </w:r>
      <w:proofErr w:type="spellEnd"/>
      <w:r w:rsidRPr="006374C0">
        <w:rPr>
          <w:rFonts w:ascii="Courier New" w:hAnsi="Courier New"/>
          <w:sz w:val="18"/>
        </w:rPr>
        <w:t>);</w:t>
      </w:r>
    </w:p>
    <w:p w14:paraId="4CEBE6CC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}</w:t>
      </w:r>
    </w:p>
    <w:p w14:paraId="11020EA2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16F80D42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static string </w:t>
      </w:r>
      <w:proofErr w:type="spellStart"/>
      <w:r w:rsidRPr="006374C0">
        <w:rPr>
          <w:rFonts w:ascii="Courier New" w:hAnsi="Courier New"/>
          <w:sz w:val="18"/>
        </w:rPr>
        <w:t>Formatet</w:t>
      </w:r>
      <w:proofErr w:type="spellEnd"/>
      <w:r w:rsidRPr="006374C0">
        <w:rPr>
          <w:rFonts w:ascii="Courier New" w:hAnsi="Courier New"/>
          <w:sz w:val="18"/>
        </w:rPr>
        <w:t>(string txt)</w:t>
      </w:r>
    </w:p>
    <w:p w14:paraId="45215D7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{</w:t>
      </w:r>
    </w:p>
    <w:p w14:paraId="2C0C6D50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string rez = "";</w:t>
      </w:r>
    </w:p>
    <w:p w14:paraId="73CA54E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for (int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= 0;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&lt; </w:t>
      </w:r>
      <w:proofErr w:type="spellStart"/>
      <w:r w:rsidRPr="006374C0">
        <w:rPr>
          <w:rFonts w:ascii="Courier New" w:hAnsi="Courier New"/>
          <w:sz w:val="18"/>
        </w:rPr>
        <w:t>txt.Length</w:t>
      </w:r>
      <w:proofErr w:type="spellEnd"/>
      <w:r w:rsidRPr="006374C0">
        <w:rPr>
          <w:rFonts w:ascii="Courier New" w:hAnsi="Courier New"/>
          <w:sz w:val="18"/>
        </w:rPr>
        <w:t xml:space="preserve">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++)</w:t>
      </w:r>
    </w:p>
    <w:p w14:paraId="3428F126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rez += (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% 2 == 0) ? </w:t>
      </w:r>
      <w:proofErr w:type="spellStart"/>
      <w:r w:rsidRPr="006374C0">
        <w:rPr>
          <w:rFonts w:ascii="Courier New" w:hAnsi="Courier New"/>
          <w:sz w:val="18"/>
        </w:rPr>
        <w:t>char.ToUpper</w:t>
      </w:r>
      <w:proofErr w:type="spellEnd"/>
      <w:r w:rsidRPr="006374C0">
        <w:rPr>
          <w:rFonts w:ascii="Courier New" w:hAnsi="Courier New"/>
          <w:sz w:val="18"/>
        </w:rPr>
        <w:t>(txt[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]) : txt[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];</w:t>
      </w:r>
    </w:p>
    <w:p w14:paraId="21B80BC2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return rez;</w:t>
      </w:r>
    </w:p>
    <w:p w14:paraId="2CA7D9DC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}</w:t>
      </w:r>
    </w:p>
    <w:p w14:paraId="3E5D923B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26BFBBF3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static int[,] </w:t>
      </w:r>
      <w:proofErr w:type="spellStart"/>
      <w:r w:rsidRPr="006374C0">
        <w:rPr>
          <w:rFonts w:ascii="Courier New" w:hAnsi="Courier New"/>
          <w:sz w:val="18"/>
        </w:rPr>
        <w:t>Aizpildi</w:t>
      </w:r>
      <w:proofErr w:type="spellEnd"/>
      <w:r w:rsidRPr="006374C0">
        <w:rPr>
          <w:rFonts w:ascii="Courier New" w:hAnsi="Courier New"/>
          <w:sz w:val="18"/>
        </w:rPr>
        <w:t>(int r, int c, int min, int max)</w:t>
      </w:r>
    </w:p>
    <w:p w14:paraId="249A1CF1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{</w:t>
      </w:r>
    </w:p>
    <w:p w14:paraId="4754FDDA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var </w:t>
      </w:r>
      <w:proofErr w:type="spellStart"/>
      <w:r w:rsidRPr="006374C0">
        <w:rPr>
          <w:rFonts w:ascii="Courier New" w:hAnsi="Courier New"/>
          <w:sz w:val="18"/>
        </w:rPr>
        <w:t>rnd</w:t>
      </w:r>
      <w:proofErr w:type="spellEnd"/>
      <w:r w:rsidRPr="006374C0">
        <w:rPr>
          <w:rFonts w:ascii="Courier New" w:hAnsi="Courier New"/>
          <w:sz w:val="18"/>
        </w:rPr>
        <w:t xml:space="preserve"> = new Random();</w:t>
      </w:r>
    </w:p>
    <w:p w14:paraId="229B65CB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var </w:t>
      </w:r>
      <w:proofErr w:type="spellStart"/>
      <w:r w:rsidRPr="006374C0">
        <w:rPr>
          <w:rFonts w:ascii="Courier New" w:hAnsi="Courier New"/>
          <w:sz w:val="18"/>
        </w:rPr>
        <w:t>masivs</w:t>
      </w:r>
      <w:proofErr w:type="spellEnd"/>
      <w:r w:rsidRPr="006374C0">
        <w:rPr>
          <w:rFonts w:ascii="Courier New" w:hAnsi="Courier New"/>
          <w:sz w:val="18"/>
        </w:rPr>
        <w:t xml:space="preserve"> = new int[r, c];</w:t>
      </w:r>
    </w:p>
    <w:p w14:paraId="3E9CEF2B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for (int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= 0;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&lt; r;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++)</w:t>
      </w:r>
    </w:p>
    <w:p w14:paraId="259016F8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for (int j = 0; j &lt; c; </w:t>
      </w:r>
      <w:proofErr w:type="spellStart"/>
      <w:r w:rsidRPr="006374C0">
        <w:rPr>
          <w:rFonts w:ascii="Courier New" w:hAnsi="Courier New"/>
          <w:sz w:val="18"/>
        </w:rPr>
        <w:t>j++</w:t>
      </w:r>
      <w:proofErr w:type="spellEnd"/>
      <w:r w:rsidRPr="006374C0">
        <w:rPr>
          <w:rFonts w:ascii="Courier New" w:hAnsi="Courier New"/>
          <w:sz w:val="18"/>
        </w:rPr>
        <w:t>)</w:t>
      </w:r>
    </w:p>
    <w:p w14:paraId="23CDF37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    </w:t>
      </w:r>
      <w:proofErr w:type="spellStart"/>
      <w:r w:rsidRPr="006374C0">
        <w:rPr>
          <w:rFonts w:ascii="Courier New" w:hAnsi="Courier New"/>
          <w:sz w:val="18"/>
        </w:rPr>
        <w:t>masivs</w:t>
      </w:r>
      <w:proofErr w:type="spellEnd"/>
      <w:r w:rsidRPr="006374C0">
        <w:rPr>
          <w:rFonts w:ascii="Courier New" w:hAnsi="Courier New"/>
          <w:sz w:val="18"/>
        </w:rPr>
        <w:t>[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, j] = </w:t>
      </w:r>
      <w:proofErr w:type="spellStart"/>
      <w:r w:rsidRPr="006374C0">
        <w:rPr>
          <w:rFonts w:ascii="Courier New" w:hAnsi="Courier New"/>
          <w:sz w:val="18"/>
        </w:rPr>
        <w:t>rnd.Next</w:t>
      </w:r>
      <w:proofErr w:type="spellEnd"/>
      <w:r w:rsidRPr="006374C0">
        <w:rPr>
          <w:rFonts w:ascii="Courier New" w:hAnsi="Courier New"/>
          <w:sz w:val="18"/>
        </w:rPr>
        <w:t>(min, max + 1);</w:t>
      </w:r>
    </w:p>
    <w:p w14:paraId="2F023875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return </w:t>
      </w:r>
      <w:proofErr w:type="spellStart"/>
      <w:r w:rsidRPr="006374C0">
        <w:rPr>
          <w:rFonts w:ascii="Courier New" w:hAnsi="Courier New"/>
          <w:sz w:val="18"/>
        </w:rPr>
        <w:t>masivs</w:t>
      </w:r>
      <w:proofErr w:type="spellEnd"/>
      <w:r w:rsidRPr="006374C0">
        <w:rPr>
          <w:rFonts w:ascii="Courier New" w:hAnsi="Courier New"/>
          <w:sz w:val="18"/>
        </w:rPr>
        <w:t>;</w:t>
      </w:r>
    </w:p>
    <w:p w14:paraId="033CAFA2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}</w:t>
      </w:r>
    </w:p>
    <w:p w14:paraId="4A2A8622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5C68AD9B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static void </w:t>
      </w:r>
      <w:proofErr w:type="spellStart"/>
      <w:r w:rsidRPr="006374C0">
        <w:rPr>
          <w:rFonts w:ascii="Courier New" w:hAnsi="Courier New"/>
          <w:sz w:val="18"/>
        </w:rPr>
        <w:t>Izvadi</w:t>
      </w:r>
      <w:proofErr w:type="spellEnd"/>
      <w:r w:rsidRPr="006374C0">
        <w:rPr>
          <w:rFonts w:ascii="Courier New" w:hAnsi="Courier New"/>
          <w:sz w:val="18"/>
        </w:rPr>
        <w:t xml:space="preserve">(string </w:t>
      </w:r>
      <w:proofErr w:type="spellStart"/>
      <w:r w:rsidRPr="006374C0">
        <w:rPr>
          <w:rFonts w:ascii="Courier New" w:hAnsi="Courier New"/>
          <w:sz w:val="18"/>
        </w:rPr>
        <w:t>kolonas</w:t>
      </w:r>
      <w:proofErr w:type="spellEnd"/>
      <w:r w:rsidRPr="006374C0">
        <w:rPr>
          <w:rFonts w:ascii="Courier New" w:hAnsi="Courier New"/>
          <w:sz w:val="18"/>
        </w:rPr>
        <w:t xml:space="preserve">, string </w:t>
      </w:r>
      <w:proofErr w:type="spellStart"/>
      <w:r w:rsidRPr="006374C0">
        <w:rPr>
          <w:rFonts w:ascii="Courier New" w:hAnsi="Courier New"/>
          <w:sz w:val="18"/>
        </w:rPr>
        <w:t>rindas</w:t>
      </w:r>
      <w:proofErr w:type="spellEnd"/>
      <w:r w:rsidRPr="006374C0">
        <w:rPr>
          <w:rFonts w:ascii="Courier New" w:hAnsi="Courier New"/>
          <w:sz w:val="18"/>
        </w:rPr>
        <w:t xml:space="preserve">, int[,] </w:t>
      </w:r>
      <w:proofErr w:type="spellStart"/>
      <w:r w:rsidRPr="006374C0">
        <w:rPr>
          <w:rFonts w:ascii="Courier New" w:hAnsi="Courier New"/>
          <w:sz w:val="18"/>
        </w:rPr>
        <w:t>dati</w:t>
      </w:r>
      <w:proofErr w:type="spellEnd"/>
      <w:r w:rsidRPr="006374C0">
        <w:rPr>
          <w:rFonts w:ascii="Courier New" w:hAnsi="Courier New"/>
          <w:sz w:val="18"/>
        </w:rPr>
        <w:t>)</w:t>
      </w:r>
    </w:p>
    <w:p w14:paraId="36D8E954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{</w:t>
      </w:r>
    </w:p>
    <w:p w14:paraId="3A7C0313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("    X ");</w:t>
      </w:r>
    </w:p>
    <w:p w14:paraId="428EB54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foreach (char </w:t>
      </w:r>
      <w:proofErr w:type="spellStart"/>
      <w:r w:rsidRPr="006374C0">
        <w:rPr>
          <w:rFonts w:ascii="Courier New" w:hAnsi="Courier New"/>
          <w:sz w:val="18"/>
        </w:rPr>
        <w:t>ch</w:t>
      </w:r>
      <w:proofErr w:type="spellEnd"/>
      <w:r w:rsidRPr="006374C0">
        <w:rPr>
          <w:rFonts w:ascii="Courier New" w:hAnsi="Courier New"/>
          <w:sz w:val="18"/>
        </w:rPr>
        <w:t xml:space="preserve"> in </w:t>
      </w:r>
      <w:proofErr w:type="spellStart"/>
      <w:r w:rsidRPr="006374C0">
        <w:rPr>
          <w:rFonts w:ascii="Courier New" w:hAnsi="Courier New"/>
          <w:sz w:val="18"/>
        </w:rPr>
        <w:t>kolonas</w:t>
      </w:r>
      <w:proofErr w:type="spellEnd"/>
      <w:r w:rsidRPr="006374C0">
        <w:rPr>
          <w:rFonts w:ascii="Courier New" w:hAnsi="Courier New"/>
          <w:sz w:val="18"/>
        </w:rPr>
        <w:t>)</w:t>
      </w:r>
    </w:p>
    <w:p w14:paraId="77CD9300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($"|  {</w:t>
      </w:r>
      <w:proofErr w:type="spellStart"/>
      <w:r w:rsidRPr="006374C0">
        <w:rPr>
          <w:rFonts w:ascii="Courier New" w:hAnsi="Courier New"/>
          <w:sz w:val="18"/>
        </w:rPr>
        <w:t>ch</w:t>
      </w:r>
      <w:proofErr w:type="spellEnd"/>
      <w:r w:rsidRPr="006374C0">
        <w:rPr>
          <w:rFonts w:ascii="Courier New" w:hAnsi="Courier New"/>
          <w:sz w:val="18"/>
        </w:rPr>
        <w:t>} ");</w:t>
      </w:r>
    </w:p>
    <w:p w14:paraId="248D4CE8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</w:t>
      </w:r>
      <w:proofErr w:type="spellStart"/>
      <w:r w:rsidRPr="006374C0">
        <w:rPr>
          <w:rFonts w:ascii="Courier New" w:hAnsi="Courier New"/>
          <w:sz w:val="18"/>
        </w:rPr>
        <w:t>Console.WriteLine</w:t>
      </w:r>
      <w:proofErr w:type="spellEnd"/>
      <w:r w:rsidRPr="006374C0">
        <w:rPr>
          <w:rFonts w:ascii="Courier New" w:hAnsi="Courier New"/>
          <w:sz w:val="18"/>
        </w:rPr>
        <w:t>("| SUM | MIN | MAX |");</w:t>
      </w:r>
    </w:p>
    <w:p w14:paraId="5BCC14F4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3F4CC914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for (int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= 0;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&lt; </w:t>
      </w:r>
      <w:proofErr w:type="spellStart"/>
      <w:r w:rsidRPr="006374C0">
        <w:rPr>
          <w:rFonts w:ascii="Courier New" w:hAnsi="Courier New"/>
          <w:sz w:val="18"/>
        </w:rPr>
        <w:t>rindas.Length</w:t>
      </w:r>
      <w:proofErr w:type="spellEnd"/>
      <w:r w:rsidRPr="006374C0">
        <w:rPr>
          <w:rFonts w:ascii="Courier New" w:hAnsi="Courier New"/>
          <w:sz w:val="18"/>
        </w:rPr>
        <w:t xml:space="preserve">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++)</w:t>
      </w:r>
    </w:p>
    <w:p w14:paraId="7FCAE871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{</w:t>
      </w:r>
    </w:p>
    <w:p w14:paraId="264431A3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lastRenderedPageBreak/>
        <w:t xml:space="preserve">    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($"  {</w:t>
      </w:r>
      <w:proofErr w:type="spellStart"/>
      <w:r w:rsidRPr="006374C0">
        <w:rPr>
          <w:rFonts w:ascii="Courier New" w:hAnsi="Courier New"/>
          <w:sz w:val="18"/>
        </w:rPr>
        <w:t>rindas</w:t>
      </w:r>
      <w:proofErr w:type="spellEnd"/>
      <w:r w:rsidRPr="006374C0">
        <w:rPr>
          <w:rFonts w:ascii="Courier New" w:hAnsi="Courier New"/>
          <w:sz w:val="18"/>
        </w:rPr>
        <w:t>[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]} ");</w:t>
      </w:r>
    </w:p>
    <w:p w14:paraId="2130F3F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int s = 0, </w:t>
      </w:r>
      <w:proofErr w:type="spellStart"/>
      <w:r w:rsidRPr="006374C0">
        <w:rPr>
          <w:rFonts w:ascii="Courier New" w:hAnsi="Courier New"/>
          <w:sz w:val="18"/>
        </w:rPr>
        <w:t>mn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int.MaxValue</w:t>
      </w:r>
      <w:proofErr w:type="spellEnd"/>
      <w:r w:rsidRPr="006374C0">
        <w:rPr>
          <w:rFonts w:ascii="Courier New" w:hAnsi="Courier New"/>
          <w:sz w:val="18"/>
        </w:rPr>
        <w:t xml:space="preserve">, mx = </w:t>
      </w:r>
      <w:proofErr w:type="spellStart"/>
      <w:r w:rsidRPr="006374C0">
        <w:rPr>
          <w:rFonts w:ascii="Courier New" w:hAnsi="Courier New"/>
          <w:sz w:val="18"/>
        </w:rPr>
        <w:t>int.MinValue</w:t>
      </w:r>
      <w:proofErr w:type="spellEnd"/>
      <w:r w:rsidRPr="006374C0">
        <w:rPr>
          <w:rFonts w:ascii="Courier New" w:hAnsi="Courier New"/>
          <w:sz w:val="18"/>
        </w:rPr>
        <w:t>;</w:t>
      </w:r>
    </w:p>
    <w:p w14:paraId="6E0CE61B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7FE498A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for (int j = 0; j &lt; </w:t>
      </w:r>
      <w:proofErr w:type="spellStart"/>
      <w:r w:rsidRPr="006374C0">
        <w:rPr>
          <w:rFonts w:ascii="Courier New" w:hAnsi="Courier New"/>
          <w:sz w:val="18"/>
        </w:rPr>
        <w:t>kolonas.Length</w:t>
      </w:r>
      <w:proofErr w:type="spellEnd"/>
      <w:r w:rsidRPr="006374C0">
        <w:rPr>
          <w:rFonts w:ascii="Courier New" w:hAnsi="Courier New"/>
          <w:sz w:val="18"/>
        </w:rPr>
        <w:t xml:space="preserve">; </w:t>
      </w:r>
      <w:proofErr w:type="spellStart"/>
      <w:r w:rsidRPr="006374C0">
        <w:rPr>
          <w:rFonts w:ascii="Courier New" w:hAnsi="Courier New"/>
          <w:sz w:val="18"/>
        </w:rPr>
        <w:t>j++</w:t>
      </w:r>
      <w:proofErr w:type="spellEnd"/>
      <w:r w:rsidRPr="006374C0">
        <w:rPr>
          <w:rFonts w:ascii="Courier New" w:hAnsi="Courier New"/>
          <w:sz w:val="18"/>
        </w:rPr>
        <w:t>)</w:t>
      </w:r>
    </w:p>
    <w:p w14:paraId="7FC1792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{</w:t>
      </w:r>
    </w:p>
    <w:p w14:paraId="3C521E25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    int </w:t>
      </w:r>
      <w:proofErr w:type="spellStart"/>
      <w:r w:rsidRPr="006374C0">
        <w:rPr>
          <w:rFonts w:ascii="Courier New" w:hAnsi="Courier New"/>
          <w:sz w:val="18"/>
        </w:rPr>
        <w:t>val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dati</w:t>
      </w:r>
      <w:proofErr w:type="spellEnd"/>
      <w:r w:rsidRPr="006374C0">
        <w:rPr>
          <w:rFonts w:ascii="Courier New" w:hAnsi="Courier New"/>
          <w:sz w:val="18"/>
        </w:rPr>
        <w:t>[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, j];</w:t>
      </w:r>
    </w:p>
    <w:p w14:paraId="355B3BD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    s += </w:t>
      </w:r>
      <w:proofErr w:type="spellStart"/>
      <w:r w:rsidRPr="006374C0">
        <w:rPr>
          <w:rFonts w:ascii="Courier New" w:hAnsi="Courier New"/>
          <w:sz w:val="18"/>
        </w:rPr>
        <w:t>val</w:t>
      </w:r>
      <w:proofErr w:type="spellEnd"/>
      <w:r w:rsidRPr="006374C0">
        <w:rPr>
          <w:rFonts w:ascii="Courier New" w:hAnsi="Courier New"/>
          <w:sz w:val="18"/>
        </w:rPr>
        <w:t>;</w:t>
      </w:r>
    </w:p>
    <w:p w14:paraId="0813B57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    </w:t>
      </w:r>
      <w:proofErr w:type="spellStart"/>
      <w:r w:rsidRPr="006374C0">
        <w:rPr>
          <w:rFonts w:ascii="Courier New" w:hAnsi="Courier New"/>
          <w:sz w:val="18"/>
        </w:rPr>
        <w:t>mn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Math.Min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mn</w:t>
      </w:r>
      <w:proofErr w:type="spellEnd"/>
      <w:r w:rsidRPr="006374C0">
        <w:rPr>
          <w:rFonts w:ascii="Courier New" w:hAnsi="Courier New"/>
          <w:sz w:val="18"/>
        </w:rPr>
        <w:t xml:space="preserve">, </w:t>
      </w:r>
      <w:proofErr w:type="spellStart"/>
      <w:r w:rsidRPr="006374C0">
        <w:rPr>
          <w:rFonts w:ascii="Courier New" w:hAnsi="Courier New"/>
          <w:sz w:val="18"/>
        </w:rPr>
        <w:t>val</w:t>
      </w:r>
      <w:proofErr w:type="spellEnd"/>
      <w:r w:rsidRPr="006374C0">
        <w:rPr>
          <w:rFonts w:ascii="Courier New" w:hAnsi="Courier New"/>
          <w:sz w:val="18"/>
        </w:rPr>
        <w:t>);</w:t>
      </w:r>
    </w:p>
    <w:p w14:paraId="77259AE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    mx = </w:t>
      </w:r>
      <w:proofErr w:type="spellStart"/>
      <w:r w:rsidRPr="006374C0">
        <w:rPr>
          <w:rFonts w:ascii="Courier New" w:hAnsi="Courier New"/>
          <w:sz w:val="18"/>
        </w:rPr>
        <w:t>Math.Max</w:t>
      </w:r>
      <w:proofErr w:type="spellEnd"/>
      <w:r w:rsidRPr="006374C0">
        <w:rPr>
          <w:rFonts w:ascii="Courier New" w:hAnsi="Courier New"/>
          <w:sz w:val="18"/>
        </w:rPr>
        <w:t xml:space="preserve">(mx, </w:t>
      </w:r>
      <w:proofErr w:type="spellStart"/>
      <w:r w:rsidRPr="006374C0">
        <w:rPr>
          <w:rFonts w:ascii="Courier New" w:hAnsi="Courier New"/>
          <w:sz w:val="18"/>
        </w:rPr>
        <w:t>val</w:t>
      </w:r>
      <w:proofErr w:type="spellEnd"/>
      <w:r w:rsidRPr="006374C0">
        <w:rPr>
          <w:rFonts w:ascii="Courier New" w:hAnsi="Courier New"/>
          <w:sz w:val="18"/>
        </w:rPr>
        <w:t>);</w:t>
      </w:r>
    </w:p>
    <w:p w14:paraId="78B56A3C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($"| {val,2} ");</w:t>
      </w:r>
    </w:p>
    <w:p w14:paraId="62B96E9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}</w:t>
      </w:r>
    </w:p>
    <w:p w14:paraId="7ED56FBF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</w:t>
      </w:r>
      <w:proofErr w:type="spellStart"/>
      <w:r w:rsidRPr="006374C0">
        <w:rPr>
          <w:rFonts w:ascii="Courier New" w:hAnsi="Courier New"/>
          <w:sz w:val="18"/>
        </w:rPr>
        <w:t>Console.WriteLine</w:t>
      </w:r>
      <w:proofErr w:type="spellEnd"/>
      <w:r w:rsidRPr="006374C0">
        <w:rPr>
          <w:rFonts w:ascii="Courier New" w:hAnsi="Courier New"/>
          <w:sz w:val="18"/>
        </w:rPr>
        <w:t>($"| {s,3} | {mn,3} | {mx,3} |");</w:t>
      </w:r>
    </w:p>
    <w:p w14:paraId="5D2CF61C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}</w:t>
      </w:r>
    </w:p>
    <w:p w14:paraId="20EA769A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}</w:t>
      </w:r>
    </w:p>
    <w:p w14:paraId="4C2147B9" w14:textId="77777777" w:rsid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>}</w:t>
      </w:r>
    </w:p>
    <w:p w14:paraId="1C66DADC" w14:textId="43987DDC" w:rsidR="00300333" w:rsidRPr="006374C0" w:rsidRDefault="00000000" w:rsidP="006374C0">
      <w:pPr>
        <w:jc w:val="center"/>
        <w:rPr>
          <w:b/>
          <w:bCs/>
          <w:sz w:val="44"/>
          <w:szCs w:val="44"/>
        </w:rPr>
      </w:pPr>
      <w:r w:rsidRPr="006374C0">
        <w:rPr>
          <w:b/>
          <w:bCs/>
          <w:sz w:val="44"/>
          <w:szCs w:val="44"/>
        </w:rPr>
        <w:t>2. Uzdevums: Vienkāršota paroļu ģenerēšana</w:t>
      </w:r>
    </w:p>
    <w:p w14:paraId="30E6E6B1" w14:textId="77777777" w:rsidR="00300333" w:rsidRDefault="00000000">
      <w:r>
        <w:t>Vienkāršota robaina masīva paroļu ģenerēšana, ar izvēli vai pievienot lielos burtus un simbolus.</w:t>
      </w:r>
    </w:p>
    <w:p w14:paraId="17A52FC9" w14:textId="77777777" w:rsidR="006374C0" w:rsidRPr="006374C0" w:rsidRDefault="00000000" w:rsidP="006374C0">
      <w:pPr>
        <w:rPr>
          <w:rFonts w:ascii="Courier New" w:hAnsi="Courier New"/>
          <w:sz w:val="18"/>
        </w:rPr>
      </w:pPr>
      <w:r>
        <w:rPr>
          <w:rFonts w:ascii="Courier New" w:hAnsi="Courier New"/>
          <w:sz w:val="18"/>
        </w:rPr>
        <w:br/>
      </w:r>
      <w:r w:rsidR="006374C0" w:rsidRPr="006374C0">
        <w:rPr>
          <w:rFonts w:ascii="Courier New" w:hAnsi="Courier New"/>
          <w:sz w:val="18"/>
        </w:rPr>
        <w:t>using System;</w:t>
      </w:r>
    </w:p>
    <w:p w14:paraId="3726E259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69C6503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>class Program</w:t>
      </w:r>
    </w:p>
    <w:p w14:paraId="7801212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>{</w:t>
      </w:r>
    </w:p>
    <w:p w14:paraId="5E62C690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static void Main()</w:t>
      </w:r>
    </w:p>
    <w:p w14:paraId="0E686F0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{</w:t>
      </w:r>
    </w:p>
    <w:p w14:paraId="57787540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("</w:t>
      </w:r>
      <w:proofErr w:type="spellStart"/>
      <w:r w:rsidRPr="006374C0">
        <w:rPr>
          <w:rFonts w:ascii="Courier New" w:hAnsi="Courier New"/>
          <w:sz w:val="18"/>
        </w:rPr>
        <w:t>Paroļu</w:t>
      </w:r>
      <w:proofErr w:type="spellEnd"/>
      <w:r w:rsidRPr="006374C0">
        <w:rPr>
          <w:rFonts w:ascii="Courier New" w:hAnsi="Courier New"/>
          <w:sz w:val="18"/>
        </w:rPr>
        <w:t xml:space="preserve"> </w:t>
      </w:r>
      <w:proofErr w:type="spellStart"/>
      <w:r w:rsidRPr="006374C0">
        <w:rPr>
          <w:rFonts w:ascii="Courier New" w:hAnsi="Courier New"/>
          <w:sz w:val="18"/>
        </w:rPr>
        <w:t>skaits</w:t>
      </w:r>
      <w:proofErr w:type="spellEnd"/>
      <w:r w:rsidRPr="006374C0">
        <w:rPr>
          <w:rFonts w:ascii="Courier New" w:hAnsi="Courier New"/>
          <w:sz w:val="18"/>
        </w:rPr>
        <w:t xml:space="preserve"> (&gt;4): ");</w:t>
      </w:r>
    </w:p>
    <w:p w14:paraId="4336EEF1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int </w:t>
      </w:r>
      <w:proofErr w:type="spellStart"/>
      <w:r w:rsidRPr="006374C0">
        <w:rPr>
          <w:rFonts w:ascii="Courier New" w:hAnsi="Courier New"/>
          <w:sz w:val="18"/>
        </w:rPr>
        <w:t>skaits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int.Parse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Console.ReadLine</w:t>
      </w:r>
      <w:proofErr w:type="spellEnd"/>
      <w:r w:rsidRPr="006374C0">
        <w:rPr>
          <w:rFonts w:ascii="Courier New" w:hAnsi="Courier New"/>
          <w:sz w:val="18"/>
        </w:rPr>
        <w:t>());</w:t>
      </w:r>
    </w:p>
    <w:p w14:paraId="2D797376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274F3C87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lastRenderedPageBreak/>
        <w:t xml:space="preserve">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("Garums (&gt;9): ");</w:t>
      </w:r>
    </w:p>
    <w:p w14:paraId="25D1C58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int garums = </w:t>
      </w:r>
      <w:proofErr w:type="spellStart"/>
      <w:r w:rsidRPr="006374C0">
        <w:rPr>
          <w:rFonts w:ascii="Courier New" w:hAnsi="Courier New"/>
          <w:sz w:val="18"/>
        </w:rPr>
        <w:t>int.Parse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Console.ReadLine</w:t>
      </w:r>
      <w:proofErr w:type="spellEnd"/>
      <w:r w:rsidRPr="006374C0">
        <w:rPr>
          <w:rFonts w:ascii="Courier New" w:hAnsi="Courier New"/>
          <w:sz w:val="18"/>
        </w:rPr>
        <w:t>());</w:t>
      </w:r>
    </w:p>
    <w:p w14:paraId="7B93DEF9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72DDFE3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("</w:t>
      </w:r>
      <w:proofErr w:type="spellStart"/>
      <w:r w:rsidRPr="006374C0">
        <w:rPr>
          <w:rFonts w:ascii="Courier New" w:hAnsi="Courier New"/>
          <w:sz w:val="18"/>
        </w:rPr>
        <w:t>Lielie</w:t>
      </w:r>
      <w:proofErr w:type="spellEnd"/>
      <w:r w:rsidRPr="006374C0">
        <w:rPr>
          <w:rFonts w:ascii="Courier New" w:hAnsi="Courier New"/>
          <w:sz w:val="18"/>
        </w:rPr>
        <w:t xml:space="preserve"> </w:t>
      </w:r>
      <w:proofErr w:type="spellStart"/>
      <w:r w:rsidRPr="006374C0">
        <w:rPr>
          <w:rFonts w:ascii="Courier New" w:hAnsi="Courier New"/>
          <w:sz w:val="18"/>
        </w:rPr>
        <w:t>burti</w:t>
      </w:r>
      <w:proofErr w:type="spellEnd"/>
      <w:r w:rsidRPr="006374C0">
        <w:rPr>
          <w:rFonts w:ascii="Courier New" w:hAnsi="Courier New"/>
          <w:sz w:val="18"/>
        </w:rPr>
        <w:t>? (ja/ne): ");</w:t>
      </w:r>
    </w:p>
    <w:p w14:paraId="496ED601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bool </w:t>
      </w:r>
      <w:proofErr w:type="spellStart"/>
      <w:r w:rsidRPr="006374C0">
        <w:rPr>
          <w:rFonts w:ascii="Courier New" w:hAnsi="Courier New"/>
          <w:sz w:val="18"/>
        </w:rPr>
        <w:t>lielie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Console.ReadLine</w:t>
      </w:r>
      <w:proofErr w:type="spellEnd"/>
      <w:r w:rsidRPr="006374C0">
        <w:rPr>
          <w:rFonts w:ascii="Courier New" w:hAnsi="Courier New"/>
          <w:sz w:val="18"/>
        </w:rPr>
        <w:t>().</w:t>
      </w:r>
      <w:proofErr w:type="spellStart"/>
      <w:r w:rsidRPr="006374C0">
        <w:rPr>
          <w:rFonts w:ascii="Courier New" w:hAnsi="Courier New"/>
          <w:sz w:val="18"/>
        </w:rPr>
        <w:t>ToLower</w:t>
      </w:r>
      <w:proofErr w:type="spellEnd"/>
      <w:r w:rsidRPr="006374C0">
        <w:rPr>
          <w:rFonts w:ascii="Courier New" w:hAnsi="Courier New"/>
          <w:sz w:val="18"/>
        </w:rPr>
        <w:t>() == "y";</w:t>
      </w:r>
    </w:p>
    <w:p w14:paraId="3C14C399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03A09941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</w:t>
      </w:r>
      <w:proofErr w:type="spellStart"/>
      <w:r w:rsidRPr="006374C0">
        <w:rPr>
          <w:rFonts w:ascii="Courier New" w:hAnsi="Courier New"/>
          <w:sz w:val="18"/>
        </w:rPr>
        <w:t>Console.Write</w:t>
      </w:r>
      <w:proofErr w:type="spellEnd"/>
      <w:r w:rsidRPr="006374C0">
        <w:rPr>
          <w:rFonts w:ascii="Courier New" w:hAnsi="Courier New"/>
          <w:sz w:val="18"/>
        </w:rPr>
        <w:t>("Simboli/</w:t>
      </w:r>
      <w:proofErr w:type="spellStart"/>
      <w:r w:rsidRPr="006374C0">
        <w:rPr>
          <w:rFonts w:ascii="Courier New" w:hAnsi="Courier New"/>
          <w:sz w:val="18"/>
        </w:rPr>
        <w:t>cipari</w:t>
      </w:r>
      <w:proofErr w:type="spellEnd"/>
      <w:r w:rsidRPr="006374C0">
        <w:rPr>
          <w:rFonts w:ascii="Courier New" w:hAnsi="Courier New"/>
          <w:sz w:val="18"/>
        </w:rPr>
        <w:t>? (ja/ne): ");</w:t>
      </w:r>
    </w:p>
    <w:p w14:paraId="43240FD4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bool </w:t>
      </w:r>
      <w:proofErr w:type="spellStart"/>
      <w:r w:rsidRPr="006374C0">
        <w:rPr>
          <w:rFonts w:ascii="Courier New" w:hAnsi="Courier New"/>
          <w:sz w:val="18"/>
        </w:rPr>
        <w:t>simboli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Console.ReadLine</w:t>
      </w:r>
      <w:proofErr w:type="spellEnd"/>
      <w:r w:rsidRPr="006374C0">
        <w:rPr>
          <w:rFonts w:ascii="Courier New" w:hAnsi="Courier New"/>
          <w:sz w:val="18"/>
        </w:rPr>
        <w:t>().</w:t>
      </w:r>
      <w:proofErr w:type="spellStart"/>
      <w:r w:rsidRPr="006374C0">
        <w:rPr>
          <w:rFonts w:ascii="Courier New" w:hAnsi="Courier New"/>
          <w:sz w:val="18"/>
        </w:rPr>
        <w:t>ToLower</w:t>
      </w:r>
      <w:proofErr w:type="spellEnd"/>
      <w:r w:rsidRPr="006374C0">
        <w:rPr>
          <w:rFonts w:ascii="Courier New" w:hAnsi="Courier New"/>
          <w:sz w:val="18"/>
        </w:rPr>
        <w:t>() == "y";</w:t>
      </w:r>
    </w:p>
    <w:p w14:paraId="59802137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238715B8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string </w:t>
      </w:r>
      <w:proofErr w:type="spellStart"/>
      <w:r w:rsidRPr="006374C0">
        <w:rPr>
          <w:rFonts w:ascii="Courier New" w:hAnsi="Courier New"/>
          <w:sz w:val="18"/>
        </w:rPr>
        <w:t>simboluKomplekts</w:t>
      </w:r>
      <w:proofErr w:type="spellEnd"/>
      <w:r w:rsidRPr="006374C0">
        <w:rPr>
          <w:rFonts w:ascii="Courier New" w:hAnsi="Courier New"/>
          <w:sz w:val="18"/>
        </w:rPr>
        <w:t xml:space="preserve"> = "</w:t>
      </w:r>
      <w:proofErr w:type="spellStart"/>
      <w:r w:rsidRPr="006374C0">
        <w:rPr>
          <w:rFonts w:ascii="Courier New" w:hAnsi="Courier New"/>
          <w:sz w:val="18"/>
        </w:rPr>
        <w:t>abcdefghijklmnopqrstuvwxyz</w:t>
      </w:r>
      <w:proofErr w:type="spellEnd"/>
      <w:r w:rsidRPr="006374C0">
        <w:rPr>
          <w:rFonts w:ascii="Courier New" w:hAnsi="Courier New"/>
          <w:sz w:val="18"/>
        </w:rPr>
        <w:t>";</w:t>
      </w:r>
    </w:p>
    <w:p w14:paraId="10590C6A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if (</w:t>
      </w:r>
      <w:proofErr w:type="spellStart"/>
      <w:r w:rsidRPr="006374C0">
        <w:rPr>
          <w:rFonts w:ascii="Courier New" w:hAnsi="Courier New"/>
          <w:sz w:val="18"/>
        </w:rPr>
        <w:t>lielie</w:t>
      </w:r>
      <w:proofErr w:type="spellEnd"/>
      <w:r w:rsidRPr="006374C0">
        <w:rPr>
          <w:rFonts w:ascii="Courier New" w:hAnsi="Courier New"/>
          <w:sz w:val="18"/>
        </w:rPr>
        <w:t xml:space="preserve">) </w:t>
      </w:r>
      <w:proofErr w:type="spellStart"/>
      <w:r w:rsidRPr="006374C0">
        <w:rPr>
          <w:rFonts w:ascii="Courier New" w:hAnsi="Courier New"/>
          <w:sz w:val="18"/>
        </w:rPr>
        <w:t>simboluKomplekts</w:t>
      </w:r>
      <w:proofErr w:type="spellEnd"/>
      <w:r w:rsidRPr="006374C0">
        <w:rPr>
          <w:rFonts w:ascii="Courier New" w:hAnsi="Courier New"/>
          <w:sz w:val="18"/>
        </w:rPr>
        <w:t xml:space="preserve"> += "ABCDEFGHIJKLMNOPQRSTUVWXYZ";</w:t>
      </w:r>
    </w:p>
    <w:p w14:paraId="433DE672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if (</w:t>
      </w:r>
      <w:proofErr w:type="spellStart"/>
      <w:r w:rsidRPr="006374C0">
        <w:rPr>
          <w:rFonts w:ascii="Courier New" w:hAnsi="Courier New"/>
          <w:sz w:val="18"/>
        </w:rPr>
        <w:t>simboli</w:t>
      </w:r>
      <w:proofErr w:type="spellEnd"/>
      <w:r w:rsidRPr="006374C0">
        <w:rPr>
          <w:rFonts w:ascii="Courier New" w:hAnsi="Courier New"/>
          <w:sz w:val="18"/>
        </w:rPr>
        <w:t xml:space="preserve">) </w:t>
      </w:r>
      <w:proofErr w:type="spellStart"/>
      <w:r w:rsidRPr="006374C0">
        <w:rPr>
          <w:rFonts w:ascii="Courier New" w:hAnsi="Courier New"/>
          <w:sz w:val="18"/>
        </w:rPr>
        <w:t>simboluKomplekts</w:t>
      </w:r>
      <w:proofErr w:type="spellEnd"/>
      <w:r w:rsidRPr="006374C0">
        <w:rPr>
          <w:rFonts w:ascii="Courier New" w:hAnsi="Courier New"/>
          <w:sz w:val="18"/>
        </w:rPr>
        <w:t xml:space="preserve"> += "1234567890!@#$%^&amp;*()";</w:t>
      </w:r>
    </w:p>
    <w:p w14:paraId="38BE7623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7DC6E491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var </w:t>
      </w:r>
      <w:proofErr w:type="spellStart"/>
      <w:r w:rsidRPr="006374C0">
        <w:rPr>
          <w:rFonts w:ascii="Courier New" w:hAnsi="Courier New"/>
          <w:sz w:val="18"/>
        </w:rPr>
        <w:t>rnd</w:t>
      </w:r>
      <w:proofErr w:type="spellEnd"/>
      <w:r w:rsidRPr="006374C0">
        <w:rPr>
          <w:rFonts w:ascii="Courier New" w:hAnsi="Courier New"/>
          <w:sz w:val="18"/>
        </w:rPr>
        <w:t xml:space="preserve"> = new Random();</w:t>
      </w:r>
    </w:p>
    <w:p w14:paraId="523B964C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string[] paroles = new string[</w:t>
      </w:r>
      <w:proofErr w:type="spellStart"/>
      <w:r w:rsidRPr="006374C0">
        <w:rPr>
          <w:rFonts w:ascii="Courier New" w:hAnsi="Courier New"/>
          <w:sz w:val="18"/>
        </w:rPr>
        <w:t>skaits</w:t>
      </w:r>
      <w:proofErr w:type="spellEnd"/>
      <w:r w:rsidRPr="006374C0">
        <w:rPr>
          <w:rFonts w:ascii="Courier New" w:hAnsi="Courier New"/>
          <w:sz w:val="18"/>
        </w:rPr>
        <w:t>];</w:t>
      </w:r>
    </w:p>
    <w:p w14:paraId="5301B2C2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03338B74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for (int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= 0;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&lt; </w:t>
      </w:r>
      <w:proofErr w:type="spellStart"/>
      <w:r w:rsidRPr="006374C0">
        <w:rPr>
          <w:rFonts w:ascii="Courier New" w:hAnsi="Courier New"/>
          <w:sz w:val="18"/>
        </w:rPr>
        <w:t>skaits</w:t>
      </w:r>
      <w:proofErr w:type="spellEnd"/>
      <w:r w:rsidRPr="006374C0">
        <w:rPr>
          <w:rFonts w:ascii="Courier New" w:hAnsi="Courier New"/>
          <w:sz w:val="18"/>
        </w:rPr>
        <w:t xml:space="preserve">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++)</w:t>
      </w:r>
    </w:p>
    <w:p w14:paraId="6B79A5D9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{</w:t>
      </w:r>
    </w:p>
    <w:p w14:paraId="34DC6554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int </w:t>
      </w:r>
      <w:proofErr w:type="spellStart"/>
      <w:r w:rsidRPr="006374C0">
        <w:rPr>
          <w:rFonts w:ascii="Courier New" w:hAnsi="Courier New"/>
          <w:sz w:val="18"/>
        </w:rPr>
        <w:t>realGarums</w:t>
      </w:r>
      <w:proofErr w:type="spellEnd"/>
      <w:r w:rsidRPr="006374C0">
        <w:rPr>
          <w:rFonts w:ascii="Courier New" w:hAnsi="Courier New"/>
          <w:sz w:val="18"/>
        </w:rPr>
        <w:t xml:space="preserve"> = </w:t>
      </w:r>
      <w:proofErr w:type="spellStart"/>
      <w:r w:rsidRPr="006374C0">
        <w:rPr>
          <w:rFonts w:ascii="Courier New" w:hAnsi="Courier New"/>
          <w:sz w:val="18"/>
        </w:rPr>
        <w:t>rnd.Next</w:t>
      </w:r>
      <w:proofErr w:type="spellEnd"/>
      <w:r w:rsidRPr="006374C0">
        <w:rPr>
          <w:rFonts w:ascii="Courier New" w:hAnsi="Courier New"/>
          <w:sz w:val="18"/>
        </w:rPr>
        <w:t>(5, garums + 1);</w:t>
      </w:r>
    </w:p>
    <w:p w14:paraId="06281CD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for (int j = 0; j &lt; </w:t>
      </w:r>
      <w:proofErr w:type="spellStart"/>
      <w:r w:rsidRPr="006374C0">
        <w:rPr>
          <w:rFonts w:ascii="Courier New" w:hAnsi="Courier New"/>
          <w:sz w:val="18"/>
        </w:rPr>
        <w:t>realGarums</w:t>
      </w:r>
      <w:proofErr w:type="spellEnd"/>
      <w:r w:rsidRPr="006374C0">
        <w:rPr>
          <w:rFonts w:ascii="Courier New" w:hAnsi="Courier New"/>
          <w:sz w:val="18"/>
        </w:rPr>
        <w:t xml:space="preserve">; </w:t>
      </w:r>
      <w:proofErr w:type="spellStart"/>
      <w:r w:rsidRPr="006374C0">
        <w:rPr>
          <w:rFonts w:ascii="Courier New" w:hAnsi="Courier New"/>
          <w:sz w:val="18"/>
        </w:rPr>
        <w:t>j++</w:t>
      </w:r>
      <w:proofErr w:type="spellEnd"/>
      <w:r w:rsidRPr="006374C0">
        <w:rPr>
          <w:rFonts w:ascii="Courier New" w:hAnsi="Courier New"/>
          <w:sz w:val="18"/>
        </w:rPr>
        <w:t>)</w:t>
      </w:r>
    </w:p>
    <w:p w14:paraId="4BE7F97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    paroles[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] += </w:t>
      </w:r>
      <w:proofErr w:type="spellStart"/>
      <w:r w:rsidRPr="006374C0">
        <w:rPr>
          <w:rFonts w:ascii="Courier New" w:hAnsi="Courier New"/>
          <w:sz w:val="18"/>
        </w:rPr>
        <w:t>simboluKomplekts</w:t>
      </w:r>
      <w:proofErr w:type="spellEnd"/>
      <w:r w:rsidRPr="006374C0">
        <w:rPr>
          <w:rFonts w:ascii="Courier New" w:hAnsi="Courier New"/>
          <w:sz w:val="18"/>
        </w:rPr>
        <w:t>[</w:t>
      </w:r>
      <w:proofErr w:type="spellStart"/>
      <w:r w:rsidRPr="006374C0">
        <w:rPr>
          <w:rFonts w:ascii="Courier New" w:hAnsi="Courier New"/>
          <w:sz w:val="18"/>
        </w:rPr>
        <w:t>rnd.Next</w:t>
      </w:r>
      <w:proofErr w:type="spellEnd"/>
      <w:r w:rsidRPr="006374C0">
        <w:rPr>
          <w:rFonts w:ascii="Courier New" w:hAnsi="Courier New"/>
          <w:sz w:val="18"/>
        </w:rPr>
        <w:t>(</w:t>
      </w:r>
      <w:proofErr w:type="spellStart"/>
      <w:r w:rsidRPr="006374C0">
        <w:rPr>
          <w:rFonts w:ascii="Courier New" w:hAnsi="Courier New"/>
          <w:sz w:val="18"/>
        </w:rPr>
        <w:t>simboluKomplekts.Length</w:t>
      </w:r>
      <w:proofErr w:type="spellEnd"/>
      <w:r w:rsidRPr="006374C0">
        <w:rPr>
          <w:rFonts w:ascii="Courier New" w:hAnsi="Courier New"/>
          <w:sz w:val="18"/>
        </w:rPr>
        <w:t>)];</w:t>
      </w:r>
    </w:p>
    <w:p w14:paraId="1D5B1AE3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}</w:t>
      </w:r>
    </w:p>
    <w:p w14:paraId="4B232E36" w14:textId="77777777" w:rsidR="006374C0" w:rsidRPr="006374C0" w:rsidRDefault="006374C0" w:rsidP="006374C0">
      <w:pPr>
        <w:rPr>
          <w:rFonts w:ascii="Courier New" w:hAnsi="Courier New"/>
          <w:sz w:val="18"/>
        </w:rPr>
      </w:pPr>
    </w:p>
    <w:p w14:paraId="1FB0ACDA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for (int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= 0;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&lt; </w:t>
      </w:r>
      <w:proofErr w:type="spellStart"/>
      <w:r w:rsidRPr="006374C0">
        <w:rPr>
          <w:rFonts w:ascii="Courier New" w:hAnsi="Courier New"/>
          <w:sz w:val="18"/>
        </w:rPr>
        <w:t>skaits</w:t>
      </w:r>
      <w:proofErr w:type="spellEnd"/>
      <w:r w:rsidRPr="006374C0">
        <w:rPr>
          <w:rFonts w:ascii="Courier New" w:hAnsi="Courier New"/>
          <w:sz w:val="18"/>
        </w:rPr>
        <w:t xml:space="preserve">; 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++)</w:t>
      </w:r>
    </w:p>
    <w:p w14:paraId="57E3FBD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        </w:t>
      </w:r>
      <w:proofErr w:type="spellStart"/>
      <w:r w:rsidRPr="006374C0">
        <w:rPr>
          <w:rFonts w:ascii="Courier New" w:hAnsi="Courier New"/>
          <w:sz w:val="18"/>
        </w:rPr>
        <w:t>Console.WriteLine</w:t>
      </w:r>
      <w:proofErr w:type="spellEnd"/>
      <w:r w:rsidRPr="006374C0">
        <w:rPr>
          <w:rFonts w:ascii="Courier New" w:hAnsi="Courier New"/>
          <w:sz w:val="18"/>
        </w:rPr>
        <w:t>($"{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 xml:space="preserve"> + 1}. Parole: {paroles[</w:t>
      </w:r>
      <w:proofErr w:type="spellStart"/>
      <w:r w:rsidRPr="006374C0">
        <w:rPr>
          <w:rFonts w:ascii="Courier New" w:hAnsi="Courier New"/>
          <w:sz w:val="18"/>
        </w:rPr>
        <w:t>i</w:t>
      </w:r>
      <w:proofErr w:type="spellEnd"/>
      <w:r w:rsidRPr="006374C0">
        <w:rPr>
          <w:rFonts w:ascii="Courier New" w:hAnsi="Courier New"/>
          <w:sz w:val="18"/>
        </w:rPr>
        <w:t>]}");</w:t>
      </w:r>
    </w:p>
    <w:p w14:paraId="604230DD" w14:textId="77777777" w:rsidR="006374C0" w:rsidRPr="006374C0" w:rsidRDefault="006374C0" w:rsidP="006374C0">
      <w:pPr>
        <w:rPr>
          <w:rFonts w:ascii="Courier New" w:hAnsi="Courier New"/>
          <w:sz w:val="18"/>
        </w:rPr>
      </w:pPr>
      <w:r w:rsidRPr="006374C0">
        <w:rPr>
          <w:rFonts w:ascii="Courier New" w:hAnsi="Courier New"/>
          <w:sz w:val="18"/>
        </w:rPr>
        <w:t xml:space="preserve">    }</w:t>
      </w:r>
    </w:p>
    <w:p w14:paraId="252CD3B1" w14:textId="6659777C" w:rsidR="00300333" w:rsidRDefault="006374C0" w:rsidP="006374C0">
      <w:r w:rsidRPr="006374C0">
        <w:rPr>
          <w:rFonts w:ascii="Courier New" w:hAnsi="Courier New"/>
          <w:sz w:val="18"/>
        </w:rPr>
        <w:t>}</w:t>
      </w:r>
    </w:p>
    <w:sectPr w:rsidR="0030033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34362826">
    <w:abstractNumId w:val="8"/>
  </w:num>
  <w:num w:numId="2" w16cid:durableId="1256596328">
    <w:abstractNumId w:val="6"/>
  </w:num>
  <w:num w:numId="3" w16cid:durableId="1478297340">
    <w:abstractNumId w:val="5"/>
  </w:num>
  <w:num w:numId="4" w16cid:durableId="574239661">
    <w:abstractNumId w:val="4"/>
  </w:num>
  <w:num w:numId="5" w16cid:durableId="2093768551">
    <w:abstractNumId w:val="7"/>
  </w:num>
  <w:num w:numId="6" w16cid:durableId="559094418">
    <w:abstractNumId w:val="3"/>
  </w:num>
  <w:num w:numId="7" w16cid:durableId="1775977935">
    <w:abstractNumId w:val="2"/>
  </w:num>
  <w:num w:numId="8" w16cid:durableId="1898738718">
    <w:abstractNumId w:val="1"/>
  </w:num>
  <w:num w:numId="9" w16cid:durableId="821892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0333"/>
    <w:rsid w:val="00326F90"/>
    <w:rsid w:val="006374C0"/>
    <w:rsid w:val="00716C4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8B6ABB"/>
  <w14:defaultImageDpi w14:val="300"/>
  <w15:docId w15:val="{3F639B5D-799B-45E8-A3C5-3DEF945BF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Rodrigo Brugemanis</cp:lastModifiedBy>
  <cp:revision>2</cp:revision>
  <dcterms:created xsi:type="dcterms:W3CDTF">2025-06-10T20:11:00Z</dcterms:created>
  <dcterms:modified xsi:type="dcterms:W3CDTF">2025-06-10T20:11:00Z</dcterms:modified>
  <cp:category/>
</cp:coreProperties>
</file>