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xmlns:wp14="http://schemas.microsoft.com/office/word/2010/wordml" w:rsidR="0088700B" w:rsidP="004479D7" w:rsidRDefault="00000000" w14:paraId="762DB36E" wp14:textId="2542BE3A">
      <w:pPr>
        <w:ind w:firstLine="720"/>
        <w:jc w:val="center"/>
      </w:pPr>
      <w:r w:rsidRPr="23B851D9" w:rsidR="0D1A1221">
        <w:rPr>
          <w:b w:val="1"/>
          <w:bCs w:val="1"/>
          <w:color w:val="1F4E79"/>
          <w:sz w:val="44"/>
          <w:szCs w:val="44"/>
        </w:rPr>
        <w:t>DATUBĀZU TEHNOLOĢIJAS</w:t>
      </w:r>
    </w:p>
    <w:p xmlns:wp14="http://schemas.microsoft.com/office/word/2010/wordml" w:rsidR="0088700B" w:rsidRDefault="00000000" w14:paraId="45464038" wp14:textId="77777777">
      <w:pPr>
        <w:jc w:val="center"/>
      </w:pPr>
      <w:r>
        <w:rPr>
          <w:b/>
          <w:sz w:val="32"/>
        </w:rPr>
        <w:t>Pilns teorijas konspekts eksāmenam</w:t>
      </w:r>
    </w:p>
    <w:p xmlns:wp14="http://schemas.microsoft.com/office/word/2010/wordml" w:rsidR="0088700B" w:rsidRDefault="00000000" w14:paraId="07B921C6" wp14:textId="77777777">
      <w:pPr>
        <w:jc w:val="center"/>
      </w:pPr>
      <w:r w:rsidRPr="23B851D9" w:rsidR="0D1A1221">
        <w:rPr>
          <w:i w:val="1"/>
          <w:iCs w:val="1"/>
        </w:rPr>
        <w:t>SQL, relāciju datubāzes, atslēgas, JOIN, normalizācija, funkcijas, transakcijas, VIEW un NoSQL</w:t>
      </w:r>
    </w:p>
    <w:tbl>
      <w:tblPr>
        <w:tblStyle w:val="TableGrid"/>
        <w:tblW w:w="0" w:type="auto"/>
        <w:jc w:val="center"/>
        <w:tblLook w:val="04A0" w:firstRow="1" w:lastRow="0" w:firstColumn="1" w:lastColumn="0" w:noHBand="0" w:noVBand="1"/>
      </w:tblPr>
      <w:tblGrid>
        <w:gridCol w:w="4176"/>
        <w:gridCol w:w="5760"/>
      </w:tblGrid>
      <w:tr xmlns:wp14="http://schemas.microsoft.com/office/word/2010/wordml" w:rsidR="0088700B" w14:paraId="29FD9289" wp14:textId="77777777">
        <w:trPr>
          <w:jc w:val="center"/>
        </w:trPr>
        <w:tc>
          <w:tcPr>
            <w:tcW w:w="4176" w:type="dxa"/>
            <w:shd w:val="clear" w:color="auto" w:fill="D9EAF7"/>
            <w:vAlign w:val="center"/>
          </w:tcPr>
          <w:p w:rsidR="0088700B" w:rsidRDefault="00000000" w14:paraId="5D1A39B3" wp14:textId="77777777">
            <w:r>
              <w:rPr>
                <w:b/>
                <w:sz w:val="18"/>
              </w:rPr>
              <w:t>Ko šis dokuments dod</w:t>
            </w:r>
          </w:p>
        </w:tc>
        <w:tc>
          <w:tcPr>
            <w:tcW w:w="5760" w:type="dxa"/>
            <w:shd w:val="clear" w:color="auto" w:fill="D9EAF7"/>
            <w:vAlign w:val="center"/>
          </w:tcPr>
          <w:p w:rsidR="0088700B" w:rsidRDefault="00000000" w14:paraId="19B5C819" wp14:textId="77777777">
            <w:r>
              <w:rPr>
                <w:b/>
                <w:sz w:val="18"/>
              </w:rPr>
              <w:t>Rezultāts eksāmenā</w:t>
            </w:r>
          </w:p>
        </w:tc>
      </w:tr>
      <w:tr xmlns:wp14="http://schemas.microsoft.com/office/word/2010/wordml" w:rsidR="0088700B" w14:paraId="52D2A00A" wp14:textId="77777777">
        <w:trPr>
          <w:jc w:val="center"/>
        </w:trPr>
        <w:tc>
          <w:tcPr>
            <w:tcW w:w="4176" w:type="dxa"/>
            <w:vAlign w:val="center"/>
          </w:tcPr>
          <w:p w:rsidR="0088700B" w:rsidRDefault="00000000" w14:paraId="67B0B7A7" wp14:textId="77777777">
            <w:r>
              <w:rPr>
                <w:sz w:val="18"/>
              </w:rPr>
              <w:t>Īsi un skaidri skaidrojumi latviešu valodā</w:t>
            </w:r>
          </w:p>
        </w:tc>
        <w:tc>
          <w:tcPr>
            <w:tcW w:w="5760" w:type="dxa"/>
            <w:vAlign w:val="center"/>
          </w:tcPr>
          <w:p w:rsidR="0088700B" w:rsidRDefault="00000000" w14:paraId="3E30E1B0" wp14:textId="77777777">
            <w:r>
              <w:rPr>
                <w:sz w:val="18"/>
              </w:rPr>
              <w:t>Tu saproti teoriju, nevis tikai mācies atbildes no galvas</w:t>
            </w:r>
          </w:p>
        </w:tc>
      </w:tr>
      <w:tr xmlns:wp14="http://schemas.microsoft.com/office/word/2010/wordml" w:rsidR="0088700B" w14:paraId="6DF68534" wp14:textId="77777777">
        <w:trPr>
          <w:jc w:val="center"/>
        </w:trPr>
        <w:tc>
          <w:tcPr>
            <w:tcW w:w="4176" w:type="dxa"/>
            <w:vAlign w:val="center"/>
          </w:tcPr>
          <w:p w:rsidR="0088700B" w:rsidRDefault="00000000" w14:paraId="5A995EB8" wp14:textId="77777777">
            <w:r>
              <w:rPr>
                <w:sz w:val="18"/>
              </w:rPr>
              <w:t>SQL piemēri pie katras tēmas</w:t>
            </w:r>
          </w:p>
        </w:tc>
        <w:tc>
          <w:tcPr>
            <w:tcW w:w="5760" w:type="dxa"/>
            <w:vAlign w:val="center"/>
          </w:tcPr>
          <w:p w:rsidR="0088700B" w:rsidRDefault="00000000" w14:paraId="0746970A" wp14:textId="77777777">
            <w:r>
              <w:rPr>
                <w:sz w:val="18"/>
              </w:rPr>
              <w:t>Tu vari atpazīt pareizo vaicājumu testā</w:t>
            </w:r>
          </w:p>
        </w:tc>
      </w:tr>
      <w:tr xmlns:wp14="http://schemas.microsoft.com/office/word/2010/wordml" w:rsidR="0088700B" w14:paraId="6BDD3DAE" wp14:textId="77777777">
        <w:trPr>
          <w:jc w:val="center"/>
        </w:trPr>
        <w:tc>
          <w:tcPr>
            <w:tcW w:w="4176" w:type="dxa"/>
            <w:vAlign w:val="center"/>
          </w:tcPr>
          <w:p w:rsidR="0088700B" w:rsidRDefault="00000000" w14:paraId="4213E7C0" wp14:textId="77777777">
            <w:r>
              <w:rPr>
                <w:sz w:val="18"/>
              </w:rPr>
              <w:t>Atbilžu tabulas 1.-40. jautājumam</w:t>
            </w:r>
          </w:p>
        </w:tc>
        <w:tc>
          <w:tcPr>
            <w:tcW w:w="5760" w:type="dxa"/>
            <w:vAlign w:val="center"/>
          </w:tcPr>
          <w:p w:rsidR="0088700B" w:rsidRDefault="00000000" w14:paraId="079DE934" wp14:textId="77777777">
            <w:r>
              <w:rPr>
                <w:sz w:val="18"/>
              </w:rPr>
              <w:t>Ātra atkārtošana pirms eksāmena</w:t>
            </w:r>
          </w:p>
        </w:tc>
      </w:tr>
      <w:tr xmlns:wp14="http://schemas.microsoft.com/office/word/2010/wordml" w:rsidR="0088700B" w14:paraId="4470CC24" wp14:textId="77777777">
        <w:trPr>
          <w:jc w:val="center"/>
        </w:trPr>
        <w:tc>
          <w:tcPr>
            <w:tcW w:w="4176" w:type="dxa"/>
            <w:vAlign w:val="center"/>
          </w:tcPr>
          <w:p w:rsidR="0088700B" w:rsidRDefault="00000000" w14:paraId="328CECCC" wp14:textId="77777777">
            <w:r>
              <w:rPr>
                <w:sz w:val="18"/>
              </w:rPr>
              <w:t>Brīvo atbilžu formulējumi</w:t>
            </w:r>
          </w:p>
        </w:tc>
        <w:tc>
          <w:tcPr>
            <w:tcW w:w="5760" w:type="dxa"/>
            <w:vAlign w:val="center"/>
          </w:tcPr>
          <w:p w:rsidR="0088700B" w:rsidRDefault="00000000" w14:paraId="24BCE89E" wp14:textId="77777777">
            <w:r>
              <w:rPr>
                <w:sz w:val="18"/>
              </w:rPr>
              <w:t>Tu vari uzrakstīt pilnu 2 punktu atbildi</w:t>
            </w:r>
          </w:p>
        </w:tc>
      </w:tr>
    </w:tbl>
    <w:p xmlns:wp14="http://schemas.microsoft.com/office/word/2010/wordml" w:rsidR="0088700B" w:rsidRDefault="0088700B" w14:paraId="0A37501D" wp14:textId="77777777"/>
    <w:p xmlns:wp14="http://schemas.microsoft.com/office/word/2010/wordml" w:rsidR="0088700B" w:rsidRDefault="00000000" w14:paraId="4335810C" wp14:textId="77777777">
      <w:r>
        <w:rPr>
          <w:b/>
        </w:rPr>
        <w:t xml:space="preserve">Svarīga piezīme: </w:t>
      </w:r>
      <w:r>
        <w:t>11. jautājumā avota failā kā pareizā atbilde var būt atzīmēts ALTER, bet pēc SQL loģikas esošas rindas datu maiņai pareizā komanda ir UPDATE. ALTER maina tabulas struktūru, UPDATE maina datus rindās.</w:t>
      </w:r>
    </w:p>
    <w:p xmlns:wp14="http://schemas.microsoft.com/office/word/2010/wordml" w:rsidR="0088700B" w:rsidRDefault="00000000" w14:paraId="5DAB6C7B" wp14:textId="77777777">
      <w:r>
        <w:br w:type="page"/>
      </w:r>
    </w:p>
    <w:p xmlns:wp14="http://schemas.microsoft.com/office/word/2010/wordml" w:rsidR="0088700B" w:rsidRDefault="00000000" w14:paraId="40D5A261" wp14:textId="77777777">
      <w:pPr>
        <w:pStyle w:val="Heading1"/>
      </w:pPr>
      <w:r>
        <w:t>1. Datubāzes pamati</w:t>
      </w:r>
    </w:p>
    <w:p xmlns:wp14="http://schemas.microsoft.com/office/word/2010/wordml" w:rsidR="0088700B" w:rsidRDefault="00000000" w14:paraId="02B743E2" wp14:textId="77777777">
      <w:r>
        <w:t>Datubāze ir organizēta datu glabātuve. Dati parasti tiek glabāti tabulās. Relāciju datubāzēs tabulas ir savstarpēji saistītas ar atslēgām.</w:t>
      </w:r>
    </w:p>
    <w:tbl>
      <w:tblPr>
        <w:tblStyle w:val="TableGrid"/>
        <w:tblW w:w="0" w:type="auto"/>
        <w:jc w:val="center"/>
        <w:tblLook w:val="04A0" w:firstRow="1" w:lastRow="0" w:firstColumn="1" w:lastColumn="0" w:noHBand="0" w:noVBand="1"/>
      </w:tblPr>
      <w:tblGrid>
        <w:gridCol w:w="2160"/>
        <w:gridCol w:w="4608"/>
        <w:gridCol w:w="3168"/>
      </w:tblGrid>
      <w:tr xmlns:wp14="http://schemas.microsoft.com/office/word/2010/wordml" w:rsidR="0088700B" w14:paraId="0E2EB22A" wp14:textId="77777777">
        <w:trPr>
          <w:jc w:val="center"/>
        </w:trPr>
        <w:tc>
          <w:tcPr>
            <w:tcW w:w="2160" w:type="dxa"/>
            <w:shd w:val="clear" w:color="auto" w:fill="D9EAF7"/>
            <w:vAlign w:val="center"/>
          </w:tcPr>
          <w:p w:rsidR="0088700B" w:rsidRDefault="00000000" w14:paraId="7827D3FE" wp14:textId="77777777">
            <w:r>
              <w:rPr>
                <w:b/>
                <w:sz w:val="18"/>
              </w:rPr>
              <w:t>Jēdziens</w:t>
            </w:r>
          </w:p>
        </w:tc>
        <w:tc>
          <w:tcPr>
            <w:tcW w:w="4608" w:type="dxa"/>
            <w:shd w:val="clear" w:color="auto" w:fill="D9EAF7"/>
            <w:vAlign w:val="center"/>
          </w:tcPr>
          <w:p w:rsidR="0088700B" w:rsidRDefault="00000000" w14:paraId="2A8A5F0B" wp14:textId="77777777">
            <w:r>
              <w:rPr>
                <w:b/>
                <w:sz w:val="18"/>
              </w:rPr>
              <w:t>Nozīme</w:t>
            </w:r>
          </w:p>
        </w:tc>
        <w:tc>
          <w:tcPr>
            <w:tcW w:w="3168" w:type="dxa"/>
            <w:shd w:val="clear" w:color="auto" w:fill="D9EAF7"/>
            <w:vAlign w:val="center"/>
          </w:tcPr>
          <w:p w:rsidR="0088700B" w:rsidRDefault="00000000" w14:paraId="07BE1F72" wp14:textId="77777777">
            <w:r>
              <w:rPr>
                <w:b/>
                <w:sz w:val="18"/>
              </w:rPr>
              <w:t>Piemērs</w:t>
            </w:r>
          </w:p>
        </w:tc>
      </w:tr>
      <w:tr xmlns:wp14="http://schemas.microsoft.com/office/word/2010/wordml" w:rsidR="0088700B" w14:paraId="4BB2E1E9" wp14:textId="77777777">
        <w:trPr>
          <w:jc w:val="center"/>
        </w:trPr>
        <w:tc>
          <w:tcPr>
            <w:tcW w:w="2160" w:type="dxa"/>
            <w:vAlign w:val="center"/>
          </w:tcPr>
          <w:p w:rsidR="0088700B" w:rsidRDefault="00000000" w14:paraId="0FCA8369" wp14:textId="77777777">
            <w:r>
              <w:rPr>
                <w:sz w:val="18"/>
              </w:rPr>
              <w:t>Datubāze</w:t>
            </w:r>
          </w:p>
        </w:tc>
        <w:tc>
          <w:tcPr>
            <w:tcW w:w="4608" w:type="dxa"/>
            <w:vAlign w:val="center"/>
          </w:tcPr>
          <w:p w:rsidR="0088700B" w:rsidRDefault="00000000" w14:paraId="209882B1" wp14:textId="77777777">
            <w:r>
              <w:rPr>
                <w:sz w:val="18"/>
              </w:rPr>
              <w:t>Organizēta datu kopa</w:t>
            </w:r>
          </w:p>
        </w:tc>
        <w:tc>
          <w:tcPr>
            <w:tcW w:w="3168" w:type="dxa"/>
            <w:vAlign w:val="center"/>
          </w:tcPr>
          <w:p w:rsidR="0088700B" w:rsidRDefault="00000000" w14:paraId="5A15958F" wp14:textId="77777777">
            <w:r>
              <w:rPr>
                <w:sz w:val="18"/>
              </w:rPr>
              <w:t>Skolas datubāze</w:t>
            </w:r>
          </w:p>
        </w:tc>
      </w:tr>
      <w:tr xmlns:wp14="http://schemas.microsoft.com/office/word/2010/wordml" w:rsidR="0088700B" w14:paraId="096D06F4" wp14:textId="77777777">
        <w:trPr>
          <w:jc w:val="center"/>
        </w:trPr>
        <w:tc>
          <w:tcPr>
            <w:tcW w:w="2160" w:type="dxa"/>
            <w:vAlign w:val="center"/>
          </w:tcPr>
          <w:p w:rsidR="0088700B" w:rsidRDefault="00000000" w14:paraId="0AFCCBA2" wp14:textId="77777777">
            <w:r>
              <w:rPr>
                <w:sz w:val="18"/>
              </w:rPr>
              <w:t>Tabula</w:t>
            </w:r>
          </w:p>
        </w:tc>
        <w:tc>
          <w:tcPr>
            <w:tcW w:w="4608" w:type="dxa"/>
            <w:vAlign w:val="center"/>
          </w:tcPr>
          <w:p w:rsidR="0088700B" w:rsidRDefault="00000000" w14:paraId="3D5315C5" wp14:textId="77777777">
            <w:r>
              <w:rPr>
                <w:sz w:val="18"/>
              </w:rPr>
              <w:t>Dati rindās un kolonnās</w:t>
            </w:r>
          </w:p>
        </w:tc>
        <w:tc>
          <w:tcPr>
            <w:tcW w:w="3168" w:type="dxa"/>
            <w:vAlign w:val="center"/>
          </w:tcPr>
          <w:p w:rsidR="0088700B" w:rsidRDefault="00000000" w14:paraId="2292123B" wp14:textId="77777777">
            <w:r>
              <w:rPr>
                <w:sz w:val="18"/>
              </w:rPr>
              <w:t>Students, Orders, Products</w:t>
            </w:r>
          </w:p>
        </w:tc>
      </w:tr>
      <w:tr xmlns:wp14="http://schemas.microsoft.com/office/word/2010/wordml" w:rsidR="0088700B" w14:paraId="6D77E7B9" wp14:textId="77777777">
        <w:trPr>
          <w:jc w:val="center"/>
        </w:trPr>
        <w:tc>
          <w:tcPr>
            <w:tcW w:w="2160" w:type="dxa"/>
            <w:vAlign w:val="center"/>
          </w:tcPr>
          <w:p w:rsidR="0088700B" w:rsidRDefault="00000000" w14:paraId="1610E24B" wp14:textId="77777777">
            <w:r>
              <w:rPr>
                <w:sz w:val="18"/>
              </w:rPr>
              <w:t>Kolonna / lauks</w:t>
            </w:r>
          </w:p>
        </w:tc>
        <w:tc>
          <w:tcPr>
            <w:tcW w:w="4608" w:type="dxa"/>
            <w:vAlign w:val="center"/>
          </w:tcPr>
          <w:p w:rsidR="0088700B" w:rsidRDefault="00000000" w14:paraId="35CD076C" wp14:textId="77777777">
            <w:r>
              <w:rPr>
                <w:sz w:val="18"/>
              </w:rPr>
              <w:t>Datu īpašība</w:t>
            </w:r>
          </w:p>
        </w:tc>
        <w:tc>
          <w:tcPr>
            <w:tcW w:w="3168" w:type="dxa"/>
            <w:vAlign w:val="center"/>
          </w:tcPr>
          <w:p w:rsidR="0088700B" w:rsidRDefault="00000000" w14:paraId="4C0465C4" wp14:textId="77777777">
            <w:r>
              <w:rPr>
                <w:sz w:val="18"/>
              </w:rPr>
              <w:t>name, age, price</w:t>
            </w:r>
          </w:p>
        </w:tc>
      </w:tr>
      <w:tr xmlns:wp14="http://schemas.microsoft.com/office/word/2010/wordml" w:rsidR="0088700B" w14:paraId="5CCF0FE5" wp14:textId="77777777">
        <w:trPr>
          <w:jc w:val="center"/>
        </w:trPr>
        <w:tc>
          <w:tcPr>
            <w:tcW w:w="2160" w:type="dxa"/>
            <w:vAlign w:val="center"/>
          </w:tcPr>
          <w:p w:rsidR="0088700B" w:rsidRDefault="00000000" w14:paraId="31786F2B" wp14:textId="77777777">
            <w:r>
              <w:rPr>
                <w:sz w:val="18"/>
              </w:rPr>
              <w:t>Rinda / ieraksts</w:t>
            </w:r>
          </w:p>
        </w:tc>
        <w:tc>
          <w:tcPr>
            <w:tcW w:w="4608" w:type="dxa"/>
            <w:vAlign w:val="center"/>
          </w:tcPr>
          <w:p w:rsidR="0088700B" w:rsidRDefault="00000000" w14:paraId="33D96B21" wp14:textId="77777777">
            <w:r>
              <w:rPr>
                <w:sz w:val="18"/>
              </w:rPr>
              <w:t>Viens objekts tabulā</w:t>
            </w:r>
          </w:p>
        </w:tc>
        <w:tc>
          <w:tcPr>
            <w:tcW w:w="3168" w:type="dxa"/>
            <w:vAlign w:val="center"/>
          </w:tcPr>
          <w:p w:rsidR="0088700B" w:rsidRDefault="00000000" w14:paraId="4D5D006C" wp14:textId="77777777">
            <w:r>
              <w:rPr>
                <w:sz w:val="18"/>
              </w:rPr>
              <w:t>Viens students vai viens pasūtījums</w:t>
            </w:r>
          </w:p>
        </w:tc>
      </w:tr>
      <w:tr xmlns:wp14="http://schemas.microsoft.com/office/word/2010/wordml" w:rsidR="0088700B" w14:paraId="488264DB" wp14:textId="77777777">
        <w:trPr>
          <w:jc w:val="center"/>
        </w:trPr>
        <w:tc>
          <w:tcPr>
            <w:tcW w:w="2160" w:type="dxa"/>
            <w:vAlign w:val="center"/>
          </w:tcPr>
          <w:p w:rsidR="0088700B" w:rsidRDefault="00000000" w14:paraId="57DF2571" wp14:textId="77777777">
            <w:r>
              <w:rPr>
                <w:sz w:val="18"/>
              </w:rPr>
              <w:t>Vērtība</w:t>
            </w:r>
          </w:p>
        </w:tc>
        <w:tc>
          <w:tcPr>
            <w:tcW w:w="4608" w:type="dxa"/>
            <w:vAlign w:val="center"/>
          </w:tcPr>
          <w:p w:rsidR="0088700B" w:rsidRDefault="00000000" w14:paraId="7D15E7C2" wp14:textId="77777777">
            <w:r>
              <w:rPr>
                <w:sz w:val="18"/>
              </w:rPr>
              <w:t>Konkrēta šūnas informācija</w:t>
            </w:r>
          </w:p>
        </w:tc>
        <w:tc>
          <w:tcPr>
            <w:tcW w:w="3168" w:type="dxa"/>
            <w:vAlign w:val="center"/>
          </w:tcPr>
          <w:p w:rsidR="0088700B" w:rsidRDefault="00000000" w14:paraId="1E469BFB" wp14:textId="77777777">
            <w:r>
              <w:rPr>
                <w:sz w:val="18"/>
              </w:rPr>
              <w:t>Juris, 18, Riga</w:t>
            </w:r>
          </w:p>
        </w:tc>
      </w:tr>
    </w:tbl>
    <w:p xmlns:wp14="http://schemas.microsoft.com/office/word/2010/wordml" w:rsidR="0088700B" w:rsidRDefault="0088700B" w14:paraId="02EB378F" wp14:textId="77777777"/>
    <w:p xmlns:wp14="http://schemas.microsoft.com/office/word/2010/wordml" w:rsidR="0088700B" w:rsidRDefault="00000000" w14:paraId="6791A408" wp14:textId="77777777">
      <w:pPr>
        <w:pStyle w:val="Heading2"/>
      </w:pPr>
      <w:r>
        <w:t>1.1. Relāciju datubāze</w:t>
      </w:r>
    </w:p>
    <w:p xmlns:wp14="http://schemas.microsoft.com/office/word/2010/wordml" w:rsidR="0088700B" w:rsidRDefault="00000000" w14:paraId="4D293977" wp14:textId="77777777">
      <w:r>
        <w:t>Relāciju datubāze glabā datus vairākās saistītās tabulās. Piemēram, klienti ir vienā tabulā, pasūtījumi citā tabulā, un pasūtījums norāda uz klientu ar ārējo atslēgu.</w:t>
      </w:r>
    </w:p>
    <w:tbl>
      <w:tblPr>
        <w:tblStyle w:val="TableGrid"/>
        <w:tblW w:w="0" w:type="auto"/>
        <w:tblLook w:val="04A0" w:firstRow="1" w:lastRow="0" w:firstColumn="1" w:lastColumn="0" w:noHBand="0" w:noVBand="1"/>
      </w:tblPr>
      <w:tblGrid>
        <w:gridCol w:w="10080"/>
      </w:tblGrid>
      <w:tr xmlns:wp14="http://schemas.microsoft.com/office/word/2010/wordml" w:rsidR="0088700B" w14:paraId="35F596CD" wp14:textId="77777777">
        <w:tc>
          <w:tcPr>
            <w:tcW w:w="10080" w:type="dxa"/>
            <w:shd w:val="clear" w:color="auto" w:fill="F2F2F2"/>
          </w:tcPr>
          <w:p w:rsidR="0088700B" w:rsidRDefault="00000000" w14:paraId="532FAEFD" wp14:textId="77777777">
            <w:r>
              <w:rPr>
                <w:rFonts w:ascii="Consolas" w:hAnsi="Consolas" w:eastAsia="Consolas"/>
                <w:sz w:val="17"/>
              </w:rPr>
              <w:t>Customers(id, name, email)</w:t>
            </w:r>
            <w:r>
              <w:rPr>
                <w:rFonts w:ascii="Consolas" w:hAnsi="Consolas" w:eastAsia="Consolas"/>
                <w:sz w:val="17"/>
              </w:rPr>
              <w:br/>
            </w:r>
            <w:r>
              <w:rPr>
                <w:rFonts w:ascii="Consolas" w:hAnsi="Consolas" w:eastAsia="Consolas"/>
                <w:sz w:val="17"/>
              </w:rPr>
              <w:t>Orders(id, customer_id, amount)</w:t>
            </w:r>
            <w:r>
              <w:rPr>
                <w:rFonts w:ascii="Consolas" w:hAnsi="Consolas" w:eastAsia="Consolas"/>
                <w:sz w:val="17"/>
              </w:rPr>
              <w:br/>
            </w:r>
            <w:r>
              <w:rPr>
                <w:rFonts w:ascii="Consolas" w:hAnsi="Consolas" w:eastAsia="Consolas"/>
                <w:sz w:val="17"/>
              </w:rPr>
              <w:br/>
            </w:r>
            <w:r>
              <w:rPr>
                <w:rFonts w:ascii="Consolas" w:hAnsi="Consolas" w:eastAsia="Consolas"/>
                <w:sz w:val="17"/>
              </w:rPr>
              <w:t>Orders.customer_id -&gt; Customers.id</w:t>
            </w:r>
          </w:p>
        </w:tc>
      </w:tr>
    </w:tbl>
    <w:p xmlns:wp14="http://schemas.microsoft.com/office/word/2010/wordml" w:rsidR="0088700B" w:rsidRDefault="0088700B" w14:paraId="6A05A809" wp14:textId="77777777"/>
    <w:p xmlns:wp14="http://schemas.microsoft.com/office/word/2010/wordml" w:rsidR="0088700B" w:rsidRDefault="00000000" w14:paraId="0F20D5DC" wp14:textId="77777777">
      <w:pPr>
        <w:pStyle w:val="Heading2"/>
      </w:pPr>
      <w:r>
        <w:t>1.2. Datubāzes shēma</w:t>
      </w:r>
    </w:p>
    <w:p xmlns:wp14="http://schemas.microsoft.com/office/word/2010/wordml" w:rsidR="0088700B" w:rsidRDefault="00000000" w14:paraId="02C8B239" wp14:textId="77777777">
      <w:r>
        <w:t>Datubāzes shēma ir datubāzes struktūras loģiskais apraksts: tabulas, kolonnas, datu tipi, atslēgas, ierobežojumi un saites starp tabulām.</w:t>
      </w:r>
    </w:p>
    <w:p xmlns:wp14="http://schemas.microsoft.com/office/word/2010/wordml" w:rsidR="0088700B" w:rsidRDefault="00000000" w14:paraId="12EC5570" wp14:textId="77777777">
      <w:pPr>
        <w:pStyle w:val="Heading1"/>
      </w:pPr>
      <w:r>
        <w:t>2. SQL valoda un komandu grupas</w:t>
      </w:r>
    </w:p>
    <w:p xmlns:wp14="http://schemas.microsoft.com/office/word/2010/wordml" w:rsidR="0088700B" w:rsidRDefault="00000000" w14:paraId="1CD8CCF2" wp14:textId="77777777">
      <w:r>
        <w:t>SQL nozīmē Structured Query Language. Ar SQL var izveidot tabulas, pievienot datus, atlasīt datus, mainīt datus, dzēst datus, kārtot, filtrēt un grupēt rezultātus.</w:t>
      </w:r>
    </w:p>
    <w:tbl>
      <w:tblPr>
        <w:tblStyle w:val="TableGrid"/>
        <w:tblW w:w="0" w:type="auto"/>
        <w:jc w:val="center"/>
        <w:tblLook w:val="04A0" w:firstRow="1" w:lastRow="0" w:firstColumn="1" w:lastColumn="0" w:noHBand="0" w:noVBand="1"/>
      </w:tblPr>
      <w:tblGrid>
        <w:gridCol w:w="1126"/>
        <w:gridCol w:w="2789"/>
        <w:gridCol w:w="3326"/>
        <w:gridCol w:w="3055"/>
      </w:tblGrid>
      <w:tr xmlns:wp14="http://schemas.microsoft.com/office/word/2010/wordml" w:rsidR="0088700B" w14:paraId="4154593A" wp14:textId="77777777">
        <w:trPr>
          <w:jc w:val="center"/>
        </w:trPr>
        <w:tc>
          <w:tcPr>
            <w:tcW w:w="1152" w:type="dxa"/>
            <w:shd w:val="clear" w:color="auto" w:fill="D9EAF7"/>
            <w:vAlign w:val="center"/>
          </w:tcPr>
          <w:p w:rsidR="0088700B" w:rsidRDefault="00000000" w14:paraId="433EC8F8" wp14:textId="77777777">
            <w:r>
              <w:rPr>
                <w:b/>
                <w:sz w:val="18"/>
              </w:rPr>
              <w:t>Grupa</w:t>
            </w:r>
          </w:p>
        </w:tc>
        <w:tc>
          <w:tcPr>
            <w:tcW w:w="2880" w:type="dxa"/>
            <w:shd w:val="clear" w:color="auto" w:fill="D9EAF7"/>
            <w:vAlign w:val="center"/>
          </w:tcPr>
          <w:p w:rsidR="0088700B" w:rsidRDefault="00000000" w14:paraId="7F235D5D" wp14:textId="77777777">
            <w:r>
              <w:rPr>
                <w:b/>
                <w:sz w:val="18"/>
              </w:rPr>
              <w:t>Pilns nosaukums</w:t>
            </w:r>
          </w:p>
        </w:tc>
        <w:tc>
          <w:tcPr>
            <w:tcW w:w="3456" w:type="dxa"/>
            <w:shd w:val="clear" w:color="auto" w:fill="D9EAF7"/>
            <w:vAlign w:val="center"/>
          </w:tcPr>
          <w:p w:rsidR="0088700B" w:rsidRDefault="00000000" w14:paraId="3C15F33A" wp14:textId="77777777">
            <w:r>
              <w:rPr>
                <w:b/>
                <w:sz w:val="18"/>
              </w:rPr>
              <w:t>Komandas</w:t>
            </w:r>
          </w:p>
        </w:tc>
        <w:tc>
          <w:tcPr>
            <w:tcW w:w="3168" w:type="dxa"/>
            <w:shd w:val="clear" w:color="auto" w:fill="D9EAF7"/>
            <w:vAlign w:val="center"/>
          </w:tcPr>
          <w:p w:rsidR="0088700B" w:rsidRDefault="00000000" w14:paraId="1FD88F8F" wp14:textId="77777777">
            <w:r>
              <w:rPr>
                <w:b/>
                <w:sz w:val="18"/>
              </w:rPr>
              <w:t>Ko dara</w:t>
            </w:r>
          </w:p>
        </w:tc>
      </w:tr>
      <w:tr xmlns:wp14="http://schemas.microsoft.com/office/word/2010/wordml" w:rsidR="0088700B" w14:paraId="599E3BB5" wp14:textId="77777777">
        <w:trPr>
          <w:jc w:val="center"/>
        </w:trPr>
        <w:tc>
          <w:tcPr>
            <w:tcW w:w="1152" w:type="dxa"/>
            <w:vAlign w:val="center"/>
          </w:tcPr>
          <w:p w:rsidR="0088700B" w:rsidRDefault="00000000" w14:paraId="4A382A13" wp14:textId="77777777">
            <w:r>
              <w:rPr>
                <w:sz w:val="18"/>
              </w:rPr>
              <w:t>DDL</w:t>
            </w:r>
          </w:p>
        </w:tc>
        <w:tc>
          <w:tcPr>
            <w:tcW w:w="2880" w:type="dxa"/>
            <w:vAlign w:val="center"/>
          </w:tcPr>
          <w:p w:rsidR="0088700B" w:rsidRDefault="00000000" w14:paraId="3F2B775F" wp14:textId="77777777">
            <w:r>
              <w:rPr>
                <w:sz w:val="18"/>
              </w:rPr>
              <w:t>Data Definition Language</w:t>
            </w:r>
          </w:p>
        </w:tc>
        <w:tc>
          <w:tcPr>
            <w:tcW w:w="3456" w:type="dxa"/>
            <w:vAlign w:val="center"/>
          </w:tcPr>
          <w:p w:rsidR="0088700B" w:rsidRDefault="00000000" w14:paraId="68257C1B" wp14:textId="77777777">
            <w:r>
              <w:rPr>
                <w:sz w:val="18"/>
              </w:rPr>
              <w:t>CREATE, ALTER, DROP, TRUNCATE</w:t>
            </w:r>
          </w:p>
        </w:tc>
        <w:tc>
          <w:tcPr>
            <w:tcW w:w="3168" w:type="dxa"/>
            <w:vAlign w:val="center"/>
          </w:tcPr>
          <w:p w:rsidR="0088700B" w:rsidRDefault="00000000" w14:paraId="552330A7" wp14:textId="77777777">
            <w:r>
              <w:rPr>
                <w:sz w:val="18"/>
              </w:rPr>
              <w:t>Definē un maina datubāzes struktūru</w:t>
            </w:r>
          </w:p>
        </w:tc>
      </w:tr>
      <w:tr xmlns:wp14="http://schemas.microsoft.com/office/word/2010/wordml" w:rsidR="0088700B" w14:paraId="24F44CE9" wp14:textId="77777777">
        <w:trPr>
          <w:jc w:val="center"/>
        </w:trPr>
        <w:tc>
          <w:tcPr>
            <w:tcW w:w="1152" w:type="dxa"/>
            <w:vAlign w:val="center"/>
          </w:tcPr>
          <w:p w:rsidR="0088700B" w:rsidRDefault="00000000" w14:paraId="473E856B" wp14:textId="77777777">
            <w:r>
              <w:rPr>
                <w:sz w:val="18"/>
              </w:rPr>
              <w:t>DML</w:t>
            </w:r>
          </w:p>
        </w:tc>
        <w:tc>
          <w:tcPr>
            <w:tcW w:w="2880" w:type="dxa"/>
            <w:vAlign w:val="center"/>
          </w:tcPr>
          <w:p w:rsidR="0088700B" w:rsidRDefault="00000000" w14:paraId="6A7E6433" wp14:textId="77777777">
            <w:r>
              <w:rPr>
                <w:sz w:val="18"/>
              </w:rPr>
              <w:t>Data Manipulation Language</w:t>
            </w:r>
          </w:p>
        </w:tc>
        <w:tc>
          <w:tcPr>
            <w:tcW w:w="3456" w:type="dxa"/>
            <w:vAlign w:val="center"/>
          </w:tcPr>
          <w:p w:rsidR="0088700B" w:rsidRDefault="00000000" w14:paraId="22833336" wp14:textId="77777777">
            <w:r>
              <w:rPr>
                <w:sz w:val="18"/>
              </w:rPr>
              <w:t>SELECT, INSERT, UPDATE, DELETE</w:t>
            </w:r>
          </w:p>
        </w:tc>
        <w:tc>
          <w:tcPr>
            <w:tcW w:w="3168" w:type="dxa"/>
            <w:vAlign w:val="center"/>
          </w:tcPr>
          <w:p w:rsidR="0088700B" w:rsidRDefault="00000000" w14:paraId="4B16B472" wp14:textId="77777777">
            <w:r>
              <w:rPr>
                <w:sz w:val="18"/>
              </w:rPr>
              <w:t>Strādā ar datiem tabulās</w:t>
            </w:r>
          </w:p>
        </w:tc>
      </w:tr>
      <w:tr xmlns:wp14="http://schemas.microsoft.com/office/word/2010/wordml" w:rsidR="0088700B" w14:paraId="7D154798" wp14:textId="77777777">
        <w:trPr>
          <w:jc w:val="center"/>
        </w:trPr>
        <w:tc>
          <w:tcPr>
            <w:tcW w:w="1152" w:type="dxa"/>
            <w:vAlign w:val="center"/>
          </w:tcPr>
          <w:p w:rsidR="0088700B" w:rsidRDefault="00000000" w14:paraId="64110EB5" wp14:textId="77777777">
            <w:r>
              <w:rPr>
                <w:sz w:val="18"/>
              </w:rPr>
              <w:t>DCL</w:t>
            </w:r>
          </w:p>
        </w:tc>
        <w:tc>
          <w:tcPr>
            <w:tcW w:w="2880" w:type="dxa"/>
            <w:vAlign w:val="center"/>
          </w:tcPr>
          <w:p w:rsidR="0088700B" w:rsidRDefault="00000000" w14:paraId="4530F0F1" wp14:textId="77777777">
            <w:r>
              <w:rPr>
                <w:sz w:val="18"/>
              </w:rPr>
              <w:t>Data Control Language</w:t>
            </w:r>
          </w:p>
        </w:tc>
        <w:tc>
          <w:tcPr>
            <w:tcW w:w="3456" w:type="dxa"/>
            <w:vAlign w:val="center"/>
          </w:tcPr>
          <w:p w:rsidR="0088700B" w:rsidRDefault="00000000" w14:paraId="5E24A0CB" wp14:textId="77777777">
            <w:r>
              <w:rPr>
                <w:sz w:val="18"/>
              </w:rPr>
              <w:t>GRANT, REVOKE</w:t>
            </w:r>
          </w:p>
        </w:tc>
        <w:tc>
          <w:tcPr>
            <w:tcW w:w="3168" w:type="dxa"/>
            <w:vAlign w:val="center"/>
          </w:tcPr>
          <w:p w:rsidR="0088700B" w:rsidRDefault="00000000" w14:paraId="60341ACA" wp14:textId="77777777">
            <w:r>
              <w:rPr>
                <w:sz w:val="18"/>
              </w:rPr>
              <w:t>Piešķir vai atņem piekļuves tiesības</w:t>
            </w:r>
          </w:p>
        </w:tc>
      </w:tr>
      <w:tr xmlns:wp14="http://schemas.microsoft.com/office/word/2010/wordml" w:rsidR="0088700B" w14:paraId="08513D4A" wp14:textId="77777777">
        <w:trPr>
          <w:jc w:val="center"/>
        </w:trPr>
        <w:tc>
          <w:tcPr>
            <w:tcW w:w="1152" w:type="dxa"/>
            <w:vAlign w:val="center"/>
          </w:tcPr>
          <w:p w:rsidR="0088700B" w:rsidRDefault="00000000" w14:paraId="707D411F" wp14:textId="77777777">
            <w:r>
              <w:rPr>
                <w:sz w:val="18"/>
              </w:rPr>
              <w:t>TCL</w:t>
            </w:r>
          </w:p>
        </w:tc>
        <w:tc>
          <w:tcPr>
            <w:tcW w:w="2880" w:type="dxa"/>
            <w:vAlign w:val="center"/>
          </w:tcPr>
          <w:p w:rsidR="0088700B" w:rsidRDefault="00000000" w14:paraId="44BBDFDE" wp14:textId="77777777">
            <w:r>
              <w:rPr>
                <w:sz w:val="18"/>
              </w:rPr>
              <w:t>Transaction Control Language</w:t>
            </w:r>
          </w:p>
        </w:tc>
        <w:tc>
          <w:tcPr>
            <w:tcW w:w="3456" w:type="dxa"/>
            <w:vAlign w:val="center"/>
          </w:tcPr>
          <w:p w:rsidR="0088700B" w:rsidRDefault="00000000" w14:paraId="20FBC3C3" wp14:textId="77777777">
            <w:r>
              <w:rPr>
                <w:sz w:val="18"/>
              </w:rPr>
              <w:t>COMMIT, ROLLBACK, SAVEPOINT</w:t>
            </w:r>
          </w:p>
        </w:tc>
        <w:tc>
          <w:tcPr>
            <w:tcW w:w="3168" w:type="dxa"/>
            <w:vAlign w:val="center"/>
          </w:tcPr>
          <w:p w:rsidR="0088700B" w:rsidRDefault="00000000" w14:paraId="06A1FEF4" wp14:textId="77777777">
            <w:r>
              <w:rPr>
                <w:sz w:val="18"/>
              </w:rPr>
              <w:t>Kontrolē transakcijas</w:t>
            </w:r>
          </w:p>
        </w:tc>
      </w:tr>
    </w:tbl>
    <w:p xmlns:wp14="http://schemas.microsoft.com/office/word/2010/wordml" w:rsidR="0088700B" w:rsidRDefault="0088700B" w14:paraId="5A39BBE3" wp14:textId="77777777"/>
    <w:p xmlns:wp14="http://schemas.microsoft.com/office/word/2010/wordml" w:rsidR="0088700B" w:rsidRDefault="00000000" w14:paraId="14615FA4" wp14:textId="77777777">
      <w:pPr>
        <w:pStyle w:val="Heading1"/>
      </w:pPr>
      <w:r>
        <w:t>3. DML komandas: SELECT, INSERT, UPDATE, DELETE</w:t>
      </w:r>
    </w:p>
    <w:p xmlns:wp14="http://schemas.microsoft.com/office/word/2010/wordml" w:rsidR="0088700B" w:rsidRDefault="00000000" w14:paraId="48556853" wp14:textId="77777777">
      <w:pPr>
        <w:pStyle w:val="Heading2"/>
      </w:pPr>
      <w:r>
        <w:t>3.1. SELECT</w:t>
      </w:r>
    </w:p>
    <w:p xmlns:wp14="http://schemas.microsoft.com/office/word/2010/wordml" w:rsidR="0088700B" w:rsidRDefault="00000000" w14:paraId="16E69545" wp14:textId="77777777">
      <w:r>
        <w:t>SELECT atlasa jeb nolasa datus no tabulas.</w:t>
      </w:r>
    </w:p>
    <w:tbl>
      <w:tblPr>
        <w:tblStyle w:val="TableGrid"/>
        <w:tblW w:w="0" w:type="auto"/>
        <w:tblLook w:val="04A0" w:firstRow="1" w:lastRow="0" w:firstColumn="1" w:lastColumn="0" w:noHBand="0" w:noVBand="1"/>
      </w:tblPr>
      <w:tblGrid>
        <w:gridCol w:w="10080"/>
      </w:tblGrid>
      <w:tr xmlns:wp14="http://schemas.microsoft.com/office/word/2010/wordml" w:rsidR="0088700B" w14:paraId="12EF7B9D" wp14:textId="77777777">
        <w:tc>
          <w:tcPr>
            <w:tcW w:w="10080" w:type="dxa"/>
            <w:shd w:val="clear" w:color="auto" w:fill="F2F2F2"/>
          </w:tcPr>
          <w:p w:rsidR="0088700B" w:rsidRDefault="00000000" w14:paraId="052976B8" wp14:textId="77777777">
            <w:r>
              <w:rPr>
                <w:rFonts w:ascii="Consolas" w:hAnsi="Consolas" w:eastAsia="Consolas"/>
                <w:sz w:val="17"/>
              </w:rPr>
              <w:t>SELECT *</w:t>
            </w:r>
            <w:r>
              <w:rPr>
                <w:rFonts w:ascii="Consolas" w:hAnsi="Consolas" w:eastAsia="Consolas"/>
                <w:sz w:val="17"/>
              </w:rPr>
              <w:br/>
            </w:r>
            <w:r>
              <w:rPr>
                <w:rFonts w:ascii="Consolas" w:hAnsi="Consolas" w:eastAsia="Consolas"/>
                <w:sz w:val="17"/>
              </w:rPr>
              <w:t>FROM Students;</w:t>
            </w:r>
          </w:p>
        </w:tc>
      </w:tr>
    </w:tbl>
    <w:p xmlns:wp14="http://schemas.microsoft.com/office/word/2010/wordml" w:rsidR="0088700B" w:rsidRDefault="0088700B" w14:paraId="41C8F396" wp14:textId="77777777"/>
    <w:p xmlns:wp14="http://schemas.microsoft.com/office/word/2010/wordml" w:rsidR="0088700B" w:rsidRDefault="00000000" w14:paraId="53205F8F" wp14:textId="77777777">
      <w:r>
        <w:t>Zvaigznīte (*) nozīmē: parādīt visas kolonnas.</w:t>
      </w:r>
    </w:p>
    <w:tbl>
      <w:tblPr>
        <w:tblStyle w:val="TableGrid"/>
        <w:tblW w:w="0" w:type="auto"/>
        <w:tblLook w:val="04A0" w:firstRow="1" w:lastRow="0" w:firstColumn="1" w:lastColumn="0" w:noHBand="0" w:noVBand="1"/>
      </w:tblPr>
      <w:tblGrid>
        <w:gridCol w:w="10080"/>
      </w:tblGrid>
      <w:tr xmlns:wp14="http://schemas.microsoft.com/office/word/2010/wordml" w:rsidR="0088700B" w14:paraId="26619B35" wp14:textId="77777777">
        <w:tc>
          <w:tcPr>
            <w:tcW w:w="10080" w:type="dxa"/>
            <w:shd w:val="clear" w:color="auto" w:fill="F2F2F2"/>
          </w:tcPr>
          <w:p w:rsidR="0088700B" w:rsidRDefault="00000000" w14:paraId="25027EBD" wp14:textId="77777777">
            <w:r>
              <w:rPr>
                <w:rFonts w:ascii="Consolas" w:hAnsi="Consolas" w:eastAsia="Consolas"/>
                <w:sz w:val="17"/>
              </w:rPr>
              <w:t>SELECT name, age</w:t>
            </w:r>
            <w:r>
              <w:rPr>
                <w:rFonts w:ascii="Consolas" w:hAnsi="Consolas" w:eastAsia="Consolas"/>
                <w:sz w:val="17"/>
              </w:rPr>
              <w:br/>
            </w:r>
            <w:r>
              <w:rPr>
                <w:rFonts w:ascii="Consolas" w:hAnsi="Consolas" w:eastAsia="Consolas"/>
                <w:sz w:val="17"/>
              </w:rPr>
              <w:t>FROM Students;</w:t>
            </w:r>
          </w:p>
        </w:tc>
      </w:tr>
    </w:tbl>
    <w:p xmlns:wp14="http://schemas.microsoft.com/office/word/2010/wordml" w:rsidR="0088700B" w:rsidRDefault="0088700B" w14:paraId="72A3D3EC" wp14:textId="77777777"/>
    <w:p xmlns:wp14="http://schemas.microsoft.com/office/word/2010/wordml" w:rsidR="0088700B" w:rsidRDefault="00000000" w14:paraId="2C32F808" wp14:textId="77777777">
      <w:r>
        <w:t>Šis vaicājums parāda tikai kolonnas name un age.</w:t>
      </w:r>
    </w:p>
    <w:p xmlns:wp14="http://schemas.microsoft.com/office/word/2010/wordml" w:rsidR="0088700B" w:rsidRDefault="00000000" w14:paraId="100DD056" wp14:textId="77777777">
      <w:pPr>
        <w:pStyle w:val="Heading2"/>
      </w:pPr>
      <w:r>
        <w:t>3.2. FROM</w:t>
      </w:r>
    </w:p>
    <w:p xmlns:wp14="http://schemas.microsoft.com/office/word/2010/wordml" w:rsidR="0088700B" w:rsidRDefault="00000000" w14:paraId="0D80E487" wp14:textId="77777777">
      <w:r>
        <w:t>FROM norāda, no kuras tabulas dati tiek ņemti.</w:t>
      </w:r>
    </w:p>
    <w:tbl>
      <w:tblPr>
        <w:tblStyle w:val="TableGrid"/>
        <w:tblW w:w="0" w:type="auto"/>
        <w:tblLook w:val="04A0" w:firstRow="1" w:lastRow="0" w:firstColumn="1" w:lastColumn="0" w:noHBand="0" w:noVBand="1"/>
      </w:tblPr>
      <w:tblGrid>
        <w:gridCol w:w="10080"/>
      </w:tblGrid>
      <w:tr xmlns:wp14="http://schemas.microsoft.com/office/word/2010/wordml" w:rsidR="0088700B" w14:paraId="301D759C" wp14:textId="77777777">
        <w:tc>
          <w:tcPr>
            <w:tcW w:w="10080" w:type="dxa"/>
            <w:shd w:val="clear" w:color="auto" w:fill="F2F2F2"/>
          </w:tcPr>
          <w:p w:rsidR="0088700B" w:rsidRDefault="00000000" w14:paraId="2EDF211F" wp14:textId="77777777">
            <w:r>
              <w:rPr>
                <w:rFonts w:ascii="Consolas" w:hAnsi="Consolas" w:eastAsia="Consolas"/>
                <w:sz w:val="17"/>
              </w:rPr>
              <w:t>SELECT name</w:t>
            </w:r>
            <w:r>
              <w:rPr>
                <w:rFonts w:ascii="Consolas" w:hAnsi="Consolas" w:eastAsia="Consolas"/>
                <w:sz w:val="17"/>
              </w:rPr>
              <w:br/>
            </w:r>
            <w:r>
              <w:rPr>
                <w:rFonts w:ascii="Consolas" w:hAnsi="Consolas" w:eastAsia="Consolas"/>
                <w:sz w:val="17"/>
              </w:rPr>
              <w:t>FROM Students;</w:t>
            </w:r>
          </w:p>
        </w:tc>
      </w:tr>
    </w:tbl>
    <w:p xmlns:wp14="http://schemas.microsoft.com/office/word/2010/wordml" w:rsidR="0088700B" w:rsidRDefault="0088700B" w14:paraId="0D0B940D" wp14:textId="77777777"/>
    <w:p xmlns:wp14="http://schemas.microsoft.com/office/word/2010/wordml" w:rsidR="0088700B" w:rsidRDefault="00000000" w14:paraId="0620FF3F" wp14:textId="77777777">
      <w:pPr>
        <w:pStyle w:val="Heading2"/>
      </w:pPr>
      <w:r>
        <w:t>3.3. WHERE</w:t>
      </w:r>
    </w:p>
    <w:p xmlns:wp14="http://schemas.microsoft.com/office/word/2010/wordml" w:rsidR="0088700B" w:rsidRDefault="00000000" w14:paraId="7A5301A5" wp14:textId="77777777">
      <w:r>
        <w:t>WHERE filtrē rindas pēc nosacījuma. Bez WHERE vaicājums parasti atgriež visas rindas.</w:t>
      </w:r>
    </w:p>
    <w:tbl>
      <w:tblPr>
        <w:tblStyle w:val="TableGrid"/>
        <w:tblW w:w="0" w:type="auto"/>
        <w:tblLook w:val="04A0" w:firstRow="1" w:lastRow="0" w:firstColumn="1" w:lastColumn="0" w:noHBand="0" w:noVBand="1"/>
      </w:tblPr>
      <w:tblGrid>
        <w:gridCol w:w="10080"/>
      </w:tblGrid>
      <w:tr xmlns:wp14="http://schemas.microsoft.com/office/word/2010/wordml" w:rsidR="0088700B" w14:paraId="2C092F79" wp14:textId="77777777">
        <w:tc>
          <w:tcPr>
            <w:tcW w:w="10080" w:type="dxa"/>
            <w:shd w:val="clear" w:color="auto" w:fill="F2F2F2"/>
          </w:tcPr>
          <w:p w:rsidR="0088700B" w:rsidRDefault="00000000" w14:paraId="2324695F" wp14:textId="77777777">
            <w:r>
              <w:rPr>
                <w:rFonts w:ascii="Consolas" w:hAnsi="Consolas" w:eastAsia="Consolas"/>
                <w:sz w:val="17"/>
              </w:rPr>
              <w:t>SELECT *</w:t>
            </w:r>
            <w:r>
              <w:rPr>
                <w:rFonts w:ascii="Consolas" w:hAnsi="Consolas" w:eastAsia="Consolas"/>
                <w:sz w:val="17"/>
              </w:rPr>
              <w:br/>
            </w:r>
            <w:r>
              <w:rPr>
                <w:rFonts w:ascii="Consolas" w:hAnsi="Consolas" w:eastAsia="Consolas"/>
                <w:sz w:val="17"/>
              </w:rPr>
              <w:t>FROM Students</w:t>
            </w:r>
            <w:r>
              <w:rPr>
                <w:rFonts w:ascii="Consolas" w:hAnsi="Consolas" w:eastAsia="Consolas"/>
                <w:sz w:val="17"/>
              </w:rPr>
              <w:br/>
            </w:r>
            <w:r>
              <w:rPr>
                <w:rFonts w:ascii="Consolas" w:hAnsi="Consolas" w:eastAsia="Consolas"/>
                <w:sz w:val="17"/>
              </w:rPr>
              <w:t>WHERE age &gt;= 18;</w:t>
            </w:r>
          </w:p>
        </w:tc>
      </w:tr>
    </w:tbl>
    <w:p xmlns:wp14="http://schemas.microsoft.com/office/word/2010/wordml" w:rsidR="0088700B" w:rsidRDefault="0088700B" w14:paraId="0E27B00A" wp14:textId="77777777"/>
    <w:tbl>
      <w:tblPr>
        <w:tblStyle w:val="TableGrid"/>
        <w:tblW w:w="0" w:type="auto"/>
        <w:jc w:val="center"/>
        <w:tblLook w:val="04A0" w:firstRow="1" w:lastRow="0" w:firstColumn="1" w:lastColumn="0" w:noHBand="0" w:noVBand="1"/>
      </w:tblPr>
      <w:tblGrid>
        <w:gridCol w:w="1728"/>
        <w:gridCol w:w="4032"/>
        <w:gridCol w:w="3600"/>
      </w:tblGrid>
      <w:tr xmlns:wp14="http://schemas.microsoft.com/office/word/2010/wordml" w:rsidR="0088700B" w14:paraId="1B6DF6C4" wp14:textId="77777777">
        <w:trPr>
          <w:jc w:val="center"/>
        </w:trPr>
        <w:tc>
          <w:tcPr>
            <w:tcW w:w="1728" w:type="dxa"/>
            <w:shd w:val="clear" w:color="auto" w:fill="D9EAF7"/>
            <w:vAlign w:val="center"/>
          </w:tcPr>
          <w:p w:rsidR="0088700B" w:rsidRDefault="00000000" w14:paraId="3C0121C8" wp14:textId="77777777">
            <w:r>
              <w:rPr>
                <w:b/>
                <w:sz w:val="18"/>
              </w:rPr>
              <w:t>Operators</w:t>
            </w:r>
          </w:p>
        </w:tc>
        <w:tc>
          <w:tcPr>
            <w:tcW w:w="4032" w:type="dxa"/>
            <w:shd w:val="clear" w:color="auto" w:fill="D9EAF7"/>
            <w:vAlign w:val="center"/>
          </w:tcPr>
          <w:p w:rsidR="0088700B" w:rsidRDefault="00000000" w14:paraId="3DD6BF76" wp14:textId="77777777">
            <w:r>
              <w:rPr>
                <w:b/>
                <w:sz w:val="18"/>
              </w:rPr>
              <w:t>Nozīme</w:t>
            </w:r>
          </w:p>
        </w:tc>
        <w:tc>
          <w:tcPr>
            <w:tcW w:w="3600" w:type="dxa"/>
            <w:shd w:val="clear" w:color="auto" w:fill="D9EAF7"/>
            <w:vAlign w:val="center"/>
          </w:tcPr>
          <w:p w:rsidR="0088700B" w:rsidRDefault="00000000" w14:paraId="2FD6BF0A" wp14:textId="77777777">
            <w:r>
              <w:rPr>
                <w:b/>
                <w:sz w:val="18"/>
              </w:rPr>
              <w:t>Piemērs</w:t>
            </w:r>
          </w:p>
        </w:tc>
      </w:tr>
      <w:tr xmlns:wp14="http://schemas.microsoft.com/office/word/2010/wordml" w:rsidR="0088700B" w14:paraId="23A38EB9" wp14:textId="77777777">
        <w:trPr>
          <w:jc w:val="center"/>
        </w:trPr>
        <w:tc>
          <w:tcPr>
            <w:tcW w:w="1728" w:type="dxa"/>
            <w:vAlign w:val="center"/>
          </w:tcPr>
          <w:p w:rsidR="0088700B" w:rsidRDefault="00000000" w14:paraId="0318042B" wp14:textId="77777777">
            <w:r>
              <w:rPr>
                <w:sz w:val="18"/>
              </w:rPr>
              <w:t>=</w:t>
            </w:r>
          </w:p>
        </w:tc>
        <w:tc>
          <w:tcPr>
            <w:tcW w:w="4032" w:type="dxa"/>
            <w:vAlign w:val="center"/>
          </w:tcPr>
          <w:p w:rsidR="0088700B" w:rsidRDefault="00000000" w14:paraId="0F97E414" wp14:textId="77777777">
            <w:r>
              <w:rPr>
                <w:sz w:val="18"/>
              </w:rPr>
              <w:t>vienāds</w:t>
            </w:r>
          </w:p>
        </w:tc>
        <w:tc>
          <w:tcPr>
            <w:tcW w:w="3600" w:type="dxa"/>
            <w:vAlign w:val="center"/>
          </w:tcPr>
          <w:p w:rsidR="0088700B" w:rsidRDefault="00000000" w14:paraId="7641DD82" wp14:textId="77777777">
            <w:r>
              <w:rPr>
                <w:sz w:val="18"/>
              </w:rPr>
              <w:t>age = 18</w:t>
            </w:r>
          </w:p>
        </w:tc>
      </w:tr>
      <w:tr xmlns:wp14="http://schemas.microsoft.com/office/word/2010/wordml" w:rsidR="0088700B" w14:paraId="3D769C34" wp14:textId="77777777">
        <w:trPr>
          <w:jc w:val="center"/>
        </w:trPr>
        <w:tc>
          <w:tcPr>
            <w:tcW w:w="1728" w:type="dxa"/>
            <w:vAlign w:val="center"/>
          </w:tcPr>
          <w:p w:rsidR="0088700B" w:rsidRDefault="00000000" w14:paraId="429D6C26" wp14:textId="77777777">
            <w:r>
              <w:rPr>
                <w:sz w:val="18"/>
              </w:rPr>
              <w:t>&gt;</w:t>
            </w:r>
          </w:p>
        </w:tc>
        <w:tc>
          <w:tcPr>
            <w:tcW w:w="4032" w:type="dxa"/>
            <w:vAlign w:val="center"/>
          </w:tcPr>
          <w:p w:rsidR="0088700B" w:rsidRDefault="00000000" w14:paraId="672A427B" wp14:textId="77777777">
            <w:r>
              <w:rPr>
                <w:sz w:val="18"/>
              </w:rPr>
              <w:t>lielāks</w:t>
            </w:r>
          </w:p>
        </w:tc>
        <w:tc>
          <w:tcPr>
            <w:tcW w:w="3600" w:type="dxa"/>
            <w:vAlign w:val="center"/>
          </w:tcPr>
          <w:p w:rsidR="0088700B" w:rsidRDefault="00000000" w14:paraId="164DD9FD" wp14:textId="77777777">
            <w:r>
              <w:rPr>
                <w:sz w:val="18"/>
              </w:rPr>
              <w:t>age &gt; 18</w:t>
            </w:r>
          </w:p>
        </w:tc>
      </w:tr>
      <w:tr xmlns:wp14="http://schemas.microsoft.com/office/word/2010/wordml" w:rsidR="0088700B" w14:paraId="16BEC466" wp14:textId="77777777">
        <w:trPr>
          <w:jc w:val="center"/>
        </w:trPr>
        <w:tc>
          <w:tcPr>
            <w:tcW w:w="1728" w:type="dxa"/>
            <w:vAlign w:val="center"/>
          </w:tcPr>
          <w:p w:rsidR="0088700B" w:rsidRDefault="00000000" w14:paraId="5076F884" wp14:textId="77777777">
            <w:r>
              <w:rPr>
                <w:sz w:val="18"/>
              </w:rPr>
              <w:t>&lt;</w:t>
            </w:r>
          </w:p>
        </w:tc>
        <w:tc>
          <w:tcPr>
            <w:tcW w:w="4032" w:type="dxa"/>
            <w:vAlign w:val="center"/>
          </w:tcPr>
          <w:p w:rsidR="0088700B" w:rsidRDefault="00000000" w14:paraId="26EC0C88" wp14:textId="77777777">
            <w:r>
              <w:rPr>
                <w:sz w:val="18"/>
              </w:rPr>
              <w:t>mazāks</w:t>
            </w:r>
          </w:p>
        </w:tc>
        <w:tc>
          <w:tcPr>
            <w:tcW w:w="3600" w:type="dxa"/>
            <w:vAlign w:val="center"/>
          </w:tcPr>
          <w:p w:rsidR="0088700B" w:rsidRDefault="00000000" w14:paraId="44285D67" wp14:textId="77777777">
            <w:r>
              <w:rPr>
                <w:sz w:val="18"/>
              </w:rPr>
              <w:t>age &lt; 18</w:t>
            </w:r>
          </w:p>
        </w:tc>
      </w:tr>
      <w:tr xmlns:wp14="http://schemas.microsoft.com/office/word/2010/wordml" w:rsidR="0088700B" w14:paraId="3337E393" wp14:textId="77777777">
        <w:trPr>
          <w:jc w:val="center"/>
        </w:trPr>
        <w:tc>
          <w:tcPr>
            <w:tcW w:w="1728" w:type="dxa"/>
            <w:vAlign w:val="center"/>
          </w:tcPr>
          <w:p w:rsidR="0088700B" w:rsidRDefault="00000000" w14:paraId="56D24445" wp14:textId="77777777">
            <w:r>
              <w:rPr>
                <w:sz w:val="18"/>
              </w:rPr>
              <w:t>&gt;=</w:t>
            </w:r>
          </w:p>
        </w:tc>
        <w:tc>
          <w:tcPr>
            <w:tcW w:w="4032" w:type="dxa"/>
            <w:vAlign w:val="center"/>
          </w:tcPr>
          <w:p w:rsidR="0088700B" w:rsidRDefault="00000000" w14:paraId="5B39A8F5" wp14:textId="77777777">
            <w:r>
              <w:rPr>
                <w:sz w:val="18"/>
              </w:rPr>
              <w:t>lielāks vai vienāds</w:t>
            </w:r>
          </w:p>
        </w:tc>
        <w:tc>
          <w:tcPr>
            <w:tcW w:w="3600" w:type="dxa"/>
            <w:vAlign w:val="center"/>
          </w:tcPr>
          <w:p w:rsidR="0088700B" w:rsidRDefault="00000000" w14:paraId="2DE468AE" wp14:textId="77777777">
            <w:r>
              <w:rPr>
                <w:sz w:val="18"/>
              </w:rPr>
              <w:t>age &gt;= 18</w:t>
            </w:r>
          </w:p>
        </w:tc>
      </w:tr>
      <w:tr xmlns:wp14="http://schemas.microsoft.com/office/word/2010/wordml" w:rsidR="0088700B" w14:paraId="386421E5" wp14:textId="77777777">
        <w:trPr>
          <w:jc w:val="center"/>
        </w:trPr>
        <w:tc>
          <w:tcPr>
            <w:tcW w:w="1728" w:type="dxa"/>
            <w:vAlign w:val="center"/>
          </w:tcPr>
          <w:p w:rsidR="0088700B" w:rsidRDefault="00000000" w14:paraId="7872ADCA" wp14:textId="77777777">
            <w:r>
              <w:rPr>
                <w:sz w:val="18"/>
              </w:rPr>
              <w:t>&lt;=</w:t>
            </w:r>
          </w:p>
        </w:tc>
        <w:tc>
          <w:tcPr>
            <w:tcW w:w="4032" w:type="dxa"/>
            <w:vAlign w:val="center"/>
          </w:tcPr>
          <w:p w:rsidR="0088700B" w:rsidRDefault="00000000" w14:paraId="063E72DE" wp14:textId="77777777">
            <w:r>
              <w:rPr>
                <w:sz w:val="18"/>
              </w:rPr>
              <w:t>mazāks vai vienāds</w:t>
            </w:r>
          </w:p>
        </w:tc>
        <w:tc>
          <w:tcPr>
            <w:tcW w:w="3600" w:type="dxa"/>
            <w:vAlign w:val="center"/>
          </w:tcPr>
          <w:p w:rsidR="0088700B" w:rsidRDefault="00000000" w14:paraId="0235078C" wp14:textId="77777777">
            <w:r>
              <w:rPr>
                <w:sz w:val="18"/>
              </w:rPr>
              <w:t>age &lt;= 18</w:t>
            </w:r>
          </w:p>
        </w:tc>
      </w:tr>
      <w:tr xmlns:wp14="http://schemas.microsoft.com/office/word/2010/wordml" w:rsidR="0088700B" w14:paraId="7F819160" wp14:textId="77777777">
        <w:trPr>
          <w:jc w:val="center"/>
        </w:trPr>
        <w:tc>
          <w:tcPr>
            <w:tcW w:w="1728" w:type="dxa"/>
            <w:vAlign w:val="center"/>
          </w:tcPr>
          <w:p w:rsidR="0088700B" w:rsidRDefault="00000000" w14:paraId="30BFD4F6" wp14:textId="77777777">
            <w:r>
              <w:rPr>
                <w:sz w:val="18"/>
              </w:rPr>
              <w:t>&lt;&gt; vai !=</w:t>
            </w:r>
          </w:p>
        </w:tc>
        <w:tc>
          <w:tcPr>
            <w:tcW w:w="4032" w:type="dxa"/>
            <w:vAlign w:val="center"/>
          </w:tcPr>
          <w:p w:rsidR="0088700B" w:rsidRDefault="00000000" w14:paraId="58B5119E" wp14:textId="77777777">
            <w:r>
              <w:rPr>
                <w:sz w:val="18"/>
              </w:rPr>
              <w:t>nav vienāds</w:t>
            </w:r>
          </w:p>
        </w:tc>
        <w:tc>
          <w:tcPr>
            <w:tcW w:w="3600" w:type="dxa"/>
            <w:vAlign w:val="center"/>
          </w:tcPr>
          <w:p w:rsidR="0088700B" w:rsidRDefault="00000000" w14:paraId="45FA2DEB" wp14:textId="77777777">
            <w:r>
              <w:rPr>
                <w:sz w:val="18"/>
              </w:rPr>
              <w:t>city &lt;&gt; 'Riga'</w:t>
            </w:r>
          </w:p>
        </w:tc>
      </w:tr>
    </w:tbl>
    <w:p xmlns:wp14="http://schemas.microsoft.com/office/word/2010/wordml" w:rsidR="0088700B" w:rsidRDefault="0088700B" w14:paraId="60061E4C" wp14:textId="77777777"/>
    <w:p xmlns:wp14="http://schemas.microsoft.com/office/word/2010/wordml" w:rsidR="0088700B" w:rsidRDefault="00000000" w14:paraId="522370B1" wp14:textId="77777777">
      <w:pPr>
        <w:pStyle w:val="Heading2"/>
      </w:pPr>
      <w:r>
        <w:t>3.4. AND, OR, NOT</w:t>
      </w:r>
    </w:p>
    <w:p xmlns:wp14="http://schemas.microsoft.com/office/word/2010/wordml" w:rsidR="0088700B" w:rsidRDefault="00000000" w14:paraId="6328AE3F" wp14:textId="77777777">
      <w:r>
        <w:t>AND nozīmē, ka jāizpildās abiem nosacījumiem. OR nozīmē, ka pietiek ar vienu nosacījumu. NOT noliedz nosacījumu.</w:t>
      </w:r>
    </w:p>
    <w:tbl>
      <w:tblPr>
        <w:tblStyle w:val="TableGrid"/>
        <w:tblW w:w="0" w:type="auto"/>
        <w:tblLook w:val="04A0" w:firstRow="1" w:lastRow="0" w:firstColumn="1" w:lastColumn="0" w:noHBand="0" w:noVBand="1"/>
      </w:tblPr>
      <w:tblGrid>
        <w:gridCol w:w="10080"/>
      </w:tblGrid>
      <w:tr xmlns:wp14="http://schemas.microsoft.com/office/word/2010/wordml" w:rsidR="0088700B" w14:paraId="0CEF137A" wp14:textId="77777777">
        <w:tc>
          <w:tcPr>
            <w:tcW w:w="10080" w:type="dxa"/>
            <w:shd w:val="clear" w:color="auto" w:fill="F2F2F2"/>
          </w:tcPr>
          <w:p w:rsidR="0088700B" w:rsidRDefault="00000000" w14:paraId="4BB1FE04" wp14:textId="77777777">
            <w:r>
              <w:rPr>
                <w:rFonts w:ascii="Consolas" w:hAnsi="Consolas" w:eastAsia="Consolas"/>
                <w:sz w:val="17"/>
              </w:rPr>
              <w:t>SELECT * FROM Students</w:t>
            </w:r>
            <w:r>
              <w:rPr>
                <w:rFonts w:ascii="Consolas" w:hAnsi="Consolas" w:eastAsia="Consolas"/>
                <w:sz w:val="17"/>
              </w:rPr>
              <w:br/>
            </w:r>
            <w:r>
              <w:rPr>
                <w:rFonts w:ascii="Consolas" w:hAnsi="Consolas" w:eastAsia="Consolas"/>
                <w:sz w:val="17"/>
              </w:rPr>
              <w:t>WHERE age &gt;= 18 AND city = 'Riga';</w:t>
            </w:r>
          </w:p>
        </w:tc>
      </w:tr>
    </w:tbl>
    <w:p xmlns:wp14="http://schemas.microsoft.com/office/word/2010/wordml" w:rsidR="0088700B" w:rsidRDefault="0088700B" w14:paraId="44EAFD9C" wp14:textId="77777777"/>
    <w:tbl>
      <w:tblPr>
        <w:tblStyle w:val="TableGrid"/>
        <w:tblW w:w="0" w:type="auto"/>
        <w:tblLook w:val="04A0" w:firstRow="1" w:lastRow="0" w:firstColumn="1" w:lastColumn="0" w:noHBand="0" w:noVBand="1"/>
      </w:tblPr>
      <w:tblGrid>
        <w:gridCol w:w="10080"/>
      </w:tblGrid>
      <w:tr xmlns:wp14="http://schemas.microsoft.com/office/word/2010/wordml" w:rsidR="0088700B" w14:paraId="4044D8C2" wp14:textId="77777777">
        <w:tc>
          <w:tcPr>
            <w:tcW w:w="10080" w:type="dxa"/>
            <w:shd w:val="clear" w:color="auto" w:fill="F2F2F2"/>
          </w:tcPr>
          <w:p w:rsidR="0088700B" w:rsidRDefault="00000000" w14:paraId="2C42FD90" wp14:textId="77777777">
            <w:r>
              <w:rPr>
                <w:rFonts w:ascii="Consolas" w:hAnsi="Consolas" w:eastAsia="Consolas"/>
                <w:sz w:val="17"/>
              </w:rPr>
              <w:t>SELECT * FROM Students</w:t>
            </w:r>
            <w:r>
              <w:rPr>
                <w:rFonts w:ascii="Consolas" w:hAnsi="Consolas" w:eastAsia="Consolas"/>
                <w:sz w:val="17"/>
              </w:rPr>
              <w:br/>
            </w:r>
            <w:r>
              <w:rPr>
                <w:rFonts w:ascii="Consolas" w:hAnsi="Consolas" w:eastAsia="Consolas"/>
                <w:sz w:val="17"/>
              </w:rPr>
              <w:t>WHERE city = 'Riga' OR city = 'Liepaja';</w:t>
            </w:r>
          </w:p>
        </w:tc>
      </w:tr>
    </w:tbl>
    <w:p xmlns:wp14="http://schemas.microsoft.com/office/word/2010/wordml" w:rsidR="0088700B" w:rsidRDefault="0088700B" w14:paraId="4B94D5A5" wp14:textId="77777777"/>
    <w:tbl>
      <w:tblPr>
        <w:tblStyle w:val="TableGrid"/>
        <w:tblW w:w="0" w:type="auto"/>
        <w:tblLook w:val="04A0" w:firstRow="1" w:lastRow="0" w:firstColumn="1" w:lastColumn="0" w:noHBand="0" w:noVBand="1"/>
      </w:tblPr>
      <w:tblGrid>
        <w:gridCol w:w="10080"/>
      </w:tblGrid>
      <w:tr xmlns:wp14="http://schemas.microsoft.com/office/word/2010/wordml" w:rsidR="0088700B" w14:paraId="46FEC829" wp14:textId="77777777">
        <w:tc>
          <w:tcPr>
            <w:tcW w:w="10080" w:type="dxa"/>
            <w:shd w:val="clear" w:color="auto" w:fill="F2F2F2"/>
          </w:tcPr>
          <w:p w:rsidR="0088700B" w:rsidRDefault="00000000" w14:paraId="379097EB" wp14:textId="77777777">
            <w:r>
              <w:rPr>
                <w:rFonts w:ascii="Consolas" w:hAnsi="Consolas" w:eastAsia="Consolas"/>
                <w:sz w:val="17"/>
              </w:rPr>
              <w:t>SELECT * FROM Students</w:t>
            </w:r>
            <w:r>
              <w:rPr>
                <w:rFonts w:ascii="Consolas" w:hAnsi="Consolas" w:eastAsia="Consolas"/>
                <w:sz w:val="17"/>
              </w:rPr>
              <w:br/>
            </w:r>
            <w:r>
              <w:rPr>
                <w:rFonts w:ascii="Consolas" w:hAnsi="Consolas" w:eastAsia="Consolas"/>
                <w:sz w:val="17"/>
              </w:rPr>
              <w:t>WHERE NOT city = 'Riga';</w:t>
            </w:r>
          </w:p>
        </w:tc>
      </w:tr>
    </w:tbl>
    <w:p xmlns:wp14="http://schemas.microsoft.com/office/word/2010/wordml" w:rsidR="0088700B" w:rsidRDefault="0088700B" w14:paraId="3DEEC669" wp14:textId="77777777"/>
    <w:p xmlns:wp14="http://schemas.microsoft.com/office/word/2010/wordml" w:rsidR="0088700B" w:rsidRDefault="00000000" w14:paraId="27C009EF" wp14:textId="77777777">
      <w:pPr>
        <w:pStyle w:val="Heading2"/>
      </w:pPr>
      <w:r>
        <w:t>3.5. INSERT</w:t>
      </w:r>
    </w:p>
    <w:p xmlns:wp14="http://schemas.microsoft.com/office/word/2010/wordml" w:rsidR="0088700B" w:rsidRDefault="00000000" w14:paraId="4F5D1B4C" wp14:textId="77777777">
      <w:r>
        <w:t>INSERT pievieno jaunu rindu tabulā.</w:t>
      </w:r>
    </w:p>
    <w:tbl>
      <w:tblPr>
        <w:tblStyle w:val="TableGrid"/>
        <w:tblW w:w="0" w:type="auto"/>
        <w:tblLook w:val="04A0" w:firstRow="1" w:lastRow="0" w:firstColumn="1" w:lastColumn="0" w:noHBand="0" w:noVBand="1"/>
      </w:tblPr>
      <w:tblGrid>
        <w:gridCol w:w="10080"/>
      </w:tblGrid>
      <w:tr xmlns:wp14="http://schemas.microsoft.com/office/word/2010/wordml" w:rsidR="0088700B" w14:paraId="2D641F2A" wp14:textId="77777777">
        <w:tc>
          <w:tcPr>
            <w:tcW w:w="10080" w:type="dxa"/>
            <w:shd w:val="clear" w:color="auto" w:fill="F2F2F2"/>
          </w:tcPr>
          <w:p w:rsidR="0088700B" w:rsidRDefault="00000000" w14:paraId="508BA5FF" wp14:textId="77777777">
            <w:r>
              <w:rPr>
                <w:rFonts w:ascii="Consolas" w:hAnsi="Consolas" w:eastAsia="Consolas"/>
                <w:sz w:val="17"/>
              </w:rPr>
              <w:t>INSERT INTO Students (id, name, age)</w:t>
            </w:r>
            <w:r>
              <w:rPr>
                <w:rFonts w:ascii="Consolas" w:hAnsi="Consolas" w:eastAsia="Consolas"/>
                <w:sz w:val="17"/>
              </w:rPr>
              <w:br/>
            </w:r>
            <w:r>
              <w:rPr>
                <w:rFonts w:ascii="Consolas" w:hAnsi="Consolas" w:eastAsia="Consolas"/>
                <w:sz w:val="17"/>
              </w:rPr>
              <w:t>VALUES (1, 'Juris', 18);</w:t>
            </w:r>
          </w:p>
        </w:tc>
      </w:tr>
    </w:tbl>
    <w:p xmlns:wp14="http://schemas.microsoft.com/office/word/2010/wordml" w:rsidR="0088700B" w:rsidRDefault="0088700B" w14:paraId="3656B9AB" wp14:textId="77777777"/>
    <w:p xmlns:wp14="http://schemas.microsoft.com/office/word/2010/wordml" w:rsidR="0088700B" w:rsidRDefault="00000000" w14:paraId="3E2BA3DB" wp14:textId="77777777">
      <w:pPr>
        <w:pStyle w:val="Heading2"/>
      </w:pPr>
      <w:r>
        <w:t>3.6. UPDATE</w:t>
      </w:r>
    </w:p>
    <w:p xmlns:wp14="http://schemas.microsoft.com/office/word/2010/wordml" w:rsidR="0088700B" w:rsidRDefault="00000000" w14:paraId="73389374" wp14:textId="77777777">
      <w:r>
        <w:t>UPDATE maina datus jau esošā rindā. Parasti obligāti jālieto WHERE, lai nejauši neizmainītu visas rindas.</w:t>
      </w:r>
    </w:p>
    <w:tbl>
      <w:tblPr>
        <w:tblStyle w:val="TableGrid"/>
        <w:tblW w:w="0" w:type="auto"/>
        <w:tblLook w:val="04A0" w:firstRow="1" w:lastRow="0" w:firstColumn="1" w:lastColumn="0" w:noHBand="0" w:noVBand="1"/>
      </w:tblPr>
      <w:tblGrid>
        <w:gridCol w:w="10080"/>
      </w:tblGrid>
      <w:tr xmlns:wp14="http://schemas.microsoft.com/office/word/2010/wordml" w:rsidR="0088700B" w14:paraId="41FA6C95" wp14:textId="77777777">
        <w:tc>
          <w:tcPr>
            <w:tcW w:w="10080" w:type="dxa"/>
            <w:shd w:val="clear" w:color="auto" w:fill="F2F2F2"/>
          </w:tcPr>
          <w:p w:rsidR="0088700B" w:rsidRDefault="00000000" w14:paraId="5A0EF026" wp14:textId="77777777">
            <w:r>
              <w:rPr>
                <w:rFonts w:ascii="Consolas" w:hAnsi="Consolas" w:eastAsia="Consolas"/>
                <w:sz w:val="17"/>
              </w:rPr>
              <w:t>UPDATE Students</w:t>
            </w:r>
            <w:r>
              <w:rPr>
                <w:rFonts w:ascii="Consolas" w:hAnsi="Consolas" w:eastAsia="Consolas"/>
                <w:sz w:val="17"/>
              </w:rPr>
              <w:br/>
            </w:r>
            <w:r>
              <w:rPr>
                <w:rFonts w:ascii="Consolas" w:hAnsi="Consolas" w:eastAsia="Consolas"/>
                <w:sz w:val="17"/>
              </w:rPr>
              <w:t>SET age = 19</w:t>
            </w:r>
            <w:r>
              <w:rPr>
                <w:rFonts w:ascii="Consolas" w:hAnsi="Consolas" w:eastAsia="Consolas"/>
                <w:sz w:val="17"/>
              </w:rPr>
              <w:br/>
            </w:r>
            <w:r>
              <w:rPr>
                <w:rFonts w:ascii="Consolas" w:hAnsi="Consolas" w:eastAsia="Consolas"/>
                <w:sz w:val="17"/>
              </w:rPr>
              <w:t>WHERE id = 1;</w:t>
            </w:r>
          </w:p>
        </w:tc>
      </w:tr>
    </w:tbl>
    <w:p xmlns:wp14="http://schemas.microsoft.com/office/word/2010/wordml" w:rsidR="0088700B" w:rsidRDefault="0088700B" w14:paraId="45FB0818" wp14:textId="77777777"/>
    <w:p xmlns:wp14="http://schemas.microsoft.com/office/word/2010/wordml" w:rsidR="0088700B" w:rsidRDefault="00000000" w14:paraId="13F9A6F9" wp14:textId="77777777">
      <w:pPr>
        <w:pStyle w:val="Heading2"/>
      </w:pPr>
      <w:r>
        <w:t>3.7. DELETE</w:t>
      </w:r>
    </w:p>
    <w:p xmlns:wp14="http://schemas.microsoft.com/office/word/2010/wordml" w:rsidR="0088700B" w:rsidRDefault="00000000" w14:paraId="771CBB0E" wp14:textId="77777777">
      <w:r>
        <w:t>DELETE dzēš rindas no tabulas. Ja nav WHERE, var tikt izdzēstas visas rindas.</w:t>
      </w:r>
    </w:p>
    <w:tbl>
      <w:tblPr>
        <w:tblStyle w:val="TableGrid"/>
        <w:tblW w:w="0" w:type="auto"/>
        <w:tblLook w:val="04A0" w:firstRow="1" w:lastRow="0" w:firstColumn="1" w:lastColumn="0" w:noHBand="0" w:noVBand="1"/>
      </w:tblPr>
      <w:tblGrid>
        <w:gridCol w:w="10080"/>
      </w:tblGrid>
      <w:tr xmlns:wp14="http://schemas.microsoft.com/office/word/2010/wordml" w:rsidR="0088700B" w14:paraId="62FDECB0" wp14:textId="77777777">
        <w:tc>
          <w:tcPr>
            <w:tcW w:w="10080" w:type="dxa"/>
            <w:shd w:val="clear" w:color="auto" w:fill="F2F2F2"/>
          </w:tcPr>
          <w:p w:rsidR="0088700B" w:rsidRDefault="00000000" w14:paraId="385340DF" wp14:textId="77777777">
            <w:r>
              <w:rPr>
                <w:rFonts w:ascii="Consolas" w:hAnsi="Consolas" w:eastAsia="Consolas"/>
                <w:sz w:val="17"/>
              </w:rPr>
              <w:t>DELETE FROM Students</w:t>
            </w:r>
            <w:r>
              <w:rPr>
                <w:rFonts w:ascii="Consolas" w:hAnsi="Consolas" w:eastAsia="Consolas"/>
                <w:sz w:val="17"/>
              </w:rPr>
              <w:br/>
            </w:r>
            <w:r>
              <w:rPr>
                <w:rFonts w:ascii="Consolas" w:hAnsi="Consolas" w:eastAsia="Consolas"/>
                <w:sz w:val="17"/>
              </w:rPr>
              <w:t>WHERE id = 1;</w:t>
            </w:r>
          </w:p>
        </w:tc>
      </w:tr>
    </w:tbl>
    <w:p xmlns:wp14="http://schemas.microsoft.com/office/word/2010/wordml" w:rsidR="0088700B" w:rsidRDefault="0088700B" w14:paraId="049F31CB" wp14:textId="77777777"/>
    <w:p xmlns:wp14="http://schemas.microsoft.com/office/word/2010/wordml" w:rsidR="0088700B" w:rsidRDefault="00000000" w14:paraId="6485405E" wp14:textId="77777777">
      <w:pPr>
        <w:pStyle w:val="Heading1"/>
      </w:pPr>
      <w:r>
        <w:t>4. DDL komandas: CREATE, ALTER, DROP, TRUNCATE</w:t>
      </w:r>
    </w:p>
    <w:p xmlns:wp14="http://schemas.microsoft.com/office/word/2010/wordml" w:rsidR="0088700B" w:rsidRDefault="00000000" w14:paraId="258AD4CB" wp14:textId="77777777">
      <w:pPr>
        <w:pStyle w:val="Heading2"/>
      </w:pPr>
      <w:r>
        <w:t>4.1. CREATE TABLE</w:t>
      </w:r>
    </w:p>
    <w:p xmlns:wp14="http://schemas.microsoft.com/office/word/2010/wordml" w:rsidR="0088700B" w:rsidRDefault="00000000" w14:paraId="4BCC40FB" wp14:textId="77777777">
      <w:r>
        <w:t>CREATE TABLE izveido jaunu tabulu datubāzē.</w:t>
      </w:r>
    </w:p>
    <w:tbl>
      <w:tblPr>
        <w:tblStyle w:val="TableGrid"/>
        <w:tblW w:w="0" w:type="auto"/>
        <w:tblLook w:val="04A0" w:firstRow="1" w:lastRow="0" w:firstColumn="1" w:lastColumn="0" w:noHBand="0" w:noVBand="1"/>
      </w:tblPr>
      <w:tblGrid>
        <w:gridCol w:w="10080"/>
      </w:tblGrid>
      <w:tr xmlns:wp14="http://schemas.microsoft.com/office/word/2010/wordml" w:rsidR="0088700B" w14:paraId="7BC6264D" wp14:textId="77777777">
        <w:tc>
          <w:tcPr>
            <w:tcW w:w="10080" w:type="dxa"/>
            <w:shd w:val="clear" w:color="auto" w:fill="F2F2F2"/>
          </w:tcPr>
          <w:p w:rsidR="0088700B" w:rsidRDefault="00000000" w14:paraId="77DA5910" wp14:textId="77777777">
            <w:r>
              <w:rPr>
                <w:rFonts w:ascii="Consolas" w:hAnsi="Consolas" w:eastAsia="Consolas"/>
                <w:sz w:val="17"/>
              </w:rPr>
              <w:t>CREATE TABLE Students (</w:t>
            </w:r>
            <w:r>
              <w:rPr>
                <w:rFonts w:ascii="Consolas" w:hAnsi="Consolas" w:eastAsia="Consolas"/>
                <w:sz w:val="17"/>
              </w:rPr>
              <w:br/>
            </w:r>
            <w:r>
              <w:rPr>
                <w:rFonts w:ascii="Consolas" w:hAnsi="Consolas" w:eastAsia="Consolas"/>
                <w:sz w:val="17"/>
              </w:rPr>
              <w:t xml:space="preserve">    id INTEGER PRIMARY KEY,</w:t>
            </w:r>
            <w:r>
              <w:rPr>
                <w:rFonts w:ascii="Consolas" w:hAnsi="Consolas" w:eastAsia="Consolas"/>
                <w:sz w:val="17"/>
              </w:rPr>
              <w:br/>
            </w:r>
            <w:r>
              <w:rPr>
                <w:rFonts w:ascii="Consolas" w:hAnsi="Consolas" w:eastAsia="Consolas"/>
                <w:sz w:val="17"/>
              </w:rPr>
              <w:t xml:space="preserve">    name VARCHAR(50),</w:t>
            </w:r>
            <w:r>
              <w:rPr>
                <w:rFonts w:ascii="Consolas" w:hAnsi="Consolas" w:eastAsia="Consolas"/>
                <w:sz w:val="17"/>
              </w:rPr>
              <w:br/>
            </w:r>
            <w:r>
              <w:rPr>
                <w:rFonts w:ascii="Consolas" w:hAnsi="Consolas" w:eastAsia="Consolas"/>
                <w:sz w:val="17"/>
              </w:rPr>
              <w:t xml:space="preserve">    age INTEGER</w:t>
            </w:r>
            <w:r>
              <w:rPr>
                <w:rFonts w:ascii="Consolas" w:hAnsi="Consolas" w:eastAsia="Consolas"/>
                <w:sz w:val="17"/>
              </w:rPr>
              <w:br/>
            </w:r>
            <w:r>
              <w:rPr>
                <w:rFonts w:ascii="Consolas" w:hAnsi="Consolas" w:eastAsia="Consolas"/>
                <w:sz w:val="17"/>
              </w:rPr>
              <w:t>);</w:t>
            </w:r>
          </w:p>
        </w:tc>
      </w:tr>
    </w:tbl>
    <w:p xmlns:wp14="http://schemas.microsoft.com/office/word/2010/wordml" w:rsidR="0088700B" w:rsidRDefault="0088700B" w14:paraId="53128261" wp14:textId="77777777"/>
    <w:p xmlns:wp14="http://schemas.microsoft.com/office/word/2010/wordml" w:rsidR="0088700B" w:rsidRDefault="00000000" w14:paraId="6F34F61A" wp14:textId="77777777">
      <w:pPr>
        <w:pStyle w:val="Heading2"/>
      </w:pPr>
      <w:r>
        <w:t>4.2. ALTER TABLE</w:t>
      </w:r>
    </w:p>
    <w:p xmlns:wp14="http://schemas.microsoft.com/office/word/2010/wordml" w:rsidR="0088700B" w:rsidRDefault="00000000" w14:paraId="318C9EB4" wp14:textId="77777777">
      <w:r>
        <w:t>ALTER TABLE maina tabulas struktūru: pievieno kolonnu, dzēš kolonnu, maina datu tipu vai pievieno ierobežojumu.</w:t>
      </w:r>
    </w:p>
    <w:tbl>
      <w:tblPr>
        <w:tblStyle w:val="TableGrid"/>
        <w:tblW w:w="0" w:type="auto"/>
        <w:tblLook w:val="04A0" w:firstRow="1" w:lastRow="0" w:firstColumn="1" w:lastColumn="0" w:noHBand="0" w:noVBand="1"/>
      </w:tblPr>
      <w:tblGrid>
        <w:gridCol w:w="10080"/>
      </w:tblGrid>
      <w:tr xmlns:wp14="http://schemas.microsoft.com/office/word/2010/wordml" w:rsidR="0088700B" w14:paraId="49C17A70" wp14:textId="77777777">
        <w:tc>
          <w:tcPr>
            <w:tcW w:w="10080" w:type="dxa"/>
            <w:shd w:val="clear" w:color="auto" w:fill="F2F2F2"/>
          </w:tcPr>
          <w:p w:rsidR="0088700B" w:rsidRDefault="00000000" w14:paraId="5866061E" wp14:textId="77777777">
            <w:r>
              <w:rPr>
                <w:rFonts w:ascii="Consolas" w:hAnsi="Consolas" w:eastAsia="Consolas"/>
                <w:sz w:val="17"/>
              </w:rPr>
              <w:t>ALTER TABLE Students</w:t>
            </w:r>
            <w:r>
              <w:rPr>
                <w:rFonts w:ascii="Consolas" w:hAnsi="Consolas" w:eastAsia="Consolas"/>
                <w:sz w:val="17"/>
              </w:rPr>
              <w:br/>
            </w:r>
            <w:r>
              <w:rPr>
                <w:rFonts w:ascii="Consolas" w:hAnsi="Consolas" w:eastAsia="Consolas"/>
                <w:sz w:val="17"/>
              </w:rPr>
              <w:t>ADD email VARCHAR(100);</w:t>
            </w:r>
          </w:p>
        </w:tc>
      </w:tr>
    </w:tbl>
    <w:p xmlns:wp14="http://schemas.microsoft.com/office/word/2010/wordml" w:rsidR="0088700B" w:rsidRDefault="0088700B" w14:paraId="62486C05" wp14:textId="77777777"/>
    <w:p xmlns:wp14="http://schemas.microsoft.com/office/word/2010/wordml" w:rsidR="0088700B" w:rsidRDefault="00000000" w14:paraId="4B9FEF6E" wp14:textId="77777777">
      <w:pPr>
        <w:pStyle w:val="Heading2"/>
      </w:pPr>
      <w:r>
        <w:t>4.3. DROP TABLE</w:t>
      </w:r>
    </w:p>
    <w:p xmlns:wp14="http://schemas.microsoft.com/office/word/2010/wordml" w:rsidR="0088700B" w:rsidRDefault="00000000" w14:paraId="7A3DE16F" wp14:textId="77777777">
      <w:r>
        <w:t>DROP TABLE pilnībā izdzēš tabulu un visus tās datus no datubāzes.</w:t>
      </w:r>
    </w:p>
    <w:tbl>
      <w:tblPr>
        <w:tblStyle w:val="TableGrid"/>
        <w:tblW w:w="0" w:type="auto"/>
        <w:tblLook w:val="04A0" w:firstRow="1" w:lastRow="0" w:firstColumn="1" w:lastColumn="0" w:noHBand="0" w:noVBand="1"/>
      </w:tblPr>
      <w:tblGrid>
        <w:gridCol w:w="10080"/>
      </w:tblGrid>
      <w:tr xmlns:wp14="http://schemas.microsoft.com/office/word/2010/wordml" w:rsidR="0088700B" w14:paraId="0ABB31B3" wp14:textId="77777777">
        <w:tc>
          <w:tcPr>
            <w:tcW w:w="10080" w:type="dxa"/>
            <w:shd w:val="clear" w:color="auto" w:fill="F2F2F2"/>
          </w:tcPr>
          <w:p w:rsidR="0088700B" w:rsidRDefault="00000000" w14:paraId="32BE181B" wp14:textId="77777777">
            <w:r>
              <w:rPr>
                <w:rFonts w:ascii="Consolas" w:hAnsi="Consolas" w:eastAsia="Consolas"/>
                <w:sz w:val="17"/>
              </w:rPr>
              <w:t>DROP TABLE Students;</w:t>
            </w:r>
          </w:p>
        </w:tc>
      </w:tr>
    </w:tbl>
    <w:p xmlns:wp14="http://schemas.microsoft.com/office/word/2010/wordml" w:rsidR="0088700B" w:rsidRDefault="0088700B" w14:paraId="4101652C" wp14:textId="77777777"/>
    <w:p xmlns:wp14="http://schemas.microsoft.com/office/word/2010/wordml" w:rsidR="0088700B" w:rsidRDefault="00000000" w14:paraId="7B227467" wp14:textId="77777777">
      <w:pPr>
        <w:pStyle w:val="Heading2"/>
      </w:pPr>
      <w:r>
        <w:t>4.4. TRUNCATE TABLE</w:t>
      </w:r>
    </w:p>
    <w:p xmlns:wp14="http://schemas.microsoft.com/office/word/2010/wordml" w:rsidR="0088700B" w:rsidRDefault="00000000" w14:paraId="0005DFE2" wp14:textId="77777777">
      <w:r>
        <w:t>TRUNCATE TABLE ātri izdzēš visas rindas no tabulas, bet pati tabulas struktūra paliek.</w:t>
      </w:r>
    </w:p>
    <w:tbl>
      <w:tblPr>
        <w:tblStyle w:val="TableGrid"/>
        <w:tblW w:w="0" w:type="auto"/>
        <w:tblLook w:val="04A0" w:firstRow="1" w:lastRow="0" w:firstColumn="1" w:lastColumn="0" w:noHBand="0" w:noVBand="1"/>
      </w:tblPr>
      <w:tblGrid>
        <w:gridCol w:w="10080"/>
      </w:tblGrid>
      <w:tr xmlns:wp14="http://schemas.microsoft.com/office/word/2010/wordml" w:rsidR="0088700B" w14:paraId="397A69FE" wp14:textId="77777777">
        <w:tc>
          <w:tcPr>
            <w:tcW w:w="10080" w:type="dxa"/>
            <w:shd w:val="clear" w:color="auto" w:fill="F2F2F2"/>
          </w:tcPr>
          <w:p w:rsidR="0088700B" w:rsidRDefault="00000000" w14:paraId="1AAE9947" wp14:textId="77777777">
            <w:r>
              <w:rPr>
                <w:rFonts w:ascii="Consolas" w:hAnsi="Consolas" w:eastAsia="Consolas"/>
                <w:sz w:val="17"/>
              </w:rPr>
              <w:t>TRUNCATE TABLE Students;</w:t>
            </w:r>
          </w:p>
        </w:tc>
      </w:tr>
    </w:tbl>
    <w:p xmlns:wp14="http://schemas.microsoft.com/office/word/2010/wordml" w:rsidR="0088700B" w:rsidRDefault="0088700B" w14:paraId="4B99056E" wp14:textId="77777777"/>
    <w:tbl>
      <w:tblPr>
        <w:tblStyle w:val="TableGrid"/>
        <w:tblW w:w="0" w:type="auto"/>
        <w:jc w:val="center"/>
        <w:tblLook w:val="04A0" w:firstRow="1" w:lastRow="0" w:firstColumn="1" w:lastColumn="0" w:noHBand="0" w:noVBand="1"/>
      </w:tblPr>
      <w:tblGrid>
        <w:gridCol w:w="1863"/>
        <w:gridCol w:w="3713"/>
        <w:gridCol w:w="2574"/>
        <w:gridCol w:w="2146"/>
      </w:tblGrid>
      <w:tr xmlns:wp14="http://schemas.microsoft.com/office/word/2010/wordml" w:rsidR="0088700B" w14:paraId="06B55F22" wp14:textId="77777777">
        <w:trPr>
          <w:jc w:val="center"/>
        </w:trPr>
        <w:tc>
          <w:tcPr>
            <w:tcW w:w="1872" w:type="dxa"/>
            <w:shd w:val="clear" w:color="auto" w:fill="D9EAF7"/>
            <w:vAlign w:val="center"/>
          </w:tcPr>
          <w:p w:rsidR="0088700B" w:rsidRDefault="00000000" w14:paraId="0063DF9C" wp14:textId="77777777">
            <w:r>
              <w:rPr>
                <w:b/>
                <w:sz w:val="18"/>
              </w:rPr>
              <w:t>Komanda</w:t>
            </w:r>
          </w:p>
        </w:tc>
        <w:tc>
          <w:tcPr>
            <w:tcW w:w="3744" w:type="dxa"/>
            <w:shd w:val="clear" w:color="auto" w:fill="D9EAF7"/>
            <w:vAlign w:val="center"/>
          </w:tcPr>
          <w:p w:rsidR="0088700B" w:rsidRDefault="00000000" w14:paraId="50F91206" wp14:textId="77777777">
            <w:r>
              <w:rPr>
                <w:b/>
                <w:sz w:val="18"/>
              </w:rPr>
              <w:t>Dati</w:t>
            </w:r>
          </w:p>
        </w:tc>
        <w:tc>
          <w:tcPr>
            <w:tcW w:w="2592" w:type="dxa"/>
            <w:shd w:val="clear" w:color="auto" w:fill="D9EAF7"/>
            <w:vAlign w:val="center"/>
          </w:tcPr>
          <w:p w:rsidR="0088700B" w:rsidRDefault="00000000" w14:paraId="684F4AB0" wp14:textId="77777777">
            <w:r>
              <w:rPr>
                <w:b/>
                <w:sz w:val="18"/>
              </w:rPr>
              <w:t>Tabulas struktūra</w:t>
            </w:r>
          </w:p>
        </w:tc>
        <w:tc>
          <w:tcPr>
            <w:tcW w:w="2160" w:type="dxa"/>
            <w:shd w:val="clear" w:color="auto" w:fill="D9EAF7"/>
            <w:vAlign w:val="center"/>
          </w:tcPr>
          <w:p w:rsidR="0088700B" w:rsidRDefault="00000000" w14:paraId="60FF2DEA" wp14:textId="77777777">
            <w:r>
              <w:rPr>
                <w:b/>
                <w:sz w:val="18"/>
              </w:rPr>
              <w:t>Var lietot WHERE?</w:t>
            </w:r>
          </w:p>
        </w:tc>
      </w:tr>
      <w:tr xmlns:wp14="http://schemas.microsoft.com/office/word/2010/wordml" w:rsidR="0088700B" w14:paraId="78D3DFE8" wp14:textId="77777777">
        <w:trPr>
          <w:jc w:val="center"/>
        </w:trPr>
        <w:tc>
          <w:tcPr>
            <w:tcW w:w="1872" w:type="dxa"/>
            <w:vAlign w:val="center"/>
          </w:tcPr>
          <w:p w:rsidR="0088700B" w:rsidRDefault="00000000" w14:paraId="03DD9731" wp14:textId="77777777">
            <w:r>
              <w:rPr>
                <w:sz w:val="18"/>
              </w:rPr>
              <w:t>DELETE</w:t>
            </w:r>
          </w:p>
        </w:tc>
        <w:tc>
          <w:tcPr>
            <w:tcW w:w="3744" w:type="dxa"/>
            <w:vAlign w:val="center"/>
          </w:tcPr>
          <w:p w:rsidR="0088700B" w:rsidRDefault="00000000" w14:paraId="4778DFEA" wp14:textId="77777777">
            <w:r>
              <w:rPr>
                <w:sz w:val="18"/>
              </w:rPr>
              <w:t>Dzēš izvēlētās rindas vai visas rindas</w:t>
            </w:r>
          </w:p>
        </w:tc>
        <w:tc>
          <w:tcPr>
            <w:tcW w:w="2592" w:type="dxa"/>
            <w:vAlign w:val="center"/>
          </w:tcPr>
          <w:p w:rsidR="0088700B" w:rsidRDefault="00000000" w14:paraId="60C4FECF" wp14:textId="77777777">
            <w:r>
              <w:rPr>
                <w:sz w:val="18"/>
              </w:rPr>
              <w:t>Paliek</w:t>
            </w:r>
          </w:p>
        </w:tc>
        <w:tc>
          <w:tcPr>
            <w:tcW w:w="2160" w:type="dxa"/>
            <w:vAlign w:val="center"/>
          </w:tcPr>
          <w:p w:rsidR="0088700B" w:rsidRDefault="00000000" w14:paraId="2DD2FA4D" wp14:textId="77777777">
            <w:r>
              <w:rPr>
                <w:sz w:val="18"/>
              </w:rPr>
              <w:t>Jā</w:t>
            </w:r>
          </w:p>
        </w:tc>
      </w:tr>
      <w:tr xmlns:wp14="http://schemas.microsoft.com/office/word/2010/wordml" w:rsidR="0088700B" w14:paraId="3EB69BAB" wp14:textId="77777777">
        <w:trPr>
          <w:jc w:val="center"/>
        </w:trPr>
        <w:tc>
          <w:tcPr>
            <w:tcW w:w="1872" w:type="dxa"/>
            <w:vAlign w:val="center"/>
          </w:tcPr>
          <w:p w:rsidR="0088700B" w:rsidRDefault="00000000" w14:paraId="1F839EFF" wp14:textId="77777777">
            <w:r>
              <w:rPr>
                <w:sz w:val="18"/>
              </w:rPr>
              <w:t>TRUNCATE</w:t>
            </w:r>
          </w:p>
        </w:tc>
        <w:tc>
          <w:tcPr>
            <w:tcW w:w="3744" w:type="dxa"/>
            <w:vAlign w:val="center"/>
          </w:tcPr>
          <w:p w:rsidR="0088700B" w:rsidRDefault="00000000" w14:paraId="09D7F9EB" wp14:textId="77777777">
            <w:r>
              <w:rPr>
                <w:sz w:val="18"/>
              </w:rPr>
              <w:t>Dzēš visas rindas</w:t>
            </w:r>
          </w:p>
        </w:tc>
        <w:tc>
          <w:tcPr>
            <w:tcW w:w="2592" w:type="dxa"/>
            <w:vAlign w:val="center"/>
          </w:tcPr>
          <w:p w:rsidR="0088700B" w:rsidRDefault="00000000" w14:paraId="645E31A2" wp14:textId="77777777">
            <w:r>
              <w:rPr>
                <w:sz w:val="18"/>
              </w:rPr>
              <w:t>Paliek</w:t>
            </w:r>
          </w:p>
        </w:tc>
        <w:tc>
          <w:tcPr>
            <w:tcW w:w="2160" w:type="dxa"/>
            <w:vAlign w:val="center"/>
          </w:tcPr>
          <w:p w:rsidR="0088700B" w:rsidRDefault="00000000" w14:paraId="2A096A66" wp14:textId="77777777">
            <w:r>
              <w:rPr>
                <w:sz w:val="18"/>
              </w:rPr>
              <w:t>Nē</w:t>
            </w:r>
          </w:p>
        </w:tc>
      </w:tr>
      <w:tr xmlns:wp14="http://schemas.microsoft.com/office/word/2010/wordml" w:rsidR="0088700B" w14:paraId="77FCB889" wp14:textId="77777777">
        <w:trPr>
          <w:jc w:val="center"/>
        </w:trPr>
        <w:tc>
          <w:tcPr>
            <w:tcW w:w="1872" w:type="dxa"/>
            <w:vAlign w:val="center"/>
          </w:tcPr>
          <w:p w:rsidR="0088700B" w:rsidRDefault="00000000" w14:paraId="63633B13" wp14:textId="77777777">
            <w:r>
              <w:rPr>
                <w:sz w:val="18"/>
              </w:rPr>
              <w:t>DROP</w:t>
            </w:r>
          </w:p>
        </w:tc>
        <w:tc>
          <w:tcPr>
            <w:tcW w:w="3744" w:type="dxa"/>
            <w:vAlign w:val="center"/>
          </w:tcPr>
          <w:p w:rsidR="0088700B" w:rsidRDefault="00000000" w14:paraId="31C020C2" wp14:textId="77777777">
            <w:r>
              <w:rPr>
                <w:sz w:val="18"/>
              </w:rPr>
              <w:t>Dzēš visus datus</w:t>
            </w:r>
          </w:p>
        </w:tc>
        <w:tc>
          <w:tcPr>
            <w:tcW w:w="2592" w:type="dxa"/>
            <w:vAlign w:val="center"/>
          </w:tcPr>
          <w:p w:rsidR="0088700B" w:rsidRDefault="00000000" w14:paraId="1C61D314" wp14:textId="77777777">
            <w:r>
              <w:rPr>
                <w:sz w:val="18"/>
              </w:rPr>
              <w:t>Tiek izdzēsta</w:t>
            </w:r>
          </w:p>
        </w:tc>
        <w:tc>
          <w:tcPr>
            <w:tcW w:w="2160" w:type="dxa"/>
            <w:vAlign w:val="center"/>
          </w:tcPr>
          <w:p w:rsidR="0088700B" w:rsidRDefault="00000000" w14:paraId="0DA9C731" wp14:textId="77777777">
            <w:r>
              <w:rPr>
                <w:sz w:val="18"/>
              </w:rPr>
              <w:t>Nē</w:t>
            </w:r>
          </w:p>
        </w:tc>
      </w:tr>
    </w:tbl>
    <w:p xmlns:wp14="http://schemas.microsoft.com/office/word/2010/wordml" w:rsidR="0088700B" w:rsidRDefault="0088700B" w14:paraId="1299C43A" wp14:textId="77777777"/>
    <w:p xmlns:wp14="http://schemas.microsoft.com/office/word/2010/wordml" w:rsidR="0088700B" w:rsidRDefault="00000000" w14:paraId="69C8A076" wp14:textId="77777777">
      <w:pPr>
        <w:pStyle w:val="Heading1"/>
      </w:pPr>
      <w:r>
        <w:t>5. Datu tipi</w:t>
      </w:r>
    </w:p>
    <w:p xmlns:wp14="http://schemas.microsoft.com/office/word/2010/wordml" w:rsidR="0088700B" w:rsidRDefault="00000000" w14:paraId="39319D6D" wp14:textId="77777777">
      <w:r>
        <w:t>Datu tips nosaka, kāda veida vērtības drīkst glabāt kolonnā.</w:t>
      </w:r>
    </w:p>
    <w:tbl>
      <w:tblPr>
        <w:tblStyle w:val="TableGrid"/>
        <w:tblW w:w="0" w:type="auto"/>
        <w:jc w:val="center"/>
        <w:tblLook w:val="04A0" w:firstRow="1" w:lastRow="0" w:firstColumn="1" w:lastColumn="0" w:noHBand="0" w:noVBand="1"/>
      </w:tblPr>
      <w:tblGrid>
        <w:gridCol w:w="2448"/>
        <w:gridCol w:w="4320"/>
        <w:gridCol w:w="3312"/>
      </w:tblGrid>
      <w:tr xmlns:wp14="http://schemas.microsoft.com/office/word/2010/wordml" w:rsidR="0088700B" w14:paraId="4E0D6110" wp14:textId="77777777">
        <w:trPr>
          <w:jc w:val="center"/>
        </w:trPr>
        <w:tc>
          <w:tcPr>
            <w:tcW w:w="2448" w:type="dxa"/>
            <w:shd w:val="clear" w:color="auto" w:fill="D9EAF7"/>
            <w:vAlign w:val="center"/>
          </w:tcPr>
          <w:p w:rsidR="0088700B" w:rsidRDefault="00000000" w14:paraId="724E21AE" wp14:textId="77777777">
            <w:r>
              <w:rPr>
                <w:b/>
                <w:sz w:val="18"/>
              </w:rPr>
              <w:t>Datu tips</w:t>
            </w:r>
          </w:p>
        </w:tc>
        <w:tc>
          <w:tcPr>
            <w:tcW w:w="4320" w:type="dxa"/>
            <w:shd w:val="clear" w:color="auto" w:fill="D9EAF7"/>
            <w:vAlign w:val="center"/>
          </w:tcPr>
          <w:p w:rsidR="0088700B" w:rsidRDefault="00000000" w14:paraId="2ECBF5F8" wp14:textId="77777777">
            <w:r>
              <w:rPr>
                <w:b/>
                <w:sz w:val="18"/>
              </w:rPr>
              <w:t>Lietošanai</w:t>
            </w:r>
          </w:p>
        </w:tc>
        <w:tc>
          <w:tcPr>
            <w:tcW w:w="3312" w:type="dxa"/>
            <w:shd w:val="clear" w:color="auto" w:fill="D9EAF7"/>
            <w:vAlign w:val="center"/>
          </w:tcPr>
          <w:p w:rsidR="0088700B" w:rsidRDefault="00000000" w14:paraId="00AA20E9" wp14:textId="77777777">
            <w:r>
              <w:rPr>
                <w:b/>
                <w:sz w:val="18"/>
              </w:rPr>
              <w:t>Piemērs</w:t>
            </w:r>
          </w:p>
        </w:tc>
      </w:tr>
      <w:tr xmlns:wp14="http://schemas.microsoft.com/office/word/2010/wordml" w:rsidR="0088700B" w14:paraId="75440EEE" wp14:textId="77777777">
        <w:trPr>
          <w:jc w:val="center"/>
        </w:trPr>
        <w:tc>
          <w:tcPr>
            <w:tcW w:w="2448" w:type="dxa"/>
            <w:vAlign w:val="center"/>
          </w:tcPr>
          <w:p w:rsidR="0088700B" w:rsidRDefault="00000000" w14:paraId="58220636" wp14:textId="77777777">
            <w:r>
              <w:rPr>
                <w:sz w:val="18"/>
              </w:rPr>
              <w:t>INTEGER / INT</w:t>
            </w:r>
          </w:p>
        </w:tc>
        <w:tc>
          <w:tcPr>
            <w:tcW w:w="4320" w:type="dxa"/>
            <w:vAlign w:val="center"/>
          </w:tcPr>
          <w:p w:rsidR="0088700B" w:rsidRDefault="00000000" w14:paraId="47E3CA6A" wp14:textId="77777777">
            <w:r>
              <w:rPr>
                <w:sz w:val="18"/>
              </w:rPr>
              <w:t>Veseli skaitļi</w:t>
            </w:r>
          </w:p>
        </w:tc>
        <w:tc>
          <w:tcPr>
            <w:tcW w:w="3312" w:type="dxa"/>
            <w:vAlign w:val="center"/>
          </w:tcPr>
          <w:p w:rsidR="0088700B" w:rsidRDefault="00000000" w14:paraId="136DBFCC" wp14:textId="77777777">
            <w:r>
              <w:rPr>
                <w:sz w:val="18"/>
              </w:rPr>
              <w:t>age INT</w:t>
            </w:r>
          </w:p>
        </w:tc>
      </w:tr>
      <w:tr xmlns:wp14="http://schemas.microsoft.com/office/word/2010/wordml" w:rsidR="0088700B" w14:paraId="54F75CDD" wp14:textId="77777777">
        <w:trPr>
          <w:jc w:val="center"/>
        </w:trPr>
        <w:tc>
          <w:tcPr>
            <w:tcW w:w="2448" w:type="dxa"/>
            <w:vAlign w:val="center"/>
          </w:tcPr>
          <w:p w:rsidR="0088700B" w:rsidRDefault="00000000" w14:paraId="5BE433A4" wp14:textId="77777777">
            <w:r>
              <w:rPr>
                <w:sz w:val="18"/>
              </w:rPr>
              <w:t>VARCHAR(n)</w:t>
            </w:r>
          </w:p>
        </w:tc>
        <w:tc>
          <w:tcPr>
            <w:tcW w:w="4320" w:type="dxa"/>
            <w:vAlign w:val="center"/>
          </w:tcPr>
          <w:p w:rsidR="0088700B" w:rsidRDefault="00000000" w14:paraId="420038A3" wp14:textId="77777777">
            <w:r>
              <w:rPr>
                <w:sz w:val="18"/>
              </w:rPr>
              <w:t>Mainīga garuma teksts</w:t>
            </w:r>
          </w:p>
        </w:tc>
        <w:tc>
          <w:tcPr>
            <w:tcW w:w="3312" w:type="dxa"/>
            <w:vAlign w:val="center"/>
          </w:tcPr>
          <w:p w:rsidR="0088700B" w:rsidRDefault="00000000" w14:paraId="1C5D78C1" wp14:textId="77777777">
            <w:r>
              <w:rPr>
                <w:sz w:val="18"/>
              </w:rPr>
              <w:t>name VARCHAR(50)</w:t>
            </w:r>
          </w:p>
        </w:tc>
      </w:tr>
      <w:tr xmlns:wp14="http://schemas.microsoft.com/office/word/2010/wordml" w:rsidR="0088700B" w14:paraId="3F92948A" wp14:textId="77777777">
        <w:trPr>
          <w:jc w:val="center"/>
        </w:trPr>
        <w:tc>
          <w:tcPr>
            <w:tcW w:w="2448" w:type="dxa"/>
            <w:vAlign w:val="center"/>
          </w:tcPr>
          <w:p w:rsidR="0088700B" w:rsidRDefault="00000000" w14:paraId="146EA6EC" wp14:textId="77777777">
            <w:r>
              <w:rPr>
                <w:sz w:val="18"/>
              </w:rPr>
              <w:t>CHAR(n)</w:t>
            </w:r>
          </w:p>
        </w:tc>
        <w:tc>
          <w:tcPr>
            <w:tcW w:w="4320" w:type="dxa"/>
            <w:vAlign w:val="center"/>
          </w:tcPr>
          <w:p w:rsidR="0088700B" w:rsidRDefault="00000000" w14:paraId="0BEB666E" wp14:textId="77777777">
            <w:r>
              <w:rPr>
                <w:sz w:val="18"/>
              </w:rPr>
              <w:t>Fiksēta garuma teksts</w:t>
            </w:r>
          </w:p>
        </w:tc>
        <w:tc>
          <w:tcPr>
            <w:tcW w:w="3312" w:type="dxa"/>
            <w:vAlign w:val="center"/>
          </w:tcPr>
          <w:p w:rsidR="0088700B" w:rsidRDefault="00000000" w14:paraId="7F9982C5" wp14:textId="77777777">
            <w:r>
              <w:rPr>
                <w:sz w:val="18"/>
              </w:rPr>
              <w:t>code CHAR(10)</w:t>
            </w:r>
          </w:p>
        </w:tc>
      </w:tr>
      <w:tr xmlns:wp14="http://schemas.microsoft.com/office/word/2010/wordml" w:rsidR="0088700B" w14:paraId="1110C792" wp14:textId="77777777">
        <w:trPr>
          <w:jc w:val="center"/>
        </w:trPr>
        <w:tc>
          <w:tcPr>
            <w:tcW w:w="2448" w:type="dxa"/>
            <w:vAlign w:val="center"/>
          </w:tcPr>
          <w:p w:rsidR="0088700B" w:rsidRDefault="00000000" w14:paraId="4A93383A" wp14:textId="77777777">
            <w:r>
              <w:rPr>
                <w:sz w:val="18"/>
              </w:rPr>
              <w:t>BOOLEAN</w:t>
            </w:r>
          </w:p>
        </w:tc>
        <w:tc>
          <w:tcPr>
            <w:tcW w:w="4320" w:type="dxa"/>
            <w:vAlign w:val="center"/>
          </w:tcPr>
          <w:p w:rsidR="0088700B" w:rsidRDefault="00000000" w14:paraId="48CE69F1" wp14:textId="77777777">
            <w:r>
              <w:rPr>
                <w:sz w:val="18"/>
              </w:rPr>
              <w:t>true/false vērtība</w:t>
            </w:r>
          </w:p>
        </w:tc>
        <w:tc>
          <w:tcPr>
            <w:tcW w:w="3312" w:type="dxa"/>
            <w:vAlign w:val="center"/>
          </w:tcPr>
          <w:p w:rsidR="0088700B" w:rsidRDefault="00000000" w14:paraId="07E36B1B" wp14:textId="77777777">
            <w:r>
              <w:rPr>
                <w:sz w:val="18"/>
              </w:rPr>
              <w:t>is_active BOOLEAN</w:t>
            </w:r>
          </w:p>
        </w:tc>
      </w:tr>
      <w:tr xmlns:wp14="http://schemas.microsoft.com/office/word/2010/wordml" w:rsidR="0088700B" w14:paraId="00F77441" wp14:textId="77777777">
        <w:trPr>
          <w:jc w:val="center"/>
        </w:trPr>
        <w:tc>
          <w:tcPr>
            <w:tcW w:w="2448" w:type="dxa"/>
            <w:vAlign w:val="center"/>
          </w:tcPr>
          <w:p w:rsidR="0088700B" w:rsidRDefault="00000000" w14:paraId="7B02AFC4" wp14:textId="77777777">
            <w:r>
              <w:rPr>
                <w:sz w:val="18"/>
              </w:rPr>
              <w:t>DATE</w:t>
            </w:r>
          </w:p>
        </w:tc>
        <w:tc>
          <w:tcPr>
            <w:tcW w:w="4320" w:type="dxa"/>
            <w:vAlign w:val="center"/>
          </w:tcPr>
          <w:p w:rsidR="0088700B" w:rsidRDefault="00000000" w14:paraId="699DBE4A" wp14:textId="77777777">
            <w:r>
              <w:rPr>
                <w:sz w:val="18"/>
              </w:rPr>
              <w:t>Datums</w:t>
            </w:r>
          </w:p>
        </w:tc>
        <w:tc>
          <w:tcPr>
            <w:tcW w:w="3312" w:type="dxa"/>
            <w:vAlign w:val="center"/>
          </w:tcPr>
          <w:p w:rsidR="0088700B" w:rsidRDefault="00000000" w14:paraId="0273F714" wp14:textId="77777777">
            <w:r>
              <w:rPr>
                <w:sz w:val="18"/>
              </w:rPr>
              <w:t>birth_date DATE</w:t>
            </w:r>
          </w:p>
        </w:tc>
      </w:tr>
      <w:tr xmlns:wp14="http://schemas.microsoft.com/office/word/2010/wordml" w:rsidR="0088700B" w14:paraId="1C11EE08" wp14:textId="77777777">
        <w:trPr>
          <w:jc w:val="center"/>
        </w:trPr>
        <w:tc>
          <w:tcPr>
            <w:tcW w:w="2448" w:type="dxa"/>
            <w:vAlign w:val="center"/>
          </w:tcPr>
          <w:p w:rsidR="0088700B" w:rsidRDefault="00000000" w14:paraId="5E7F9102" wp14:textId="77777777">
            <w:r>
              <w:rPr>
                <w:sz w:val="18"/>
              </w:rPr>
              <w:t>DECIMAL(p,s)</w:t>
            </w:r>
          </w:p>
        </w:tc>
        <w:tc>
          <w:tcPr>
            <w:tcW w:w="4320" w:type="dxa"/>
            <w:vAlign w:val="center"/>
          </w:tcPr>
          <w:p w:rsidR="0088700B" w:rsidRDefault="00000000" w14:paraId="4C6D29BD" wp14:textId="77777777">
            <w:r>
              <w:rPr>
                <w:sz w:val="18"/>
              </w:rPr>
              <w:t>Precīzi skaitļi ar decimāldaļām</w:t>
            </w:r>
          </w:p>
        </w:tc>
        <w:tc>
          <w:tcPr>
            <w:tcW w:w="3312" w:type="dxa"/>
            <w:vAlign w:val="center"/>
          </w:tcPr>
          <w:p w:rsidR="0088700B" w:rsidRDefault="00000000" w14:paraId="08ED1B37" wp14:textId="77777777">
            <w:r>
              <w:rPr>
                <w:sz w:val="18"/>
              </w:rPr>
              <w:t>price DECIMAL(10,2)</w:t>
            </w:r>
          </w:p>
        </w:tc>
      </w:tr>
    </w:tbl>
    <w:p xmlns:wp14="http://schemas.microsoft.com/office/word/2010/wordml" w:rsidR="0088700B" w:rsidRDefault="0088700B" w14:paraId="4DDBEF00" wp14:textId="77777777"/>
    <w:p xmlns:wp14="http://schemas.microsoft.com/office/word/2010/wordml" w:rsidR="0088700B" w:rsidRDefault="00000000" w14:paraId="082CA36D" wp14:textId="77777777">
      <w:pPr>
        <w:pStyle w:val="Heading2"/>
      </w:pPr>
      <w:r>
        <w:t>5.1. CHAR un VARCHAR atšķirība</w:t>
      </w:r>
    </w:p>
    <w:p xmlns:wp14="http://schemas.microsoft.com/office/word/2010/wordml" w:rsidR="0088700B" w:rsidRDefault="00000000" w14:paraId="60D3AC1E" wp14:textId="77777777">
      <w:r>
        <w:t>CHAR ir fiksēta garuma teksts. VARCHAR ir mainīga garuma teksts. Personas vārdam parasti vislabāk izmantot VARCHAR, jo vārdiem ir dažāds garums.</w:t>
      </w:r>
    </w:p>
    <w:tbl>
      <w:tblPr>
        <w:tblStyle w:val="TableGrid"/>
        <w:tblW w:w="0" w:type="auto"/>
        <w:jc w:val="center"/>
        <w:tblLook w:val="04A0" w:firstRow="1" w:lastRow="0" w:firstColumn="1" w:lastColumn="0" w:noHBand="0" w:noVBand="1"/>
      </w:tblPr>
      <w:tblGrid>
        <w:gridCol w:w="2160"/>
        <w:gridCol w:w="4320"/>
        <w:gridCol w:w="3456"/>
      </w:tblGrid>
      <w:tr xmlns:wp14="http://schemas.microsoft.com/office/word/2010/wordml" w:rsidR="0088700B" w14:paraId="260507D3" wp14:textId="77777777">
        <w:trPr>
          <w:jc w:val="center"/>
        </w:trPr>
        <w:tc>
          <w:tcPr>
            <w:tcW w:w="2160" w:type="dxa"/>
            <w:shd w:val="clear" w:color="auto" w:fill="D9EAF7"/>
            <w:vAlign w:val="center"/>
          </w:tcPr>
          <w:p w:rsidR="0088700B" w:rsidRDefault="00000000" w14:paraId="3293E6A9" wp14:textId="77777777">
            <w:r>
              <w:rPr>
                <w:b/>
                <w:sz w:val="18"/>
              </w:rPr>
              <w:t>Tips</w:t>
            </w:r>
          </w:p>
        </w:tc>
        <w:tc>
          <w:tcPr>
            <w:tcW w:w="4320" w:type="dxa"/>
            <w:shd w:val="clear" w:color="auto" w:fill="D9EAF7"/>
            <w:vAlign w:val="center"/>
          </w:tcPr>
          <w:p w:rsidR="0088700B" w:rsidRDefault="00000000" w14:paraId="1D13B77E" wp14:textId="77777777">
            <w:r>
              <w:rPr>
                <w:b/>
                <w:sz w:val="18"/>
              </w:rPr>
              <w:t>Raksturojums</w:t>
            </w:r>
          </w:p>
        </w:tc>
        <w:tc>
          <w:tcPr>
            <w:tcW w:w="3456" w:type="dxa"/>
            <w:shd w:val="clear" w:color="auto" w:fill="D9EAF7"/>
            <w:vAlign w:val="center"/>
          </w:tcPr>
          <w:p w:rsidR="0088700B" w:rsidRDefault="00000000" w14:paraId="72D5C199" wp14:textId="77777777">
            <w:r>
              <w:rPr>
                <w:b/>
                <w:sz w:val="18"/>
              </w:rPr>
              <w:t>Kad lietot</w:t>
            </w:r>
          </w:p>
        </w:tc>
      </w:tr>
      <w:tr xmlns:wp14="http://schemas.microsoft.com/office/word/2010/wordml" w:rsidR="0088700B" w14:paraId="0F5FBB87" wp14:textId="77777777">
        <w:trPr>
          <w:jc w:val="center"/>
        </w:trPr>
        <w:tc>
          <w:tcPr>
            <w:tcW w:w="2160" w:type="dxa"/>
            <w:vAlign w:val="center"/>
          </w:tcPr>
          <w:p w:rsidR="0088700B" w:rsidRDefault="00000000" w14:paraId="2EAACFDF" wp14:textId="77777777">
            <w:r>
              <w:rPr>
                <w:sz w:val="18"/>
              </w:rPr>
              <w:t>CHAR(10)</w:t>
            </w:r>
          </w:p>
        </w:tc>
        <w:tc>
          <w:tcPr>
            <w:tcW w:w="4320" w:type="dxa"/>
            <w:vAlign w:val="center"/>
          </w:tcPr>
          <w:p w:rsidR="0088700B" w:rsidRDefault="00000000" w14:paraId="1750F006" wp14:textId="77777777">
            <w:r>
              <w:rPr>
                <w:sz w:val="18"/>
              </w:rPr>
              <w:t>Vienmēr aizņem 10 simbolu vietu</w:t>
            </w:r>
          </w:p>
        </w:tc>
        <w:tc>
          <w:tcPr>
            <w:tcW w:w="3456" w:type="dxa"/>
            <w:vAlign w:val="center"/>
          </w:tcPr>
          <w:p w:rsidR="0088700B" w:rsidRDefault="00000000" w14:paraId="401D71BA" wp14:textId="77777777">
            <w:r>
              <w:rPr>
                <w:sz w:val="18"/>
              </w:rPr>
              <w:t>Fiksēti kodi, piemēram, valsts kods</w:t>
            </w:r>
          </w:p>
        </w:tc>
      </w:tr>
      <w:tr xmlns:wp14="http://schemas.microsoft.com/office/word/2010/wordml" w:rsidR="0088700B" w14:paraId="4D300F40" wp14:textId="77777777">
        <w:trPr>
          <w:jc w:val="center"/>
        </w:trPr>
        <w:tc>
          <w:tcPr>
            <w:tcW w:w="2160" w:type="dxa"/>
            <w:vAlign w:val="center"/>
          </w:tcPr>
          <w:p w:rsidR="0088700B" w:rsidRDefault="00000000" w14:paraId="76A5B7C7" wp14:textId="77777777">
            <w:r>
              <w:rPr>
                <w:sz w:val="18"/>
              </w:rPr>
              <w:t>VARCHAR(10)</w:t>
            </w:r>
          </w:p>
        </w:tc>
        <w:tc>
          <w:tcPr>
            <w:tcW w:w="4320" w:type="dxa"/>
            <w:vAlign w:val="center"/>
          </w:tcPr>
          <w:p w:rsidR="0088700B" w:rsidRDefault="00000000" w14:paraId="5FD78EED" wp14:textId="77777777">
            <w:r>
              <w:rPr>
                <w:sz w:val="18"/>
              </w:rPr>
              <w:t>Aizņem tik daudz vietas, cik vajag tekstam</w:t>
            </w:r>
          </w:p>
        </w:tc>
        <w:tc>
          <w:tcPr>
            <w:tcW w:w="3456" w:type="dxa"/>
            <w:vAlign w:val="center"/>
          </w:tcPr>
          <w:p w:rsidR="0088700B" w:rsidRDefault="00000000" w14:paraId="60BE1A36" wp14:textId="77777777">
            <w:r>
              <w:rPr>
                <w:sz w:val="18"/>
              </w:rPr>
              <w:t>Vārdi, uzvārdi, e-pasti</w:t>
            </w:r>
          </w:p>
        </w:tc>
      </w:tr>
    </w:tbl>
    <w:p xmlns:wp14="http://schemas.microsoft.com/office/word/2010/wordml" w:rsidR="0088700B" w:rsidRDefault="0088700B" w14:paraId="3461D779" wp14:textId="77777777"/>
    <w:p xmlns:wp14="http://schemas.microsoft.com/office/word/2010/wordml" w:rsidR="0088700B" w:rsidRDefault="00000000" w14:paraId="79CAA15C" wp14:textId="77777777">
      <w:pPr>
        <w:pStyle w:val="Heading1"/>
      </w:pPr>
      <w:r>
        <w:t>6. Filtrēšana: LIKE, BETWEEN, IN, NULL</w:t>
      </w:r>
    </w:p>
    <w:p xmlns:wp14="http://schemas.microsoft.com/office/word/2010/wordml" w:rsidR="0088700B" w:rsidRDefault="00000000" w14:paraId="0053C343" wp14:textId="77777777">
      <w:pPr>
        <w:pStyle w:val="Heading2"/>
      </w:pPr>
      <w:r>
        <w:t>6.1. BETWEEN</w:t>
      </w:r>
    </w:p>
    <w:p xmlns:wp14="http://schemas.microsoft.com/office/word/2010/wordml" w:rsidR="0088700B" w:rsidRDefault="00000000" w14:paraId="145CA610" wp14:textId="77777777">
      <w:r>
        <w:t>BETWEEN pārbauda, vai vērtība atrodas diapazonā. Tas iekļauj abas robežas.</w:t>
      </w:r>
    </w:p>
    <w:tbl>
      <w:tblPr>
        <w:tblStyle w:val="TableGrid"/>
        <w:tblW w:w="0" w:type="auto"/>
        <w:tblLook w:val="04A0" w:firstRow="1" w:lastRow="0" w:firstColumn="1" w:lastColumn="0" w:noHBand="0" w:noVBand="1"/>
      </w:tblPr>
      <w:tblGrid>
        <w:gridCol w:w="10080"/>
      </w:tblGrid>
      <w:tr xmlns:wp14="http://schemas.microsoft.com/office/word/2010/wordml" w:rsidR="0088700B" w14:paraId="23DFD0F5" wp14:textId="77777777">
        <w:tc>
          <w:tcPr>
            <w:tcW w:w="10080" w:type="dxa"/>
            <w:shd w:val="clear" w:color="auto" w:fill="F2F2F2"/>
          </w:tcPr>
          <w:p w:rsidR="0088700B" w:rsidRDefault="00000000" w14:paraId="47944BAF" wp14:textId="77777777">
            <w:r>
              <w:rPr>
                <w:rFonts w:ascii="Consolas" w:hAnsi="Consolas" w:eastAsia="Consolas"/>
                <w:sz w:val="17"/>
              </w:rPr>
              <w:t>SELECT *</w:t>
            </w:r>
            <w:r>
              <w:rPr>
                <w:rFonts w:ascii="Consolas" w:hAnsi="Consolas" w:eastAsia="Consolas"/>
                <w:sz w:val="17"/>
              </w:rPr>
              <w:br/>
            </w:r>
            <w:r>
              <w:rPr>
                <w:rFonts w:ascii="Consolas" w:hAnsi="Consolas" w:eastAsia="Consolas"/>
                <w:sz w:val="17"/>
              </w:rPr>
              <w:t>FROM Products</w:t>
            </w:r>
            <w:r>
              <w:rPr>
                <w:rFonts w:ascii="Consolas" w:hAnsi="Consolas" w:eastAsia="Consolas"/>
                <w:sz w:val="17"/>
              </w:rPr>
              <w:br/>
            </w:r>
            <w:r>
              <w:rPr>
                <w:rFonts w:ascii="Consolas" w:hAnsi="Consolas" w:eastAsia="Consolas"/>
                <w:sz w:val="17"/>
              </w:rPr>
              <w:t>WHERE price BETWEEN 10 AND 50;</w:t>
            </w:r>
          </w:p>
        </w:tc>
      </w:tr>
    </w:tbl>
    <w:p xmlns:wp14="http://schemas.microsoft.com/office/word/2010/wordml" w:rsidR="0088700B" w:rsidRDefault="0088700B" w14:paraId="3CF2D8B6" wp14:textId="77777777"/>
    <w:p xmlns:wp14="http://schemas.microsoft.com/office/word/2010/wordml" w:rsidR="0088700B" w:rsidRDefault="00000000" w14:paraId="7130BC2A" wp14:textId="77777777">
      <w:r>
        <w:t>Tas ir tas pats, kas: price &gt;= 10 AND price &lt;= 50.</w:t>
      </w:r>
    </w:p>
    <w:p xmlns:wp14="http://schemas.microsoft.com/office/word/2010/wordml" w:rsidR="0088700B" w:rsidRDefault="00000000" w14:paraId="5B0619E7" wp14:textId="77777777">
      <w:pPr>
        <w:pStyle w:val="Heading2"/>
      </w:pPr>
      <w:r>
        <w:t>6.2. LIKE un simboli % un _</w:t>
      </w:r>
    </w:p>
    <w:p xmlns:wp14="http://schemas.microsoft.com/office/word/2010/wordml" w:rsidR="0088700B" w:rsidRDefault="00000000" w14:paraId="45524C0A" wp14:textId="77777777">
      <w:r>
        <w:t>LIKE izmanto teksta meklēšanai pēc parauga. Simbols % nozīmē jebkuru rakstzīmju skaitu, arī nulli. Simbols _ nozīmē tieši vienu jebkuru rakstzīmi.</w:t>
      </w:r>
    </w:p>
    <w:tbl>
      <w:tblPr>
        <w:tblStyle w:val="TableGrid"/>
        <w:tblW w:w="0" w:type="auto"/>
        <w:jc w:val="center"/>
        <w:tblLook w:val="04A0" w:firstRow="1" w:lastRow="0" w:firstColumn="1" w:lastColumn="0" w:noHBand="0" w:noVBand="1"/>
      </w:tblPr>
      <w:tblGrid>
        <w:gridCol w:w="2160"/>
        <w:gridCol w:w="4032"/>
        <w:gridCol w:w="3456"/>
      </w:tblGrid>
      <w:tr xmlns:wp14="http://schemas.microsoft.com/office/word/2010/wordml" w:rsidR="0088700B" w14:paraId="7CD6A65E" wp14:textId="77777777">
        <w:trPr>
          <w:jc w:val="center"/>
        </w:trPr>
        <w:tc>
          <w:tcPr>
            <w:tcW w:w="2160" w:type="dxa"/>
            <w:shd w:val="clear" w:color="auto" w:fill="D9EAF7"/>
            <w:vAlign w:val="center"/>
          </w:tcPr>
          <w:p w:rsidR="0088700B" w:rsidRDefault="00000000" w14:paraId="7A30C3A3" wp14:textId="77777777">
            <w:r>
              <w:rPr>
                <w:b/>
                <w:sz w:val="18"/>
              </w:rPr>
              <w:t>Paraugs</w:t>
            </w:r>
          </w:p>
        </w:tc>
        <w:tc>
          <w:tcPr>
            <w:tcW w:w="4032" w:type="dxa"/>
            <w:shd w:val="clear" w:color="auto" w:fill="D9EAF7"/>
            <w:vAlign w:val="center"/>
          </w:tcPr>
          <w:p w:rsidR="0088700B" w:rsidRDefault="00000000" w14:paraId="7DDA41C2" wp14:textId="77777777">
            <w:r>
              <w:rPr>
                <w:b/>
                <w:sz w:val="18"/>
              </w:rPr>
              <w:t>Nozīme</w:t>
            </w:r>
          </w:p>
        </w:tc>
        <w:tc>
          <w:tcPr>
            <w:tcW w:w="3456" w:type="dxa"/>
            <w:shd w:val="clear" w:color="auto" w:fill="D9EAF7"/>
            <w:vAlign w:val="center"/>
          </w:tcPr>
          <w:p w:rsidR="0088700B" w:rsidRDefault="00000000" w14:paraId="380DA057" wp14:textId="77777777">
            <w:r>
              <w:rPr>
                <w:b/>
                <w:sz w:val="18"/>
              </w:rPr>
              <w:t>Piemērs</w:t>
            </w:r>
          </w:p>
        </w:tc>
      </w:tr>
      <w:tr xmlns:wp14="http://schemas.microsoft.com/office/word/2010/wordml" w:rsidR="0088700B" w14:paraId="4C236362" wp14:textId="77777777">
        <w:trPr>
          <w:jc w:val="center"/>
        </w:trPr>
        <w:tc>
          <w:tcPr>
            <w:tcW w:w="2160" w:type="dxa"/>
            <w:vAlign w:val="center"/>
          </w:tcPr>
          <w:p w:rsidR="0088700B" w:rsidRDefault="00000000" w14:paraId="19107990" wp14:textId="77777777">
            <w:r>
              <w:rPr>
                <w:sz w:val="18"/>
              </w:rPr>
              <w:t>LIKE 'K%'</w:t>
            </w:r>
          </w:p>
        </w:tc>
        <w:tc>
          <w:tcPr>
            <w:tcW w:w="4032" w:type="dxa"/>
            <w:vAlign w:val="center"/>
          </w:tcPr>
          <w:p w:rsidR="0088700B" w:rsidRDefault="00000000" w14:paraId="35284F80" wp14:textId="77777777">
            <w:r>
              <w:rPr>
                <w:sz w:val="18"/>
              </w:rPr>
              <w:t>Sākas ar K</w:t>
            </w:r>
          </w:p>
        </w:tc>
        <w:tc>
          <w:tcPr>
            <w:tcW w:w="3456" w:type="dxa"/>
            <w:vAlign w:val="center"/>
          </w:tcPr>
          <w:p w:rsidR="0088700B" w:rsidRDefault="00000000" w14:paraId="3386C220" wp14:textId="77777777">
            <w:r>
              <w:rPr>
                <w:sz w:val="18"/>
              </w:rPr>
              <w:t>Kalnins, Krumins</w:t>
            </w:r>
          </w:p>
        </w:tc>
      </w:tr>
      <w:tr xmlns:wp14="http://schemas.microsoft.com/office/word/2010/wordml" w:rsidR="0088700B" w14:paraId="77EBF07B" wp14:textId="77777777">
        <w:trPr>
          <w:jc w:val="center"/>
        </w:trPr>
        <w:tc>
          <w:tcPr>
            <w:tcW w:w="2160" w:type="dxa"/>
            <w:vAlign w:val="center"/>
          </w:tcPr>
          <w:p w:rsidR="0088700B" w:rsidRDefault="00000000" w14:paraId="30EF98DE" wp14:textId="77777777">
            <w:r>
              <w:rPr>
                <w:sz w:val="18"/>
              </w:rPr>
              <w:t>LIKE '%a'</w:t>
            </w:r>
          </w:p>
        </w:tc>
        <w:tc>
          <w:tcPr>
            <w:tcW w:w="4032" w:type="dxa"/>
            <w:vAlign w:val="center"/>
          </w:tcPr>
          <w:p w:rsidR="0088700B" w:rsidRDefault="00000000" w14:paraId="4C1BDCE9" wp14:textId="77777777">
            <w:r>
              <w:rPr>
                <w:sz w:val="18"/>
              </w:rPr>
              <w:t>Beidzas ar a</w:t>
            </w:r>
          </w:p>
        </w:tc>
        <w:tc>
          <w:tcPr>
            <w:tcW w:w="3456" w:type="dxa"/>
            <w:vAlign w:val="center"/>
          </w:tcPr>
          <w:p w:rsidR="0088700B" w:rsidRDefault="00000000" w14:paraId="6BC26304" wp14:textId="77777777">
            <w:r>
              <w:rPr>
                <w:sz w:val="18"/>
              </w:rPr>
              <w:t>Anna, Ilona</w:t>
            </w:r>
          </w:p>
        </w:tc>
      </w:tr>
      <w:tr xmlns:wp14="http://schemas.microsoft.com/office/word/2010/wordml" w:rsidR="0088700B" w14:paraId="2B5CD528" wp14:textId="77777777">
        <w:trPr>
          <w:jc w:val="center"/>
        </w:trPr>
        <w:tc>
          <w:tcPr>
            <w:tcW w:w="2160" w:type="dxa"/>
            <w:vAlign w:val="center"/>
          </w:tcPr>
          <w:p w:rsidR="0088700B" w:rsidRDefault="00000000" w14:paraId="4E83897C" wp14:textId="77777777">
            <w:r>
              <w:rPr>
                <w:sz w:val="18"/>
              </w:rPr>
              <w:t>LIKE '%an%'</w:t>
            </w:r>
          </w:p>
        </w:tc>
        <w:tc>
          <w:tcPr>
            <w:tcW w:w="4032" w:type="dxa"/>
            <w:vAlign w:val="center"/>
          </w:tcPr>
          <w:p w:rsidR="0088700B" w:rsidRDefault="00000000" w14:paraId="36DE60D4" wp14:textId="77777777">
            <w:r>
              <w:rPr>
                <w:sz w:val="18"/>
              </w:rPr>
              <w:t>Satur an</w:t>
            </w:r>
          </w:p>
        </w:tc>
        <w:tc>
          <w:tcPr>
            <w:tcW w:w="3456" w:type="dxa"/>
            <w:vAlign w:val="center"/>
          </w:tcPr>
          <w:p w:rsidR="0088700B" w:rsidRDefault="00000000" w14:paraId="201D5AD0" wp14:textId="77777777">
            <w:r>
              <w:rPr>
                <w:sz w:val="18"/>
              </w:rPr>
              <w:t>Janis, Daniels</w:t>
            </w:r>
          </w:p>
        </w:tc>
      </w:tr>
      <w:tr xmlns:wp14="http://schemas.microsoft.com/office/word/2010/wordml" w:rsidR="0088700B" w14:paraId="26350FA9" wp14:textId="77777777">
        <w:trPr>
          <w:jc w:val="center"/>
        </w:trPr>
        <w:tc>
          <w:tcPr>
            <w:tcW w:w="2160" w:type="dxa"/>
            <w:vAlign w:val="center"/>
          </w:tcPr>
          <w:p w:rsidR="0088700B" w:rsidRDefault="00000000" w14:paraId="3CE7D39C" wp14:textId="77777777">
            <w:r>
              <w:rPr>
                <w:sz w:val="18"/>
              </w:rPr>
              <w:t>LIKE 'J_n'</w:t>
            </w:r>
          </w:p>
        </w:tc>
        <w:tc>
          <w:tcPr>
            <w:tcW w:w="4032" w:type="dxa"/>
            <w:vAlign w:val="center"/>
          </w:tcPr>
          <w:p w:rsidR="0088700B" w:rsidRDefault="00000000" w14:paraId="274E1B46" wp14:textId="77777777">
            <w:r>
              <w:rPr>
                <w:sz w:val="18"/>
              </w:rPr>
              <w:t>J + viens simbols + n</w:t>
            </w:r>
          </w:p>
        </w:tc>
        <w:tc>
          <w:tcPr>
            <w:tcW w:w="3456" w:type="dxa"/>
            <w:vAlign w:val="center"/>
          </w:tcPr>
          <w:p w:rsidR="0088700B" w:rsidRDefault="00000000" w14:paraId="79D3A1F7" wp14:textId="77777777">
            <w:r>
              <w:rPr>
                <w:sz w:val="18"/>
              </w:rPr>
              <w:t>Jan, Jon</w:t>
            </w:r>
          </w:p>
        </w:tc>
      </w:tr>
    </w:tbl>
    <w:p xmlns:wp14="http://schemas.microsoft.com/office/word/2010/wordml" w:rsidR="0088700B" w:rsidRDefault="0088700B" w14:paraId="0FB78278" wp14:textId="77777777"/>
    <w:tbl>
      <w:tblPr>
        <w:tblStyle w:val="TableGrid"/>
        <w:tblW w:w="0" w:type="auto"/>
        <w:tblLook w:val="04A0" w:firstRow="1" w:lastRow="0" w:firstColumn="1" w:lastColumn="0" w:noHBand="0" w:noVBand="1"/>
      </w:tblPr>
      <w:tblGrid>
        <w:gridCol w:w="10080"/>
      </w:tblGrid>
      <w:tr xmlns:wp14="http://schemas.microsoft.com/office/word/2010/wordml" w:rsidR="0088700B" w14:paraId="03362BF3" wp14:textId="77777777">
        <w:tc>
          <w:tcPr>
            <w:tcW w:w="10080" w:type="dxa"/>
            <w:shd w:val="clear" w:color="auto" w:fill="F2F2F2"/>
          </w:tcPr>
          <w:p w:rsidR="0088700B" w:rsidRDefault="00000000" w14:paraId="559188C6" wp14:textId="77777777">
            <w:r>
              <w:rPr>
                <w:rFonts w:ascii="Consolas" w:hAnsi="Consolas" w:eastAsia="Consolas"/>
                <w:sz w:val="17"/>
              </w:rPr>
              <w:t>SELECT *</w:t>
            </w:r>
            <w:r>
              <w:rPr>
                <w:rFonts w:ascii="Consolas" w:hAnsi="Consolas" w:eastAsia="Consolas"/>
                <w:sz w:val="17"/>
              </w:rPr>
              <w:br/>
            </w:r>
            <w:r>
              <w:rPr>
                <w:rFonts w:ascii="Consolas" w:hAnsi="Consolas" w:eastAsia="Consolas"/>
                <w:sz w:val="17"/>
              </w:rPr>
              <w:t>FROM Staff</w:t>
            </w:r>
            <w:r>
              <w:rPr>
                <w:rFonts w:ascii="Consolas" w:hAnsi="Consolas" w:eastAsia="Consolas"/>
                <w:sz w:val="17"/>
              </w:rPr>
              <w:br/>
            </w:r>
            <w:r>
              <w:rPr>
                <w:rFonts w:ascii="Consolas" w:hAnsi="Consolas" w:eastAsia="Consolas"/>
                <w:sz w:val="17"/>
              </w:rPr>
              <w:t>WHERE uzvards LIKE 'K%';</w:t>
            </w:r>
          </w:p>
        </w:tc>
      </w:tr>
    </w:tbl>
    <w:p xmlns:wp14="http://schemas.microsoft.com/office/word/2010/wordml" w:rsidR="0088700B" w:rsidRDefault="0088700B" w14:paraId="1FC39945" wp14:textId="77777777"/>
    <w:p xmlns:wp14="http://schemas.microsoft.com/office/word/2010/wordml" w:rsidR="0088700B" w:rsidRDefault="00000000" w14:paraId="1AB00153" wp14:textId="77777777">
      <w:pPr>
        <w:pStyle w:val="Heading2"/>
      </w:pPr>
      <w:r>
        <w:t>6.3. IN un NOT IN</w:t>
      </w:r>
    </w:p>
    <w:p xmlns:wp14="http://schemas.microsoft.com/office/word/2010/wordml" w:rsidR="0088700B" w:rsidRDefault="00000000" w14:paraId="10EE65AC" wp14:textId="77777777">
      <w:r>
        <w:t>IN pārbauda, vai vērtība ir sarakstā. Tas aizvieto vairākus OR nosacījumus.</w:t>
      </w:r>
    </w:p>
    <w:tbl>
      <w:tblPr>
        <w:tblStyle w:val="TableGrid"/>
        <w:tblW w:w="0" w:type="auto"/>
        <w:tblLook w:val="04A0" w:firstRow="1" w:lastRow="0" w:firstColumn="1" w:lastColumn="0" w:noHBand="0" w:noVBand="1"/>
      </w:tblPr>
      <w:tblGrid>
        <w:gridCol w:w="10080"/>
      </w:tblGrid>
      <w:tr xmlns:wp14="http://schemas.microsoft.com/office/word/2010/wordml" w:rsidR="0088700B" w14:paraId="78240126" wp14:textId="77777777">
        <w:tc>
          <w:tcPr>
            <w:tcW w:w="10080" w:type="dxa"/>
            <w:shd w:val="clear" w:color="auto" w:fill="F2F2F2"/>
          </w:tcPr>
          <w:p w:rsidR="0088700B" w:rsidRDefault="00000000" w14:paraId="10322D33" wp14:textId="77777777">
            <w:r>
              <w:rPr>
                <w:rFonts w:ascii="Consolas" w:hAnsi="Consolas" w:eastAsia="Consolas"/>
                <w:sz w:val="17"/>
              </w:rPr>
              <w:t>SELECT *</w:t>
            </w:r>
            <w:r>
              <w:rPr>
                <w:rFonts w:ascii="Consolas" w:hAnsi="Consolas" w:eastAsia="Consolas"/>
                <w:sz w:val="17"/>
              </w:rPr>
              <w:br/>
            </w:r>
            <w:r>
              <w:rPr>
                <w:rFonts w:ascii="Consolas" w:hAnsi="Consolas" w:eastAsia="Consolas"/>
                <w:sz w:val="17"/>
              </w:rPr>
              <w:t>FROM Students</w:t>
            </w:r>
            <w:r>
              <w:rPr>
                <w:rFonts w:ascii="Consolas" w:hAnsi="Consolas" w:eastAsia="Consolas"/>
                <w:sz w:val="17"/>
              </w:rPr>
              <w:br/>
            </w:r>
            <w:r>
              <w:rPr>
                <w:rFonts w:ascii="Consolas" w:hAnsi="Consolas" w:eastAsia="Consolas"/>
                <w:sz w:val="17"/>
              </w:rPr>
              <w:t>WHERE city IN ('Riga', 'Liepaja', 'Daugavpils');</w:t>
            </w:r>
          </w:p>
        </w:tc>
      </w:tr>
    </w:tbl>
    <w:p xmlns:wp14="http://schemas.microsoft.com/office/word/2010/wordml" w:rsidR="0088700B" w:rsidRDefault="0088700B" w14:paraId="0562CB0E" wp14:textId="77777777"/>
    <w:tbl>
      <w:tblPr>
        <w:tblStyle w:val="TableGrid"/>
        <w:tblW w:w="0" w:type="auto"/>
        <w:tblLook w:val="04A0" w:firstRow="1" w:lastRow="0" w:firstColumn="1" w:lastColumn="0" w:noHBand="0" w:noVBand="1"/>
      </w:tblPr>
      <w:tblGrid>
        <w:gridCol w:w="10080"/>
      </w:tblGrid>
      <w:tr xmlns:wp14="http://schemas.microsoft.com/office/word/2010/wordml" w:rsidR="0088700B" w14:paraId="37364FE5" wp14:textId="77777777">
        <w:tc>
          <w:tcPr>
            <w:tcW w:w="10080" w:type="dxa"/>
            <w:shd w:val="clear" w:color="auto" w:fill="F2F2F2"/>
          </w:tcPr>
          <w:p w:rsidR="0088700B" w:rsidRDefault="00000000" w14:paraId="3912EBC1" wp14:textId="77777777">
            <w:r>
              <w:rPr>
                <w:rFonts w:ascii="Consolas" w:hAnsi="Consolas" w:eastAsia="Consolas"/>
                <w:sz w:val="17"/>
              </w:rPr>
              <w:t>SELECT *</w:t>
            </w:r>
            <w:r>
              <w:rPr>
                <w:rFonts w:ascii="Consolas" w:hAnsi="Consolas" w:eastAsia="Consolas"/>
                <w:sz w:val="17"/>
              </w:rPr>
              <w:br/>
            </w:r>
            <w:r>
              <w:rPr>
                <w:rFonts w:ascii="Consolas" w:hAnsi="Consolas" w:eastAsia="Consolas"/>
                <w:sz w:val="17"/>
              </w:rPr>
              <w:t>FROM Students</w:t>
            </w:r>
            <w:r>
              <w:rPr>
                <w:rFonts w:ascii="Consolas" w:hAnsi="Consolas" w:eastAsia="Consolas"/>
                <w:sz w:val="17"/>
              </w:rPr>
              <w:br/>
            </w:r>
            <w:r>
              <w:rPr>
                <w:rFonts w:ascii="Consolas" w:hAnsi="Consolas" w:eastAsia="Consolas"/>
                <w:sz w:val="17"/>
              </w:rPr>
              <w:t>WHERE city NOT IN ('Riga', 'Liepaja');</w:t>
            </w:r>
          </w:p>
        </w:tc>
      </w:tr>
    </w:tbl>
    <w:p xmlns:wp14="http://schemas.microsoft.com/office/word/2010/wordml" w:rsidR="0088700B" w:rsidRDefault="0088700B" w14:paraId="34CE0A41" wp14:textId="77777777"/>
    <w:p xmlns:wp14="http://schemas.microsoft.com/office/word/2010/wordml" w:rsidR="0088700B" w:rsidRDefault="00000000" w14:paraId="78CDA4B7" wp14:textId="77777777">
      <w:pPr>
        <w:pStyle w:val="Heading2"/>
      </w:pPr>
      <w:r>
        <w:t>6.4. NULL</w:t>
      </w:r>
    </w:p>
    <w:p xmlns:wp14="http://schemas.microsoft.com/office/word/2010/wordml" w:rsidR="0088700B" w:rsidRDefault="00000000" w14:paraId="6245CEA3" wp14:textId="77777777">
      <w:r>
        <w:t>NULL nozīmē nezināmu, neeksistējošu vai nenorādītu vērtību. NULL nav tas pats, kas 0, tukša virkne vai FALSE.</w:t>
      </w:r>
    </w:p>
    <w:tbl>
      <w:tblPr>
        <w:tblStyle w:val="TableGrid"/>
        <w:tblW w:w="0" w:type="auto"/>
        <w:jc w:val="center"/>
        <w:tblLook w:val="04A0" w:firstRow="1" w:lastRow="0" w:firstColumn="1" w:lastColumn="0" w:noHBand="0" w:noVBand="1"/>
      </w:tblPr>
      <w:tblGrid>
        <w:gridCol w:w="2160"/>
        <w:gridCol w:w="7488"/>
      </w:tblGrid>
      <w:tr xmlns:wp14="http://schemas.microsoft.com/office/word/2010/wordml" w:rsidR="0088700B" w14:paraId="50AFD583" wp14:textId="77777777">
        <w:trPr>
          <w:jc w:val="center"/>
        </w:trPr>
        <w:tc>
          <w:tcPr>
            <w:tcW w:w="2160" w:type="dxa"/>
            <w:shd w:val="clear" w:color="auto" w:fill="D9EAF7"/>
            <w:vAlign w:val="center"/>
          </w:tcPr>
          <w:p w:rsidR="0088700B" w:rsidRDefault="00000000" w14:paraId="61C87008" wp14:textId="77777777">
            <w:r>
              <w:rPr>
                <w:b/>
                <w:sz w:val="18"/>
              </w:rPr>
              <w:t>Vērtība</w:t>
            </w:r>
          </w:p>
        </w:tc>
        <w:tc>
          <w:tcPr>
            <w:tcW w:w="7488" w:type="dxa"/>
            <w:shd w:val="clear" w:color="auto" w:fill="D9EAF7"/>
            <w:vAlign w:val="center"/>
          </w:tcPr>
          <w:p w:rsidR="0088700B" w:rsidRDefault="00000000" w14:paraId="4791AC36" wp14:textId="77777777">
            <w:r>
              <w:rPr>
                <w:b/>
                <w:sz w:val="18"/>
              </w:rPr>
              <w:t>Nozīme</w:t>
            </w:r>
          </w:p>
        </w:tc>
      </w:tr>
      <w:tr xmlns:wp14="http://schemas.microsoft.com/office/word/2010/wordml" w:rsidR="0088700B" w14:paraId="583044D1" wp14:textId="77777777">
        <w:trPr>
          <w:jc w:val="center"/>
        </w:trPr>
        <w:tc>
          <w:tcPr>
            <w:tcW w:w="2160" w:type="dxa"/>
            <w:vAlign w:val="center"/>
          </w:tcPr>
          <w:p w:rsidR="0088700B" w:rsidRDefault="00000000" w14:paraId="54C36BEC" wp14:textId="77777777">
            <w:r>
              <w:rPr>
                <w:sz w:val="18"/>
              </w:rPr>
              <w:t>NULL</w:t>
            </w:r>
          </w:p>
        </w:tc>
        <w:tc>
          <w:tcPr>
            <w:tcW w:w="7488" w:type="dxa"/>
            <w:vAlign w:val="center"/>
          </w:tcPr>
          <w:p w:rsidR="0088700B" w:rsidRDefault="00000000" w14:paraId="159293F9" wp14:textId="77777777">
            <w:r>
              <w:rPr>
                <w:sz w:val="18"/>
              </w:rPr>
              <w:t>Vērtība nav zināma vai nav norādīta</w:t>
            </w:r>
          </w:p>
        </w:tc>
      </w:tr>
      <w:tr xmlns:wp14="http://schemas.microsoft.com/office/word/2010/wordml" w:rsidR="0088700B" w14:paraId="247453C3" wp14:textId="77777777">
        <w:trPr>
          <w:jc w:val="center"/>
        </w:trPr>
        <w:tc>
          <w:tcPr>
            <w:tcW w:w="2160" w:type="dxa"/>
            <w:vAlign w:val="center"/>
          </w:tcPr>
          <w:p w:rsidR="0088700B" w:rsidRDefault="00000000" w14:paraId="4B584315" wp14:textId="77777777">
            <w:r>
              <w:rPr>
                <w:sz w:val="18"/>
              </w:rPr>
              <w:t>0</w:t>
            </w:r>
          </w:p>
        </w:tc>
        <w:tc>
          <w:tcPr>
            <w:tcW w:w="7488" w:type="dxa"/>
            <w:vAlign w:val="center"/>
          </w:tcPr>
          <w:p w:rsidR="0088700B" w:rsidRDefault="00000000" w14:paraId="5D455002" wp14:textId="77777777">
            <w:r>
              <w:rPr>
                <w:sz w:val="18"/>
              </w:rPr>
              <w:t>Konkrēts skaitlis nulle</w:t>
            </w:r>
          </w:p>
        </w:tc>
      </w:tr>
      <w:tr xmlns:wp14="http://schemas.microsoft.com/office/word/2010/wordml" w:rsidR="0088700B" w14:paraId="72944B33" wp14:textId="77777777">
        <w:trPr>
          <w:jc w:val="center"/>
        </w:trPr>
        <w:tc>
          <w:tcPr>
            <w:tcW w:w="2160" w:type="dxa"/>
            <w:vAlign w:val="center"/>
          </w:tcPr>
          <w:p w:rsidR="0088700B" w:rsidRDefault="00000000" w14:paraId="2E471D39" wp14:textId="77777777">
            <w:r>
              <w:rPr>
                <w:sz w:val="18"/>
              </w:rPr>
              <w:t>''</w:t>
            </w:r>
          </w:p>
        </w:tc>
        <w:tc>
          <w:tcPr>
            <w:tcW w:w="7488" w:type="dxa"/>
            <w:vAlign w:val="center"/>
          </w:tcPr>
          <w:p w:rsidR="0088700B" w:rsidRDefault="00000000" w14:paraId="0FF08CFF" wp14:textId="77777777">
            <w:r>
              <w:rPr>
                <w:sz w:val="18"/>
              </w:rPr>
              <w:t>Tukša teksta virkne</w:t>
            </w:r>
          </w:p>
        </w:tc>
      </w:tr>
      <w:tr xmlns:wp14="http://schemas.microsoft.com/office/word/2010/wordml" w:rsidR="0088700B" w14:paraId="52FD7D56" wp14:textId="77777777">
        <w:trPr>
          <w:jc w:val="center"/>
        </w:trPr>
        <w:tc>
          <w:tcPr>
            <w:tcW w:w="2160" w:type="dxa"/>
            <w:vAlign w:val="center"/>
          </w:tcPr>
          <w:p w:rsidR="0088700B" w:rsidRDefault="00000000" w14:paraId="307BF5C8" wp14:textId="77777777">
            <w:r>
              <w:rPr>
                <w:sz w:val="18"/>
              </w:rPr>
              <w:t>FALSE</w:t>
            </w:r>
          </w:p>
        </w:tc>
        <w:tc>
          <w:tcPr>
            <w:tcW w:w="7488" w:type="dxa"/>
            <w:vAlign w:val="center"/>
          </w:tcPr>
          <w:p w:rsidR="0088700B" w:rsidRDefault="00000000" w14:paraId="69A662EB" wp14:textId="77777777">
            <w:r>
              <w:rPr>
                <w:sz w:val="18"/>
              </w:rPr>
              <w:t>Loģiska vērtība false</w:t>
            </w:r>
          </w:p>
        </w:tc>
      </w:tr>
    </w:tbl>
    <w:p xmlns:wp14="http://schemas.microsoft.com/office/word/2010/wordml" w:rsidR="0088700B" w:rsidRDefault="0088700B" w14:paraId="62EBF3C5" wp14:textId="77777777"/>
    <w:p xmlns:wp14="http://schemas.microsoft.com/office/word/2010/wordml" w:rsidR="0088700B" w:rsidRDefault="00000000" w14:paraId="3AFF64E5" wp14:textId="77777777">
      <w:r>
        <w:t>NULL pārbauda ar IS NULL vai IS NOT NULL. Nedrīkst rakstīt = NULL.</w:t>
      </w:r>
    </w:p>
    <w:tbl>
      <w:tblPr>
        <w:tblStyle w:val="TableGrid"/>
        <w:tblW w:w="0" w:type="auto"/>
        <w:tblLook w:val="04A0" w:firstRow="1" w:lastRow="0" w:firstColumn="1" w:lastColumn="0" w:noHBand="0" w:noVBand="1"/>
      </w:tblPr>
      <w:tblGrid>
        <w:gridCol w:w="10080"/>
      </w:tblGrid>
      <w:tr xmlns:wp14="http://schemas.microsoft.com/office/word/2010/wordml" w:rsidR="0088700B" w14:paraId="5875E79A" wp14:textId="77777777">
        <w:tc>
          <w:tcPr>
            <w:tcW w:w="10080" w:type="dxa"/>
            <w:shd w:val="clear" w:color="auto" w:fill="F2F2F2"/>
          </w:tcPr>
          <w:p w:rsidR="0088700B" w:rsidRDefault="00000000" w14:paraId="653A2C11" wp14:textId="77777777">
            <w:r>
              <w:rPr>
                <w:rFonts w:ascii="Consolas" w:hAnsi="Consolas" w:eastAsia="Consolas"/>
                <w:sz w:val="17"/>
              </w:rPr>
              <w:t>SELECT * FROM Clients</w:t>
            </w:r>
            <w:r>
              <w:rPr>
                <w:rFonts w:ascii="Consolas" w:hAnsi="Consolas" w:eastAsia="Consolas"/>
                <w:sz w:val="17"/>
              </w:rPr>
              <w:br/>
            </w:r>
            <w:r>
              <w:rPr>
                <w:rFonts w:ascii="Consolas" w:hAnsi="Consolas" w:eastAsia="Consolas"/>
                <w:sz w:val="17"/>
              </w:rPr>
              <w:t>WHERE email IS NULL;</w:t>
            </w:r>
          </w:p>
        </w:tc>
      </w:tr>
    </w:tbl>
    <w:p xmlns:wp14="http://schemas.microsoft.com/office/word/2010/wordml" w:rsidR="0088700B" w:rsidRDefault="0088700B" w14:paraId="6D98A12B" wp14:textId="77777777"/>
    <w:tbl>
      <w:tblPr>
        <w:tblStyle w:val="TableGrid"/>
        <w:tblW w:w="0" w:type="auto"/>
        <w:tblLook w:val="04A0" w:firstRow="1" w:lastRow="0" w:firstColumn="1" w:lastColumn="0" w:noHBand="0" w:noVBand="1"/>
      </w:tblPr>
      <w:tblGrid>
        <w:gridCol w:w="10080"/>
      </w:tblGrid>
      <w:tr xmlns:wp14="http://schemas.microsoft.com/office/word/2010/wordml" w:rsidR="0088700B" w14:paraId="4253B9FF" wp14:textId="77777777">
        <w:tc>
          <w:tcPr>
            <w:tcW w:w="10080" w:type="dxa"/>
            <w:shd w:val="clear" w:color="auto" w:fill="F2F2F2"/>
          </w:tcPr>
          <w:p w:rsidR="0088700B" w:rsidRDefault="00000000" w14:paraId="5AC9FF4C" wp14:textId="77777777">
            <w:r>
              <w:rPr>
                <w:rFonts w:ascii="Consolas" w:hAnsi="Consolas" w:eastAsia="Consolas"/>
                <w:sz w:val="17"/>
              </w:rPr>
              <w:t>SELECT * FROM Clients</w:t>
            </w:r>
            <w:r>
              <w:rPr>
                <w:rFonts w:ascii="Consolas" w:hAnsi="Consolas" w:eastAsia="Consolas"/>
                <w:sz w:val="17"/>
              </w:rPr>
              <w:br/>
            </w:r>
            <w:r>
              <w:rPr>
                <w:rFonts w:ascii="Consolas" w:hAnsi="Consolas" w:eastAsia="Consolas"/>
                <w:sz w:val="17"/>
              </w:rPr>
              <w:t>WHERE email IS NOT NULL;</w:t>
            </w:r>
          </w:p>
        </w:tc>
      </w:tr>
    </w:tbl>
    <w:p xmlns:wp14="http://schemas.microsoft.com/office/word/2010/wordml" w:rsidR="0088700B" w:rsidRDefault="0088700B" w14:paraId="2946DB82" wp14:textId="77777777"/>
    <w:p xmlns:wp14="http://schemas.microsoft.com/office/word/2010/wordml" w:rsidR="0088700B" w:rsidRDefault="00000000" w14:paraId="5344EB6E" wp14:textId="77777777">
      <w:pPr>
        <w:pStyle w:val="Heading2"/>
      </w:pPr>
      <w:r>
        <w:t>6.5. COALESCE</w:t>
      </w:r>
    </w:p>
    <w:p xmlns:wp14="http://schemas.microsoft.com/office/word/2010/wordml" w:rsidR="0088700B" w:rsidRDefault="00000000" w14:paraId="0F302248" wp14:textId="77777777">
      <w:r>
        <w:t>COALESCE atgriež pirmo vērtību, kas nav NULL. To bieži lieto, lai aizvietotu NULL ar 0 vai tekstu.</w:t>
      </w:r>
    </w:p>
    <w:tbl>
      <w:tblPr>
        <w:tblStyle w:val="TableGrid"/>
        <w:tblW w:w="0" w:type="auto"/>
        <w:tblLook w:val="04A0" w:firstRow="1" w:lastRow="0" w:firstColumn="1" w:lastColumn="0" w:noHBand="0" w:noVBand="1"/>
      </w:tblPr>
      <w:tblGrid>
        <w:gridCol w:w="10080"/>
      </w:tblGrid>
      <w:tr xmlns:wp14="http://schemas.microsoft.com/office/word/2010/wordml" w:rsidR="0088700B" w14:paraId="71C58C11" wp14:textId="77777777">
        <w:tc>
          <w:tcPr>
            <w:tcW w:w="10080" w:type="dxa"/>
            <w:shd w:val="clear" w:color="auto" w:fill="F2F2F2"/>
          </w:tcPr>
          <w:p w:rsidR="0088700B" w:rsidRDefault="00000000" w14:paraId="2E43D226" wp14:textId="77777777">
            <w:r>
              <w:rPr>
                <w:rFonts w:ascii="Consolas" w:hAnsi="Consolas" w:eastAsia="Consolas"/>
                <w:sz w:val="17"/>
              </w:rPr>
              <w:t>SELECT COALESCE(discount, 0)</w:t>
            </w:r>
            <w:r>
              <w:rPr>
                <w:rFonts w:ascii="Consolas" w:hAnsi="Consolas" w:eastAsia="Consolas"/>
                <w:sz w:val="17"/>
              </w:rPr>
              <w:br/>
            </w:r>
            <w:r>
              <w:rPr>
                <w:rFonts w:ascii="Consolas" w:hAnsi="Consolas" w:eastAsia="Consolas"/>
                <w:sz w:val="17"/>
              </w:rPr>
              <w:t>FROM Orders;</w:t>
            </w:r>
          </w:p>
        </w:tc>
      </w:tr>
    </w:tbl>
    <w:p xmlns:wp14="http://schemas.microsoft.com/office/word/2010/wordml" w:rsidR="0088700B" w:rsidRDefault="0088700B" w14:paraId="5997CC1D" wp14:textId="77777777"/>
    <w:p xmlns:wp14="http://schemas.microsoft.com/office/word/2010/wordml" w:rsidR="0088700B" w:rsidRDefault="00000000" w14:paraId="77C29E57" wp14:textId="77777777">
      <w:r>
        <w:t>Ja discount ir NULL, rezultāts būs 0. Ja discount nav NULL, rezultāts būs pati discount vērtība.</w:t>
      </w:r>
    </w:p>
    <w:p xmlns:wp14="http://schemas.microsoft.com/office/word/2010/wordml" w:rsidR="0088700B" w:rsidRDefault="00000000" w14:paraId="7F6908E4" wp14:textId="77777777">
      <w:pPr>
        <w:pStyle w:val="Heading1"/>
      </w:pPr>
      <w:r>
        <w:t>7. Kārtošana, ierobežošana un agregātfunkcijas</w:t>
      </w:r>
    </w:p>
    <w:p xmlns:wp14="http://schemas.microsoft.com/office/word/2010/wordml" w:rsidR="0088700B" w:rsidRDefault="00000000" w14:paraId="38CB841E" wp14:textId="77777777">
      <w:pPr>
        <w:pStyle w:val="Heading2"/>
      </w:pPr>
      <w:r>
        <w:t>7.1. ORDER BY, ASC, DESC</w:t>
      </w:r>
    </w:p>
    <w:p xmlns:wp14="http://schemas.microsoft.com/office/word/2010/wordml" w:rsidR="0088700B" w:rsidRDefault="00000000" w14:paraId="29E8CAFA" wp14:textId="77777777">
      <w:r>
        <w:t>ORDER BY sakārto SELECT vaicājuma rezultātus. Noklusējuma virziens ir ASC jeb augošā secībā.</w:t>
      </w:r>
    </w:p>
    <w:tbl>
      <w:tblPr>
        <w:tblStyle w:val="TableGrid"/>
        <w:tblW w:w="0" w:type="auto"/>
        <w:tblLook w:val="04A0" w:firstRow="1" w:lastRow="0" w:firstColumn="1" w:lastColumn="0" w:noHBand="0" w:noVBand="1"/>
      </w:tblPr>
      <w:tblGrid>
        <w:gridCol w:w="10080"/>
      </w:tblGrid>
      <w:tr xmlns:wp14="http://schemas.microsoft.com/office/word/2010/wordml" w:rsidR="0088700B" w14:paraId="59B0D08A" wp14:textId="77777777">
        <w:tc>
          <w:tcPr>
            <w:tcW w:w="10080" w:type="dxa"/>
            <w:shd w:val="clear" w:color="auto" w:fill="F2F2F2"/>
          </w:tcPr>
          <w:p w:rsidR="0088700B" w:rsidRDefault="00000000" w14:paraId="423F0FF7" wp14:textId="77777777">
            <w:r>
              <w:rPr>
                <w:rFonts w:ascii="Consolas" w:hAnsi="Consolas" w:eastAsia="Consolas"/>
                <w:sz w:val="17"/>
              </w:rPr>
              <w:t>SELECT * FROM Students</w:t>
            </w:r>
            <w:r>
              <w:rPr>
                <w:rFonts w:ascii="Consolas" w:hAnsi="Consolas" w:eastAsia="Consolas"/>
                <w:sz w:val="17"/>
              </w:rPr>
              <w:br/>
            </w:r>
            <w:r>
              <w:rPr>
                <w:rFonts w:ascii="Consolas" w:hAnsi="Consolas" w:eastAsia="Consolas"/>
                <w:sz w:val="17"/>
              </w:rPr>
              <w:t>ORDER BY age ASC;</w:t>
            </w:r>
          </w:p>
        </w:tc>
      </w:tr>
    </w:tbl>
    <w:p xmlns:wp14="http://schemas.microsoft.com/office/word/2010/wordml" w:rsidR="0088700B" w:rsidRDefault="0088700B" w14:paraId="110FFD37" wp14:textId="77777777"/>
    <w:tbl>
      <w:tblPr>
        <w:tblStyle w:val="TableGrid"/>
        <w:tblW w:w="0" w:type="auto"/>
        <w:tblLook w:val="04A0" w:firstRow="1" w:lastRow="0" w:firstColumn="1" w:lastColumn="0" w:noHBand="0" w:noVBand="1"/>
      </w:tblPr>
      <w:tblGrid>
        <w:gridCol w:w="10080"/>
      </w:tblGrid>
      <w:tr xmlns:wp14="http://schemas.microsoft.com/office/word/2010/wordml" w:rsidR="0088700B" w14:paraId="51192E7D" wp14:textId="77777777">
        <w:tc>
          <w:tcPr>
            <w:tcW w:w="10080" w:type="dxa"/>
            <w:shd w:val="clear" w:color="auto" w:fill="F2F2F2"/>
          </w:tcPr>
          <w:p w:rsidR="0088700B" w:rsidRDefault="00000000" w14:paraId="3AD5767F" wp14:textId="77777777">
            <w:r>
              <w:rPr>
                <w:rFonts w:ascii="Consolas" w:hAnsi="Consolas" w:eastAsia="Consolas"/>
                <w:sz w:val="17"/>
              </w:rPr>
              <w:t>SELECT * FROM Students</w:t>
            </w:r>
            <w:r>
              <w:rPr>
                <w:rFonts w:ascii="Consolas" w:hAnsi="Consolas" w:eastAsia="Consolas"/>
                <w:sz w:val="17"/>
              </w:rPr>
              <w:br/>
            </w:r>
            <w:r>
              <w:rPr>
                <w:rFonts w:ascii="Consolas" w:hAnsi="Consolas" w:eastAsia="Consolas"/>
                <w:sz w:val="17"/>
              </w:rPr>
              <w:t>ORDER BY age DESC;</w:t>
            </w:r>
          </w:p>
        </w:tc>
      </w:tr>
    </w:tbl>
    <w:p xmlns:wp14="http://schemas.microsoft.com/office/word/2010/wordml" w:rsidR="0088700B" w:rsidRDefault="0088700B" w14:paraId="6B699379" wp14:textId="77777777"/>
    <w:p xmlns:wp14="http://schemas.microsoft.com/office/word/2010/wordml" w:rsidR="0088700B" w:rsidRDefault="00000000" w14:paraId="6F5D2DD8" wp14:textId="77777777">
      <w:pPr>
        <w:pStyle w:val="Heading2"/>
      </w:pPr>
      <w:r>
        <w:t>7.2. LIMIT</w:t>
      </w:r>
    </w:p>
    <w:p xmlns:wp14="http://schemas.microsoft.com/office/word/2010/wordml" w:rsidR="0088700B" w:rsidRDefault="00000000" w14:paraId="55FA6F3E" wp14:textId="77777777">
      <w:r>
        <w:t>LIMIT ierobežo atgriezto rindu skaitu MySQL un PostgreSQL datubāzēs.</w:t>
      </w:r>
    </w:p>
    <w:tbl>
      <w:tblPr>
        <w:tblStyle w:val="TableGrid"/>
        <w:tblW w:w="0" w:type="auto"/>
        <w:tblLook w:val="04A0" w:firstRow="1" w:lastRow="0" w:firstColumn="1" w:lastColumn="0" w:noHBand="0" w:noVBand="1"/>
      </w:tblPr>
      <w:tblGrid>
        <w:gridCol w:w="10080"/>
      </w:tblGrid>
      <w:tr xmlns:wp14="http://schemas.microsoft.com/office/word/2010/wordml" w:rsidR="0088700B" w14:paraId="4E354B7C" wp14:textId="77777777">
        <w:tc>
          <w:tcPr>
            <w:tcW w:w="10080" w:type="dxa"/>
            <w:shd w:val="clear" w:color="auto" w:fill="F2F2F2"/>
          </w:tcPr>
          <w:p w:rsidR="0088700B" w:rsidRDefault="00000000" w14:paraId="1E14293C" wp14:textId="77777777">
            <w:r>
              <w:rPr>
                <w:rFonts w:ascii="Consolas" w:hAnsi="Consolas" w:eastAsia="Consolas"/>
                <w:sz w:val="17"/>
              </w:rPr>
              <w:t>SELECT * FROM Students</w:t>
            </w:r>
            <w:r>
              <w:rPr>
                <w:rFonts w:ascii="Consolas" w:hAnsi="Consolas" w:eastAsia="Consolas"/>
                <w:sz w:val="17"/>
              </w:rPr>
              <w:br/>
            </w:r>
            <w:r>
              <w:rPr>
                <w:rFonts w:ascii="Consolas" w:hAnsi="Consolas" w:eastAsia="Consolas"/>
                <w:sz w:val="17"/>
              </w:rPr>
              <w:t>ORDER BY age DESC</w:t>
            </w:r>
            <w:r>
              <w:rPr>
                <w:rFonts w:ascii="Consolas" w:hAnsi="Consolas" w:eastAsia="Consolas"/>
                <w:sz w:val="17"/>
              </w:rPr>
              <w:br/>
            </w:r>
            <w:r>
              <w:rPr>
                <w:rFonts w:ascii="Consolas" w:hAnsi="Consolas" w:eastAsia="Consolas"/>
                <w:sz w:val="17"/>
              </w:rPr>
              <w:t>LIMIT 5;</w:t>
            </w:r>
          </w:p>
        </w:tc>
      </w:tr>
    </w:tbl>
    <w:p xmlns:wp14="http://schemas.microsoft.com/office/word/2010/wordml" w:rsidR="0088700B" w:rsidRDefault="0088700B" w14:paraId="3FE9F23F" wp14:textId="77777777"/>
    <w:p xmlns:wp14="http://schemas.microsoft.com/office/word/2010/wordml" w:rsidR="0088700B" w:rsidRDefault="00000000" w14:paraId="2B0559DF" wp14:textId="77777777">
      <w:pPr>
        <w:pStyle w:val="Heading2"/>
      </w:pPr>
      <w:r>
        <w:t>7.3. DISTINCT</w:t>
      </w:r>
    </w:p>
    <w:p xmlns:wp14="http://schemas.microsoft.com/office/word/2010/wordml" w:rsidR="0088700B" w:rsidRDefault="00000000" w14:paraId="46EFE228" wp14:textId="77777777">
      <w:r>
        <w:t>DISTINCT atgriež tikai unikālas vērtības, bez dublikātiem.</w:t>
      </w:r>
    </w:p>
    <w:tbl>
      <w:tblPr>
        <w:tblStyle w:val="TableGrid"/>
        <w:tblW w:w="0" w:type="auto"/>
        <w:tblLook w:val="04A0" w:firstRow="1" w:lastRow="0" w:firstColumn="1" w:lastColumn="0" w:noHBand="0" w:noVBand="1"/>
      </w:tblPr>
      <w:tblGrid>
        <w:gridCol w:w="10080"/>
      </w:tblGrid>
      <w:tr xmlns:wp14="http://schemas.microsoft.com/office/word/2010/wordml" w:rsidR="0088700B" w14:paraId="1F9A84A6" wp14:textId="77777777">
        <w:tc>
          <w:tcPr>
            <w:tcW w:w="10080" w:type="dxa"/>
            <w:shd w:val="clear" w:color="auto" w:fill="F2F2F2"/>
          </w:tcPr>
          <w:p w:rsidR="0088700B" w:rsidRDefault="00000000" w14:paraId="141630DC" wp14:textId="77777777">
            <w:r>
              <w:rPr>
                <w:rFonts w:ascii="Consolas" w:hAnsi="Consolas" w:eastAsia="Consolas"/>
                <w:sz w:val="17"/>
              </w:rPr>
              <w:t>SELECT DISTINCT city</w:t>
            </w:r>
            <w:r>
              <w:rPr>
                <w:rFonts w:ascii="Consolas" w:hAnsi="Consolas" w:eastAsia="Consolas"/>
                <w:sz w:val="17"/>
              </w:rPr>
              <w:br/>
            </w:r>
            <w:r>
              <w:rPr>
                <w:rFonts w:ascii="Consolas" w:hAnsi="Consolas" w:eastAsia="Consolas"/>
                <w:sz w:val="17"/>
              </w:rPr>
              <w:t>FROM Students;</w:t>
            </w:r>
          </w:p>
        </w:tc>
      </w:tr>
    </w:tbl>
    <w:p xmlns:wp14="http://schemas.microsoft.com/office/word/2010/wordml" w:rsidR="0088700B" w:rsidRDefault="0088700B" w14:paraId="1F72F646" wp14:textId="77777777"/>
    <w:p xmlns:wp14="http://schemas.microsoft.com/office/word/2010/wordml" w:rsidR="0088700B" w:rsidRDefault="00000000" w14:paraId="6A8B5F04" wp14:textId="77777777">
      <w:pPr>
        <w:pStyle w:val="Heading2"/>
      </w:pPr>
      <w:r>
        <w:t>7.4. Agregātfunkcijas</w:t>
      </w:r>
    </w:p>
    <w:tbl>
      <w:tblPr>
        <w:tblStyle w:val="TableGrid"/>
        <w:tblW w:w="0" w:type="auto"/>
        <w:jc w:val="center"/>
        <w:tblLook w:val="04A0" w:firstRow="1" w:lastRow="0" w:firstColumn="1" w:lastColumn="0" w:noHBand="0" w:noVBand="1"/>
      </w:tblPr>
      <w:tblGrid>
        <w:gridCol w:w="2016"/>
        <w:gridCol w:w="4320"/>
        <w:gridCol w:w="3312"/>
      </w:tblGrid>
      <w:tr xmlns:wp14="http://schemas.microsoft.com/office/word/2010/wordml" w:rsidR="0088700B" w14:paraId="49F95B81" wp14:textId="77777777">
        <w:trPr>
          <w:jc w:val="center"/>
        </w:trPr>
        <w:tc>
          <w:tcPr>
            <w:tcW w:w="2016" w:type="dxa"/>
            <w:shd w:val="clear" w:color="auto" w:fill="D9EAF7"/>
            <w:vAlign w:val="center"/>
          </w:tcPr>
          <w:p w:rsidR="0088700B" w:rsidRDefault="00000000" w14:paraId="5EEA6FBE" wp14:textId="77777777">
            <w:r>
              <w:rPr>
                <w:b/>
                <w:sz w:val="18"/>
              </w:rPr>
              <w:t>Funkcija</w:t>
            </w:r>
          </w:p>
        </w:tc>
        <w:tc>
          <w:tcPr>
            <w:tcW w:w="4320" w:type="dxa"/>
            <w:shd w:val="clear" w:color="auto" w:fill="D9EAF7"/>
            <w:vAlign w:val="center"/>
          </w:tcPr>
          <w:p w:rsidR="0088700B" w:rsidRDefault="00000000" w14:paraId="2BE948D9" wp14:textId="77777777">
            <w:r>
              <w:rPr>
                <w:b/>
                <w:sz w:val="18"/>
              </w:rPr>
              <w:t>Ko dara</w:t>
            </w:r>
          </w:p>
        </w:tc>
        <w:tc>
          <w:tcPr>
            <w:tcW w:w="3312" w:type="dxa"/>
            <w:shd w:val="clear" w:color="auto" w:fill="D9EAF7"/>
            <w:vAlign w:val="center"/>
          </w:tcPr>
          <w:p w:rsidR="0088700B" w:rsidRDefault="00000000" w14:paraId="10C2B42F" wp14:textId="77777777">
            <w:r>
              <w:rPr>
                <w:b/>
                <w:sz w:val="18"/>
              </w:rPr>
              <w:t>Piemērs</w:t>
            </w:r>
          </w:p>
        </w:tc>
      </w:tr>
      <w:tr xmlns:wp14="http://schemas.microsoft.com/office/word/2010/wordml" w:rsidR="0088700B" w14:paraId="632CF471" wp14:textId="77777777">
        <w:trPr>
          <w:jc w:val="center"/>
        </w:trPr>
        <w:tc>
          <w:tcPr>
            <w:tcW w:w="2016" w:type="dxa"/>
            <w:vAlign w:val="center"/>
          </w:tcPr>
          <w:p w:rsidR="0088700B" w:rsidRDefault="00000000" w14:paraId="2A1CD2F6" wp14:textId="77777777">
            <w:r>
              <w:rPr>
                <w:sz w:val="18"/>
              </w:rPr>
              <w:t>COUNT()</w:t>
            </w:r>
          </w:p>
        </w:tc>
        <w:tc>
          <w:tcPr>
            <w:tcW w:w="4320" w:type="dxa"/>
            <w:vAlign w:val="center"/>
          </w:tcPr>
          <w:p w:rsidR="0088700B" w:rsidRDefault="00000000" w14:paraId="040ED473" wp14:textId="77777777">
            <w:r>
              <w:rPr>
                <w:sz w:val="18"/>
              </w:rPr>
              <w:t>Saskaita rindas</w:t>
            </w:r>
          </w:p>
        </w:tc>
        <w:tc>
          <w:tcPr>
            <w:tcW w:w="3312" w:type="dxa"/>
            <w:vAlign w:val="center"/>
          </w:tcPr>
          <w:p w:rsidR="0088700B" w:rsidRDefault="00000000" w14:paraId="2542AEF1" wp14:textId="77777777">
            <w:r>
              <w:rPr>
                <w:sz w:val="18"/>
              </w:rPr>
              <w:t>COUNT(*)</w:t>
            </w:r>
          </w:p>
        </w:tc>
      </w:tr>
      <w:tr xmlns:wp14="http://schemas.microsoft.com/office/word/2010/wordml" w:rsidR="0088700B" w14:paraId="43F3FECA" wp14:textId="77777777">
        <w:trPr>
          <w:jc w:val="center"/>
        </w:trPr>
        <w:tc>
          <w:tcPr>
            <w:tcW w:w="2016" w:type="dxa"/>
            <w:vAlign w:val="center"/>
          </w:tcPr>
          <w:p w:rsidR="0088700B" w:rsidRDefault="00000000" w14:paraId="21CA884A" wp14:textId="77777777">
            <w:r>
              <w:rPr>
                <w:sz w:val="18"/>
              </w:rPr>
              <w:t>SUM()</w:t>
            </w:r>
          </w:p>
        </w:tc>
        <w:tc>
          <w:tcPr>
            <w:tcW w:w="4320" w:type="dxa"/>
            <w:vAlign w:val="center"/>
          </w:tcPr>
          <w:p w:rsidR="0088700B" w:rsidRDefault="00000000" w14:paraId="162FFFBD" wp14:textId="77777777">
            <w:r>
              <w:rPr>
                <w:sz w:val="18"/>
              </w:rPr>
              <w:t>Aprēķina summu</w:t>
            </w:r>
          </w:p>
        </w:tc>
        <w:tc>
          <w:tcPr>
            <w:tcW w:w="3312" w:type="dxa"/>
            <w:vAlign w:val="center"/>
          </w:tcPr>
          <w:p w:rsidR="0088700B" w:rsidRDefault="00000000" w14:paraId="3B13B9A4" wp14:textId="77777777">
            <w:r>
              <w:rPr>
                <w:sz w:val="18"/>
              </w:rPr>
              <w:t>SUM(amount)</w:t>
            </w:r>
          </w:p>
        </w:tc>
      </w:tr>
      <w:tr xmlns:wp14="http://schemas.microsoft.com/office/word/2010/wordml" w:rsidR="0088700B" w14:paraId="160CFEC8" wp14:textId="77777777">
        <w:trPr>
          <w:jc w:val="center"/>
        </w:trPr>
        <w:tc>
          <w:tcPr>
            <w:tcW w:w="2016" w:type="dxa"/>
            <w:vAlign w:val="center"/>
          </w:tcPr>
          <w:p w:rsidR="0088700B" w:rsidRDefault="00000000" w14:paraId="5675415B" wp14:textId="77777777">
            <w:r>
              <w:rPr>
                <w:sz w:val="18"/>
              </w:rPr>
              <w:t>AVG()</w:t>
            </w:r>
          </w:p>
        </w:tc>
        <w:tc>
          <w:tcPr>
            <w:tcW w:w="4320" w:type="dxa"/>
            <w:vAlign w:val="center"/>
          </w:tcPr>
          <w:p w:rsidR="0088700B" w:rsidRDefault="00000000" w14:paraId="017A2F96" wp14:textId="77777777">
            <w:r>
              <w:rPr>
                <w:sz w:val="18"/>
              </w:rPr>
              <w:t>Aprēķina vidējo vērtību</w:t>
            </w:r>
          </w:p>
        </w:tc>
        <w:tc>
          <w:tcPr>
            <w:tcW w:w="3312" w:type="dxa"/>
            <w:vAlign w:val="center"/>
          </w:tcPr>
          <w:p w:rsidR="0088700B" w:rsidRDefault="00000000" w14:paraId="44CF03AA" wp14:textId="77777777">
            <w:r>
              <w:rPr>
                <w:sz w:val="18"/>
              </w:rPr>
              <w:t>AVG(price)</w:t>
            </w:r>
          </w:p>
        </w:tc>
      </w:tr>
      <w:tr xmlns:wp14="http://schemas.microsoft.com/office/word/2010/wordml" w:rsidR="0088700B" w14:paraId="783B3C70" wp14:textId="77777777">
        <w:trPr>
          <w:jc w:val="center"/>
        </w:trPr>
        <w:tc>
          <w:tcPr>
            <w:tcW w:w="2016" w:type="dxa"/>
            <w:vAlign w:val="center"/>
          </w:tcPr>
          <w:p w:rsidR="0088700B" w:rsidRDefault="00000000" w14:paraId="4883CAA6" wp14:textId="77777777">
            <w:r>
              <w:rPr>
                <w:sz w:val="18"/>
              </w:rPr>
              <w:t>MIN()</w:t>
            </w:r>
          </w:p>
        </w:tc>
        <w:tc>
          <w:tcPr>
            <w:tcW w:w="4320" w:type="dxa"/>
            <w:vAlign w:val="center"/>
          </w:tcPr>
          <w:p w:rsidR="0088700B" w:rsidRDefault="00000000" w14:paraId="666FA11E" wp14:textId="77777777">
            <w:r>
              <w:rPr>
                <w:sz w:val="18"/>
              </w:rPr>
              <w:t>Atrod mazāko vērtību</w:t>
            </w:r>
          </w:p>
        </w:tc>
        <w:tc>
          <w:tcPr>
            <w:tcW w:w="3312" w:type="dxa"/>
            <w:vAlign w:val="center"/>
          </w:tcPr>
          <w:p w:rsidR="0088700B" w:rsidRDefault="00000000" w14:paraId="190E2948" wp14:textId="77777777">
            <w:r>
              <w:rPr>
                <w:sz w:val="18"/>
              </w:rPr>
              <w:t>MIN(price)</w:t>
            </w:r>
          </w:p>
        </w:tc>
      </w:tr>
      <w:tr xmlns:wp14="http://schemas.microsoft.com/office/word/2010/wordml" w:rsidR="0088700B" w14:paraId="55B7257F" wp14:textId="77777777">
        <w:trPr>
          <w:jc w:val="center"/>
        </w:trPr>
        <w:tc>
          <w:tcPr>
            <w:tcW w:w="2016" w:type="dxa"/>
            <w:vAlign w:val="center"/>
          </w:tcPr>
          <w:p w:rsidR="0088700B" w:rsidRDefault="00000000" w14:paraId="40A2C746" wp14:textId="77777777">
            <w:r>
              <w:rPr>
                <w:sz w:val="18"/>
              </w:rPr>
              <w:t>MAX()</w:t>
            </w:r>
          </w:p>
        </w:tc>
        <w:tc>
          <w:tcPr>
            <w:tcW w:w="4320" w:type="dxa"/>
            <w:vAlign w:val="center"/>
          </w:tcPr>
          <w:p w:rsidR="0088700B" w:rsidRDefault="00000000" w14:paraId="50DE3882" wp14:textId="77777777">
            <w:r>
              <w:rPr>
                <w:sz w:val="18"/>
              </w:rPr>
              <w:t>Atrod lielāko vērtību</w:t>
            </w:r>
          </w:p>
        </w:tc>
        <w:tc>
          <w:tcPr>
            <w:tcW w:w="3312" w:type="dxa"/>
            <w:vAlign w:val="center"/>
          </w:tcPr>
          <w:p w:rsidR="0088700B" w:rsidRDefault="00000000" w14:paraId="245A3736" wp14:textId="77777777">
            <w:r>
              <w:rPr>
                <w:sz w:val="18"/>
              </w:rPr>
              <w:t>MAX(price)</w:t>
            </w:r>
          </w:p>
        </w:tc>
      </w:tr>
    </w:tbl>
    <w:p xmlns:wp14="http://schemas.microsoft.com/office/word/2010/wordml" w:rsidR="0088700B" w:rsidRDefault="0088700B" w14:paraId="08CE6F91" wp14:textId="77777777"/>
    <w:tbl>
      <w:tblPr>
        <w:tblStyle w:val="TableGrid"/>
        <w:tblW w:w="0" w:type="auto"/>
        <w:tblLook w:val="04A0" w:firstRow="1" w:lastRow="0" w:firstColumn="1" w:lastColumn="0" w:noHBand="0" w:noVBand="1"/>
      </w:tblPr>
      <w:tblGrid>
        <w:gridCol w:w="10080"/>
      </w:tblGrid>
      <w:tr xmlns:wp14="http://schemas.microsoft.com/office/word/2010/wordml" w:rsidR="0088700B" w14:paraId="299ABE5B" wp14:textId="77777777">
        <w:tc>
          <w:tcPr>
            <w:tcW w:w="10080" w:type="dxa"/>
            <w:shd w:val="clear" w:color="auto" w:fill="F2F2F2"/>
          </w:tcPr>
          <w:p w:rsidR="0088700B" w:rsidRDefault="00000000" w14:paraId="6983628D" wp14:textId="77777777">
            <w:r>
              <w:rPr>
                <w:rFonts w:ascii="Consolas" w:hAnsi="Consolas" w:eastAsia="Consolas"/>
                <w:sz w:val="17"/>
              </w:rPr>
              <w:t>SELECT COUNT(*)</w:t>
            </w:r>
            <w:r>
              <w:rPr>
                <w:rFonts w:ascii="Consolas" w:hAnsi="Consolas" w:eastAsia="Consolas"/>
                <w:sz w:val="17"/>
              </w:rPr>
              <w:br/>
            </w:r>
            <w:r>
              <w:rPr>
                <w:rFonts w:ascii="Consolas" w:hAnsi="Consolas" w:eastAsia="Consolas"/>
                <w:sz w:val="17"/>
              </w:rPr>
              <w:t>FROM Orders;</w:t>
            </w:r>
          </w:p>
        </w:tc>
      </w:tr>
    </w:tbl>
    <w:p xmlns:wp14="http://schemas.microsoft.com/office/word/2010/wordml" w:rsidR="0088700B" w:rsidRDefault="0088700B" w14:paraId="61CDCEAD" wp14:textId="77777777"/>
    <w:tbl>
      <w:tblPr>
        <w:tblStyle w:val="TableGrid"/>
        <w:tblW w:w="0" w:type="auto"/>
        <w:tblLook w:val="04A0" w:firstRow="1" w:lastRow="0" w:firstColumn="1" w:lastColumn="0" w:noHBand="0" w:noVBand="1"/>
      </w:tblPr>
      <w:tblGrid>
        <w:gridCol w:w="10080"/>
      </w:tblGrid>
      <w:tr xmlns:wp14="http://schemas.microsoft.com/office/word/2010/wordml" w:rsidR="0088700B" w14:paraId="148550DE" wp14:textId="77777777">
        <w:tc>
          <w:tcPr>
            <w:tcW w:w="10080" w:type="dxa"/>
            <w:shd w:val="clear" w:color="auto" w:fill="F2F2F2"/>
          </w:tcPr>
          <w:p w:rsidR="0088700B" w:rsidRDefault="00000000" w14:paraId="40342282" wp14:textId="77777777">
            <w:r>
              <w:rPr>
                <w:rFonts w:ascii="Consolas" w:hAnsi="Consolas" w:eastAsia="Consolas"/>
                <w:sz w:val="17"/>
              </w:rPr>
              <w:t>SELECT COUNT(DISTINCT pilseta)</w:t>
            </w:r>
            <w:r>
              <w:rPr>
                <w:rFonts w:ascii="Consolas" w:hAnsi="Consolas" w:eastAsia="Consolas"/>
                <w:sz w:val="17"/>
              </w:rPr>
              <w:br/>
            </w:r>
            <w:r>
              <w:rPr>
                <w:rFonts w:ascii="Consolas" w:hAnsi="Consolas" w:eastAsia="Consolas"/>
                <w:sz w:val="17"/>
              </w:rPr>
              <w:t>FROM Klienti;</w:t>
            </w:r>
          </w:p>
        </w:tc>
      </w:tr>
    </w:tbl>
    <w:p xmlns:wp14="http://schemas.microsoft.com/office/word/2010/wordml" w:rsidR="0088700B" w:rsidRDefault="0088700B" w14:paraId="6BB9E253" wp14:textId="77777777"/>
    <w:p xmlns:wp14="http://schemas.microsoft.com/office/word/2010/wordml" w:rsidR="0088700B" w:rsidRDefault="00000000" w14:paraId="51AE6034" wp14:textId="77777777">
      <w:pPr>
        <w:pStyle w:val="Heading2"/>
      </w:pPr>
      <w:r>
        <w:t>7.5. GROUP BY</w:t>
      </w:r>
    </w:p>
    <w:p xmlns:wp14="http://schemas.microsoft.com/office/word/2010/wordml" w:rsidR="0088700B" w:rsidRDefault="00000000" w14:paraId="6DAD7DAA" wp14:textId="77777777">
      <w:r>
        <w:t>GROUP BY grupē rindas pēc kolonnas un parasti tiek lietots kopā ar agregātfunkcijām.</w:t>
      </w:r>
    </w:p>
    <w:tbl>
      <w:tblPr>
        <w:tblStyle w:val="TableGrid"/>
        <w:tblW w:w="0" w:type="auto"/>
        <w:tblLook w:val="04A0" w:firstRow="1" w:lastRow="0" w:firstColumn="1" w:lastColumn="0" w:noHBand="0" w:noVBand="1"/>
      </w:tblPr>
      <w:tblGrid>
        <w:gridCol w:w="10080"/>
      </w:tblGrid>
      <w:tr xmlns:wp14="http://schemas.microsoft.com/office/word/2010/wordml" w:rsidR="0088700B" w14:paraId="0A24BE24" wp14:textId="77777777">
        <w:tc>
          <w:tcPr>
            <w:tcW w:w="10080" w:type="dxa"/>
            <w:shd w:val="clear" w:color="auto" w:fill="F2F2F2"/>
          </w:tcPr>
          <w:p w:rsidR="0088700B" w:rsidRDefault="00000000" w14:paraId="16F99513" wp14:textId="77777777">
            <w:r>
              <w:rPr>
                <w:rFonts w:ascii="Consolas" w:hAnsi="Consolas" w:eastAsia="Consolas"/>
                <w:sz w:val="17"/>
              </w:rPr>
              <w:t>SELECT customer_id, SUM(amount) AS total_amount</w:t>
            </w:r>
            <w:r>
              <w:rPr>
                <w:rFonts w:ascii="Consolas" w:hAnsi="Consolas" w:eastAsia="Consolas"/>
                <w:sz w:val="17"/>
              </w:rPr>
              <w:br/>
            </w:r>
            <w:r>
              <w:rPr>
                <w:rFonts w:ascii="Consolas" w:hAnsi="Consolas" w:eastAsia="Consolas"/>
                <w:sz w:val="17"/>
              </w:rPr>
              <w:t>FROM Orders</w:t>
            </w:r>
            <w:r>
              <w:rPr>
                <w:rFonts w:ascii="Consolas" w:hAnsi="Consolas" w:eastAsia="Consolas"/>
                <w:sz w:val="17"/>
              </w:rPr>
              <w:br/>
            </w:r>
            <w:r>
              <w:rPr>
                <w:rFonts w:ascii="Consolas" w:hAnsi="Consolas" w:eastAsia="Consolas"/>
                <w:sz w:val="17"/>
              </w:rPr>
              <w:t>GROUP BY customer_id;</w:t>
            </w:r>
          </w:p>
        </w:tc>
      </w:tr>
    </w:tbl>
    <w:p xmlns:wp14="http://schemas.microsoft.com/office/word/2010/wordml" w:rsidR="0088700B" w:rsidRDefault="0088700B" w14:paraId="23DE523C" wp14:textId="77777777"/>
    <w:p xmlns:wp14="http://schemas.microsoft.com/office/word/2010/wordml" w:rsidR="0088700B" w:rsidRDefault="00000000" w14:paraId="07E9DEDB" wp14:textId="77777777">
      <w:pPr>
        <w:pStyle w:val="Heading1"/>
      </w:pPr>
      <w:r>
        <w:t>8. SQL vaicājuma loģiskais izpildes secīgums</w:t>
      </w:r>
    </w:p>
    <w:p xmlns:wp14="http://schemas.microsoft.com/office/word/2010/wordml" w:rsidR="0088700B" w:rsidRDefault="00000000" w14:paraId="464D5B14" wp14:textId="77777777">
      <w:r>
        <w:t>Lai gan vaicājumu raksta ar SELECT sākumā, loģiski datubāze vispirms nosaka datu avotu ar FROM.</w:t>
      </w:r>
    </w:p>
    <w:tbl>
      <w:tblPr>
        <w:tblStyle w:val="TableGrid"/>
        <w:tblW w:w="0" w:type="auto"/>
        <w:jc w:val="center"/>
        <w:tblLook w:val="04A0" w:firstRow="1" w:lastRow="0" w:firstColumn="1" w:lastColumn="0" w:noHBand="0" w:noVBand="1"/>
      </w:tblPr>
      <w:tblGrid>
        <w:gridCol w:w="1008"/>
        <w:gridCol w:w="2016"/>
        <w:gridCol w:w="6912"/>
      </w:tblGrid>
      <w:tr xmlns:wp14="http://schemas.microsoft.com/office/word/2010/wordml" w:rsidR="0088700B" w14:paraId="5F32C342" wp14:textId="77777777">
        <w:trPr>
          <w:jc w:val="center"/>
        </w:trPr>
        <w:tc>
          <w:tcPr>
            <w:tcW w:w="1008" w:type="dxa"/>
            <w:shd w:val="clear" w:color="auto" w:fill="D9EAF7"/>
            <w:vAlign w:val="center"/>
          </w:tcPr>
          <w:p w:rsidR="0088700B" w:rsidRDefault="00000000" w14:paraId="312F1E09" wp14:textId="77777777">
            <w:r>
              <w:rPr>
                <w:b/>
                <w:sz w:val="18"/>
              </w:rPr>
              <w:t>Secība</w:t>
            </w:r>
          </w:p>
        </w:tc>
        <w:tc>
          <w:tcPr>
            <w:tcW w:w="2016" w:type="dxa"/>
            <w:shd w:val="clear" w:color="auto" w:fill="D9EAF7"/>
            <w:vAlign w:val="center"/>
          </w:tcPr>
          <w:p w:rsidR="0088700B" w:rsidRDefault="00000000" w14:paraId="43E92D12" wp14:textId="77777777">
            <w:r>
              <w:rPr>
                <w:b/>
                <w:sz w:val="18"/>
              </w:rPr>
              <w:t>Elements</w:t>
            </w:r>
          </w:p>
        </w:tc>
        <w:tc>
          <w:tcPr>
            <w:tcW w:w="6912" w:type="dxa"/>
            <w:shd w:val="clear" w:color="auto" w:fill="D9EAF7"/>
            <w:vAlign w:val="center"/>
          </w:tcPr>
          <w:p w:rsidR="0088700B" w:rsidRDefault="00000000" w14:paraId="79A33B14" wp14:textId="77777777">
            <w:r>
              <w:rPr>
                <w:b/>
                <w:sz w:val="18"/>
              </w:rPr>
              <w:t>Ko dara</w:t>
            </w:r>
          </w:p>
        </w:tc>
      </w:tr>
      <w:tr xmlns:wp14="http://schemas.microsoft.com/office/word/2010/wordml" w:rsidR="0088700B" w14:paraId="3B607140" wp14:textId="77777777">
        <w:trPr>
          <w:jc w:val="center"/>
        </w:trPr>
        <w:tc>
          <w:tcPr>
            <w:tcW w:w="1008" w:type="dxa"/>
            <w:vAlign w:val="center"/>
          </w:tcPr>
          <w:p w:rsidR="0088700B" w:rsidRDefault="00000000" w14:paraId="649841BE" wp14:textId="77777777">
            <w:r>
              <w:rPr>
                <w:sz w:val="18"/>
              </w:rPr>
              <w:t>1</w:t>
            </w:r>
          </w:p>
        </w:tc>
        <w:tc>
          <w:tcPr>
            <w:tcW w:w="2016" w:type="dxa"/>
            <w:vAlign w:val="center"/>
          </w:tcPr>
          <w:p w:rsidR="0088700B" w:rsidRDefault="00000000" w14:paraId="25DC00D5" wp14:textId="77777777">
            <w:r>
              <w:rPr>
                <w:sz w:val="18"/>
              </w:rPr>
              <w:t>FROM</w:t>
            </w:r>
          </w:p>
        </w:tc>
        <w:tc>
          <w:tcPr>
            <w:tcW w:w="6912" w:type="dxa"/>
            <w:vAlign w:val="center"/>
          </w:tcPr>
          <w:p w:rsidR="0088700B" w:rsidRDefault="00000000" w14:paraId="1BE9E0ED" wp14:textId="77777777">
            <w:r>
              <w:rPr>
                <w:sz w:val="18"/>
              </w:rPr>
              <w:t>Nosaka tabulu vai tabulas</w:t>
            </w:r>
          </w:p>
        </w:tc>
      </w:tr>
      <w:tr xmlns:wp14="http://schemas.microsoft.com/office/word/2010/wordml" w:rsidR="0088700B" w14:paraId="646D16C9" wp14:textId="77777777">
        <w:trPr>
          <w:jc w:val="center"/>
        </w:trPr>
        <w:tc>
          <w:tcPr>
            <w:tcW w:w="1008" w:type="dxa"/>
            <w:vAlign w:val="center"/>
          </w:tcPr>
          <w:p w:rsidR="0088700B" w:rsidRDefault="00000000" w14:paraId="18F999B5" wp14:textId="77777777">
            <w:r>
              <w:rPr>
                <w:sz w:val="18"/>
              </w:rPr>
              <w:t>2</w:t>
            </w:r>
          </w:p>
        </w:tc>
        <w:tc>
          <w:tcPr>
            <w:tcW w:w="2016" w:type="dxa"/>
            <w:vAlign w:val="center"/>
          </w:tcPr>
          <w:p w:rsidR="0088700B" w:rsidRDefault="00000000" w14:paraId="5D1DD9DB" wp14:textId="77777777">
            <w:r>
              <w:rPr>
                <w:sz w:val="18"/>
              </w:rPr>
              <w:t>WHERE</w:t>
            </w:r>
          </w:p>
        </w:tc>
        <w:tc>
          <w:tcPr>
            <w:tcW w:w="6912" w:type="dxa"/>
            <w:vAlign w:val="center"/>
          </w:tcPr>
          <w:p w:rsidR="0088700B" w:rsidRDefault="00000000" w14:paraId="7EE3586A" wp14:textId="77777777">
            <w:r>
              <w:rPr>
                <w:sz w:val="18"/>
              </w:rPr>
              <w:t>Filtrē rindas</w:t>
            </w:r>
          </w:p>
        </w:tc>
      </w:tr>
      <w:tr xmlns:wp14="http://schemas.microsoft.com/office/word/2010/wordml" w:rsidR="0088700B" w14:paraId="7B937D43" wp14:textId="77777777">
        <w:trPr>
          <w:jc w:val="center"/>
        </w:trPr>
        <w:tc>
          <w:tcPr>
            <w:tcW w:w="1008" w:type="dxa"/>
            <w:vAlign w:val="center"/>
          </w:tcPr>
          <w:p w:rsidR="0088700B" w:rsidRDefault="00000000" w14:paraId="5FCD5EC4" wp14:textId="77777777">
            <w:r>
              <w:rPr>
                <w:sz w:val="18"/>
              </w:rPr>
              <w:t>3</w:t>
            </w:r>
          </w:p>
        </w:tc>
        <w:tc>
          <w:tcPr>
            <w:tcW w:w="2016" w:type="dxa"/>
            <w:vAlign w:val="center"/>
          </w:tcPr>
          <w:p w:rsidR="0088700B" w:rsidRDefault="00000000" w14:paraId="3B80739D" wp14:textId="77777777">
            <w:r>
              <w:rPr>
                <w:sz w:val="18"/>
              </w:rPr>
              <w:t>GROUP BY</w:t>
            </w:r>
          </w:p>
        </w:tc>
        <w:tc>
          <w:tcPr>
            <w:tcW w:w="6912" w:type="dxa"/>
            <w:vAlign w:val="center"/>
          </w:tcPr>
          <w:p w:rsidR="0088700B" w:rsidRDefault="00000000" w14:paraId="538C395C" wp14:textId="77777777">
            <w:r>
              <w:rPr>
                <w:sz w:val="18"/>
              </w:rPr>
              <w:t>Grupē rindas</w:t>
            </w:r>
          </w:p>
        </w:tc>
      </w:tr>
      <w:tr xmlns:wp14="http://schemas.microsoft.com/office/word/2010/wordml" w:rsidR="0088700B" w14:paraId="1E197352" wp14:textId="77777777">
        <w:trPr>
          <w:jc w:val="center"/>
        </w:trPr>
        <w:tc>
          <w:tcPr>
            <w:tcW w:w="1008" w:type="dxa"/>
            <w:vAlign w:val="center"/>
          </w:tcPr>
          <w:p w:rsidR="0088700B" w:rsidRDefault="00000000" w14:paraId="2598DEE6" wp14:textId="77777777">
            <w:r>
              <w:rPr>
                <w:sz w:val="18"/>
              </w:rPr>
              <w:t>4</w:t>
            </w:r>
          </w:p>
        </w:tc>
        <w:tc>
          <w:tcPr>
            <w:tcW w:w="2016" w:type="dxa"/>
            <w:vAlign w:val="center"/>
          </w:tcPr>
          <w:p w:rsidR="0088700B" w:rsidRDefault="00000000" w14:paraId="438ED3BE" wp14:textId="77777777">
            <w:r>
              <w:rPr>
                <w:sz w:val="18"/>
              </w:rPr>
              <w:t>SELECT</w:t>
            </w:r>
          </w:p>
        </w:tc>
        <w:tc>
          <w:tcPr>
            <w:tcW w:w="6912" w:type="dxa"/>
            <w:vAlign w:val="center"/>
          </w:tcPr>
          <w:p w:rsidR="0088700B" w:rsidRDefault="00000000" w14:paraId="06D82EBF" wp14:textId="77777777">
            <w:r>
              <w:rPr>
                <w:sz w:val="18"/>
              </w:rPr>
              <w:t>Izvēlas kolonnas vai aprēķinus</w:t>
            </w:r>
          </w:p>
        </w:tc>
      </w:tr>
      <w:tr xmlns:wp14="http://schemas.microsoft.com/office/word/2010/wordml" w:rsidR="0088700B" w14:paraId="75AACE94" wp14:textId="77777777">
        <w:trPr>
          <w:jc w:val="center"/>
        </w:trPr>
        <w:tc>
          <w:tcPr>
            <w:tcW w:w="1008" w:type="dxa"/>
            <w:vAlign w:val="center"/>
          </w:tcPr>
          <w:p w:rsidR="0088700B" w:rsidRDefault="00000000" w14:paraId="78941E47" wp14:textId="77777777">
            <w:r>
              <w:rPr>
                <w:sz w:val="18"/>
              </w:rPr>
              <w:t>5</w:t>
            </w:r>
          </w:p>
        </w:tc>
        <w:tc>
          <w:tcPr>
            <w:tcW w:w="2016" w:type="dxa"/>
            <w:vAlign w:val="center"/>
          </w:tcPr>
          <w:p w:rsidR="0088700B" w:rsidRDefault="00000000" w14:paraId="649E3C95" wp14:textId="77777777">
            <w:r>
              <w:rPr>
                <w:sz w:val="18"/>
              </w:rPr>
              <w:t>ORDER BY</w:t>
            </w:r>
          </w:p>
        </w:tc>
        <w:tc>
          <w:tcPr>
            <w:tcW w:w="6912" w:type="dxa"/>
            <w:vAlign w:val="center"/>
          </w:tcPr>
          <w:p w:rsidR="0088700B" w:rsidRDefault="00000000" w14:paraId="79AE5A00" wp14:textId="77777777">
            <w:r>
              <w:rPr>
                <w:sz w:val="18"/>
              </w:rPr>
              <w:t>Sakārto rezultātu</w:t>
            </w:r>
          </w:p>
        </w:tc>
      </w:tr>
      <w:tr xmlns:wp14="http://schemas.microsoft.com/office/word/2010/wordml" w:rsidR="0088700B" w14:paraId="22CE0602" wp14:textId="77777777">
        <w:trPr>
          <w:jc w:val="center"/>
        </w:trPr>
        <w:tc>
          <w:tcPr>
            <w:tcW w:w="1008" w:type="dxa"/>
            <w:vAlign w:val="center"/>
          </w:tcPr>
          <w:p w:rsidR="0088700B" w:rsidRDefault="00000000" w14:paraId="29B4EA11" wp14:textId="77777777">
            <w:r>
              <w:rPr>
                <w:sz w:val="18"/>
              </w:rPr>
              <w:t>6</w:t>
            </w:r>
          </w:p>
        </w:tc>
        <w:tc>
          <w:tcPr>
            <w:tcW w:w="2016" w:type="dxa"/>
            <w:vAlign w:val="center"/>
          </w:tcPr>
          <w:p w:rsidR="0088700B" w:rsidRDefault="00000000" w14:paraId="55982CEB" wp14:textId="77777777">
            <w:r>
              <w:rPr>
                <w:sz w:val="18"/>
              </w:rPr>
              <w:t>LIMIT</w:t>
            </w:r>
          </w:p>
        </w:tc>
        <w:tc>
          <w:tcPr>
            <w:tcW w:w="6912" w:type="dxa"/>
            <w:vAlign w:val="center"/>
          </w:tcPr>
          <w:p w:rsidR="0088700B" w:rsidRDefault="00000000" w14:paraId="74986D05" wp14:textId="77777777">
            <w:r>
              <w:rPr>
                <w:sz w:val="18"/>
              </w:rPr>
              <w:t>Ierobežo rindu skaitu</w:t>
            </w:r>
          </w:p>
        </w:tc>
      </w:tr>
    </w:tbl>
    <w:p xmlns:wp14="http://schemas.microsoft.com/office/word/2010/wordml" w:rsidR="0088700B" w:rsidRDefault="0088700B" w14:paraId="52E56223" wp14:textId="77777777"/>
    <w:tbl>
      <w:tblPr>
        <w:tblStyle w:val="TableGrid"/>
        <w:tblW w:w="0" w:type="auto"/>
        <w:tblLook w:val="04A0" w:firstRow="1" w:lastRow="0" w:firstColumn="1" w:lastColumn="0" w:noHBand="0" w:noVBand="1"/>
      </w:tblPr>
      <w:tblGrid>
        <w:gridCol w:w="10080"/>
      </w:tblGrid>
      <w:tr xmlns:wp14="http://schemas.microsoft.com/office/word/2010/wordml" w:rsidR="0088700B" w14:paraId="1E4DA305" wp14:textId="77777777">
        <w:tc>
          <w:tcPr>
            <w:tcW w:w="10080" w:type="dxa"/>
            <w:shd w:val="clear" w:color="auto" w:fill="F2F2F2"/>
          </w:tcPr>
          <w:p w:rsidR="0088700B" w:rsidRDefault="00000000" w14:paraId="39D3819B" wp14:textId="77777777">
            <w:r>
              <w:rPr>
                <w:rFonts w:ascii="Consolas" w:hAnsi="Consolas" w:eastAsia="Consolas"/>
                <w:sz w:val="17"/>
              </w:rPr>
              <w:t>SELECT name, age</w:t>
            </w:r>
            <w:r>
              <w:rPr>
                <w:rFonts w:ascii="Consolas" w:hAnsi="Consolas" w:eastAsia="Consolas"/>
                <w:sz w:val="17"/>
              </w:rPr>
              <w:br/>
            </w:r>
            <w:r>
              <w:rPr>
                <w:rFonts w:ascii="Consolas" w:hAnsi="Consolas" w:eastAsia="Consolas"/>
                <w:sz w:val="17"/>
              </w:rPr>
              <w:t>FROM Students</w:t>
            </w:r>
            <w:r>
              <w:rPr>
                <w:rFonts w:ascii="Consolas" w:hAnsi="Consolas" w:eastAsia="Consolas"/>
                <w:sz w:val="17"/>
              </w:rPr>
              <w:br/>
            </w:r>
            <w:r>
              <w:rPr>
                <w:rFonts w:ascii="Consolas" w:hAnsi="Consolas" w:eastAsia="Consolas"/>
                <w:sz w:val="17"/>
              </w:rPr>
              <w:t>WHERE age &gt;= 18</w:t>
            </w:r>
            <w:r>
              <w:rPr>
                <w:rFonts w:ascii="Consolas" w:hAnsi="Consolas" w:eastAsia="Consolas"/>
                <w:sz w:val="17"/>
              </w:rPr>
              <w:br/>
            </w:r>
            <w:r>
              <w:rPr>
                <w:rFonts w:ascii="Consolas" w:hAnsi="Consolas" w:eastAsia="Consolas"/>
                <w:sz w:val="17"/>
              </w:rPr>
              <w:t>ORDER BY age DESC</w:t>
            </w:r>
            <w:r>
              <w:rPr>
                <w:rFonts w:ascii="Consolas" w:hAnsi="Consolas" w:eastAsia="Consolas"/>
                <w:sz w:val="17"/>
              </w:rPr>
              <w:br/>
            </w:r>
            <w:r>
              <w:rPr>
                <w:rFonts w:ascii="Consolas" w:hAnsi="Consolas" w:eastAsia="Consolas"/>
                <w:sz w:val="17"/>
              </w:rPr>
              <w:t>LIMIT 5;</w:t>
            </w:r>
          </w:p>
        </w:tc>
      </w:tr>
    </w:tbl>
    <w:p xmlns:wp14="http://schemas.microsoft.com/office/word/2010/wordml" w:rsidR="0088700B" w:rsidRDefault="0088700B" w14:paraId="07547A01" wp14:textId="77777777"/>
    <w:p xmlns:wp14="http://schemas.microsoft.com/office/word/2010/wordml" w:rsidR="0088700B" w:rsidRDefault="00000000" w14:paraId="31107E08" wp14:textId="77777777">
      <w:pPr>
        <w:pStyle w:val="Heading1"/>
      </w:pPr>
      <w:r>
        <w:t>9. Atslēgas un datu integritāte</w:t>
      </w:r>
    </w:p>
    <w:p xmlns:wp14="http://schemas.microsoft.com/office/word/2010/wordml" w:rsidR="0088700B" w:rsidRDefault="00000000" w14:paraId="308C1CC1" wp14:textId="77777777">
      <w:pPr>
        <w:pStyle w:val="Heading2"/>
      </w:pPr>
      <w:r>
        <w:t>9.1. Primary Key</w:t>
      </w:r>
    </w:p>
    <w:p xmlns:wp14="http://schemas.microsoft.com/office/word/2010/wordml" w:rsidR="0088700B" w:rsidRDefault="00000000" w14:paraId="182CBA22" wp14:textId="77777777">
      <w:r>
        <w:t>Primārā atslēga unikāli identificē katru rindu tabulā. Tā nedrīkst būt NULL un nedrīkst atkārtoties.</w:t>
      </w:r>
    </w:p>
    <w:tbl>
      <w:tblPr>
        <w:tblStyle w:val="TableGrid"/>
        <w:tblW w:w="0" w:type="auto"/>
        <w:tblLook w:val="04A0" w:firstRow="1" w:lastRow="0" w:firstColumn="1" w:lastColumn="0" w:noHBand="0" w:noVBand="1"/>
      </w:tblPr>
      <w:tblGrid>
        <w:gridCol w:w="10080"/>
      </w:tblGrid>
      <w:tr xmlns:wp14="http://schemas.microsoft.com/office/word/2010/wordml" w:rsidR="0088700B" w14:paraId="304D7AC3" wp14:textId="77777777">
        <w:tc>
          <w:tcPr>
            <w:tcW w:w="10080" w:type="dxa"/>
            <w:shd w:val="clear" w:color="auto" w:fill="F2F2F2"/>
          </w:tcPr>
          <w:p w:rsidR="0088700B" w:rsidRDefault="00000000" w14:paraId="3D658C8E" wp14:textId="77777777">
            <w:r>
              <w:rPr>
                <w:rFonts w:ascii="Consolas" w:hAnsi="Consolas" w:eastAsia="Consolas"/>
                <w:sz w:val="17"/>
              </w:rPr>
              <w:t>CREATE TABLE Students (</w:t>
            </w:r>
            <w:r>
              <w:rPr>
                <w:rFonts w:ascii="Consolas" w:hAnsi="Consolas" w:eastAsia="Consolas"/>
                <w:sz w:val="17"/>
              </w:rPr>
              <w:br/>
            </w:r>
            <w:r>
              <w:rPr>
                <w:rFonts w:ascii="Consolas" w:hAnsi="Consolas" w:eastAsia="Consolas"/>
                <w:sz w:val="17"/>
              </w:rPr>
              <w:t xml:space="preserve">    id INTEGER PRIMARY KEY,</w:t>
            </w:r>
            <w:r>
              <w:rPr>
                <w:rFonts w:ascii="Consolas" w:hAnsi="Consolas" w:eastAsia="Consolas"/>
                <w:sz w:val="17"/>
              </w:rPr>
              <w:br/>
            </w:r>
            <w:r>
              <w:rPr>
                <w:rFonts w:ascii="Consolas" w:hAnsi="Consolas" w:eastAsia="Consolas"/>
                <w:sz w:val="17"/>
              </w:rPr>
              <w:t xml:space="preserve">    name VARCHAR(50)</w:t>
            </w:r>
            <w:r>
              <w:rPr>
                <w:rFonts w:ascii="Consolas" w:hAnsi="Consolas" w:eastAsia="Consolas"/>
                <w:sz w:val="17"/>
              </w:rPr>
              <w:br/>
            </w:r>
            <w:r>
              <w:rPr>
                <w:rFonts w:ascii="Consolas" w:hAnsi="Consolas" w:eastAsia="Consolas"/>
                <w:sz w:val="17"/>
              </w:rPr>
              <w:t>);</w:t>
            </w:r>
          </w:p>
        </w:tc>
      </w:tr>
    </w:tbl>
    <w:p xmlns:wp14="http://schemas.microsoft.com/office/word/2010/wordml" w:rsidR="0088700B" w:rsidRDefault="0088700B" w14:paraId="5043CB0F" wp14:textId="77777777"/>
    <w:p xmlns:wp14="http://schemas.microsoft.com/office/word/2010/wordml" w:rsidR="0088700B" w:rsidRDefault="00000000" w14:paraId="33BEB05B" wp14:textId="77777777">
      <w:pPr>
        <w:pStyle w:val="Heading2"/>
      </w:pPr>
      <w:r>
        <w:t>9.2. Entity Integrity</w:t>
      </w:r>
    </w:p>
    <w:p xmlns:wp14="http://schemas.microsoft.com/office/word/2010/wordml" w:rsidR="0088700B" w:rsidRDefault="00000000" w14:paraId="3EE97E0D" wp14:textId="77777777">
      <w:r>
        <w:t>Entītiju integritāte nozīmē, ka primārā atslēga nevar būt NULL. Katrai rindai jābūt identificējamai.</w:t>
      </w:r>
    </w:p>
    <w:p xmlns:wp14="http://schemas.microsoft.com/office/word/2010/wordml" w:rsidR="0088700B" w:rsidRDefault="00000000" w14:paraId="417934D1" wp14:textId="77777777">
      <w:pPr>
        <w:pStyle w:val="Heading2"/>
      </w:pPr>
      <w:r>
        <w:t>9.3. Foreign Key</w:t>
      </w:r>
    </w:p>
    <w:p xmlns:wp14="http://schemas.microsoft.com/office/word/2010/wordml" w:rsidR="0088700B" w:rsidRDefault="00000000" w14:paraId="20ACB896" wp14:textId="77777777">
      <w:r>
        <w:t>Ārējā atslēga ir kolonna, kas norāda uz citas tabulas primāro atslēgu. Tā nodrošina referenciālo integritāti.</w:t>
      </w:r>
    </w:p>
    <w:tbl>
      <w:tblPr>
        <w:tblStyle w:val="TableGrid"/>
        <w:tblW w:w="0" w:type="auto"/>
        <w:tblLook w:val="04A0" w:firstRow="1" w:lastRow="0" w:firstColumn="1" w:lastColumn="0" w:noHBand="0" w:noVBand="1"/>
      </w:tblPr>
      <w:tblGrid>
        <w:gridCol w:w="10080"/>
      </w:tblGrid>
      <w:tr xmlns:wp14="http://schemas.microsoft.com/office/word/2010/wordml" w:rsidR="0088700B" w14:paraId="4F659514" wp14:textId="77777777">
        <w:tc>
          <w:tcPr>
            <w:tcW w:w="10080" w:type="dxa"/>
            <w:shd w:val="clear" w:color="auto" w:fill="F2F2F2"/>
          </w:tcPr>
          <w:p w:rsidR="0088700B" w:rsidRDefault="00000000" w14:paraId="0CF2A9F4" wp14:textId="77777777">
            <w:r>
              <w:rPr>
                <w:rFonts w:ascii="Consolas" w:hAnsi="Consolas" w:eastAsia="Consolas"/>
                <w:sz w:val="17"/>
              </w:rPr>
              <w:t>CREATE TABLE Orders (</w:t>
            </w:r>
            <w:r>
              <w:rPr>
                <w:rFonts w:ascii="Consolas" w:hAnsi="Consolas" w:eastAsia="Consolas"/>
                <w:sz w:val="17"/>
              </w:rPr>
              <w:br/>
            </w:r>
            <w:r>
              <w:rPr>
                <w:rFonts w:ascii="Consolas" w:hAnsi="Consolas" w:eastAsia="Consolas"/>
                <w:sz w:val="17"/>
              </w:rPr>
              <w:t xml:space="preserve">    id INTEGER PRIMARY KEY,</w:t>
            </w:r>
            <w:r>
              <w:rPr>
                <w:rFonts w:ascii="Consolas" w:hAnsi="Consolas" w:eastAsia="Consolas"/>
                <w:sz w:val="17"/>
              </w:rPr>
              <w:br/>
            </w:r>
            <w:r>
              <w:rPr>
                <w:rFonts w:ascii="Consolas" w:hAnsi="Consolas" w:eastAsia="Consolas"/>
                <w:sz w:val="17"/>
              </w:rPr>
              <w:t xml:space="preserve">    customer_id INTEGER,</w:t>
            </w:r>
            <w:r>
              <w:rPr>
                <w:rFonts w:ascii="Consolas" w:hAnsi="Consolas" w:eastAsia="Consolas"/>
                <w:sz w:val="17"/>
              </w:rPr>
              <w:br/>
            </w:r>
            <w:r>
              <w:rPr>
                <w:rFonts w:ascii="Consolas" w:hAnsi="Consolas" w:eastAsia="Consolas"/>
                <w:sz w:val="17"/>
              </w:rPr>
              <w:t xml:space="preserve">    amount DECIMAL(10,2),</w:t>
            </w:r>
            <w:r>
              <w:rPr>
                <w:rFonts w:ascii="Consolas" w:hAnsi="Consolas" w:eastAsia="Consolas"/>
                <w:sz w:val="17"/>
              </w:rPr>
              <w:br/>
            </w:r>
            <w:r>
              <w:rPr>
                <w:rFonts w:ascii="Consolas" w:hAnsi="Consolas" w:eastAsia="Consolas"/>
                <w:sz w:val="17"/>
              </w:rPr>
              <w:t xml:space="preserve">    FOREIGN KEY (customer_id) REFERENCES Customers(id)</w:t>
            </w:r>
            <w:r>
              <w:rPr>
                <w:rFonts w:ascii="Consolas" w:hAnsi="Consolas" w:eastAsia="Consolas"/>
                <w:sz w:val="17"/>
              </w:rPr>
              <w:br/>
            </w:r>
            <w:r>
              <w:rPr>
                <w:rFonts w:ascii="Consolas" w:hAnsi="Consolas" w:eastAsia="Consolas"/>
                <w:sz w:val="17"/>
              </w:rPr>
              <w:t>);</w:t>
            </w:r>
          </w:p>
        </w:tc>
      </w:tr>
    </w:tbl>
    <w:p xmlns:wp14="http://schemas.microsoft.com/office/word/2010/wordml" w:rsidR="0088700B" w:rsidRDefault="0088700B" w14:paraId="07459315" wp14:textId="77777777"/>
    <w:p xmlns:wp14="http://schemas.microsoft.com/office/word/2010/wordml" w:rsidR="0088700B" w:rsidRDefault="00000000" w14:paraId="75F5592A" wp14:textId="77777777">
      <w:r>
        <w:t>Tas nozīmē: pasūtījums nevar norādīt uz klientu, kura nav Customers tabulā.</w:t>
      </w:r>
    </w:p>
    <w:p xmlns:wp14="http://schemas.microsoft.com/office/word/2010/wordml" w:rsidR="0088700B" w:rsidRDefault="00000000" w14:paraId="1065E32B" wp14:textId="77777777">
      <w:pPr>
        <w:pStyle w:val="Heading2"/>
      </w:pPr>
      <w:r>
        <w:t>9.4. Ierobežojumi constraints</w:t>
      </w:r>
    </w:p>
    <w:tbl>
      <w:tblPr>
        <w:tblStyle w:val="TableGrid"/>
        <w:tblW w:w="0" w:type="auto"/>
        <w:jc w:val="center"/>
        <w:tblLook w:val="04A0" w:firstRow="1" w:lastRow="0" w:firstColumn="1" w:lastColumn="0" w:noHBand="0" w:noVBand="1"/>
      </w:tblPr>
      <w:tblGrid>
        <w:gridCol w:w="2592"/>
        <w:gridCol w:w="7200"/>
      </w:tblGrid>
      <w:tr xmlns:wp14="http://schemas.microsoft.com/office/word/2010/wordml" w:rsidR="0088700B" w14:paraId="552709D5" wp14:textId="77777777">
        <w:trPr>
          <w:jc w:val="center"/>
        </w:trPr>
        <w:tc>
          <w:tcPr>
            <w:tcW w:w="2592" w:type="dxa"/>
            <w:shd w:val="clear" w:color="auto" w:fill="D9EAF7"/>
            <w:vAlign w:val="center"/>
          </w:tcPr>
          <w:p w:rsidR="0088700B" w:rsidRDefault="00000000" w14:paraId="5D5793AC" wp14:textId="77777777">
            <w:r>
              <w:rPr>
                <w:b/>
                <w:sz w:val="18"/>
              </w:rPr>
              <w:t>Ierobežojums</w:t>
            </w:r>
          </w:p>
        </w:tc>
        <w:tc>
          <w:tcPr>
            <w:tcW w:w="7200" w:type="dxa"/>
            <w:shd w:val="clear" w:color="auto" w:fill="D9EAF7"/>
            <w:vAlign w:val="center"/>
          </w:tcPr>
          <w:p w:rsidR="0088700B" w:rsidRDefault="00000000" w14:paraId="26913FA8" wp14:textId="77777777">
            <w:r>
              <w:rPr>
                <w:b/>
                <w:sz w:val="18"/>
              </w:rPr>
              <w:t>Nozīme</w:t>
            </w:r>
          </w:p>
        </w:tc>
      </w:tr>
      <w:tr xmlns:wp14="http://schemas.microsoft.com/office/word/2010/wordml" w:rsidR="0088700B" w14:paraId="3048A3CA" wp14:textId="77777777">
        <w:trPr>
          <w:jc w:val="center"/>
        </w:trPr>
        <w:tc>
          <w:tcPr>
            <w:tcW w:w="2592" w:type="dxa"/>
            <w:vAlign w:val="center"/>
          </w:tcPr>
          <w:p w:rsidR="0088700B" w:rsidRDefault="00000000" w14:paraId="70404107" wp14:textId="77777777">
            <w:r>
              <w:rPr>
                <w:sz w:val="18"/>
              </w:rPr>
              <w:t>PRIMARY KEY</w:t>
            </w:r>
          </w:p>
        </w:tc>
        <w:tc>
          <w:tcPr>
            <w:tcW w:w="7200" w:type="dxa"/>
            <w:vAlign w:val="center"/>
          </w:tcPr>
          <w:p w:rsidR="0088700B" w:rsidRDefault="00000000" w14:paraId="488B530B" wp14:textId="77777777">
            <w:r>
              <w:rPr>
                <w:sz w:val="18"/>
              </w:rPr>
              <w:t>Unikāla un ne-NULL vērtība rindas identificēšanai</w:t>
            </w:r>
          </w:p>
        </w:tc>
      </w:tr>
      <w:tr xmlns:wp14="http://schemas.microsoft.com/office/word/2010/wordml" w:rsidR="0088700B" w14:paraId="21A6332C" wp14:textId="77777777">
        <w:trPr>
          <w:jc w:val="center"/>
        </w:trPr>
        <w:tc>
          <w:tcPr>
            <w:tcW w:w="2592" w:type="dxa"/>
            <w:vAlign w:val="center"/>
          </w:tcPr>
          <w:p w:rsidR="0088700B" w:rsidRDefault="00000000" w14:paraId="776ACCCC" wp14:textId="77777777">
            <w:r>
              <w:rPr>
                <w:sz w:val="18"/>
              </w:rPr>
              <w:t>FOREIGN KEY</w:t>
            </w:r>
          </w:p>
        </w:tc>
        <w:tc>
          <w:tcPr>
            <w:tcW w:w="7200" w:type="dxa"/>
            <w:vAlign w:val="center"/>
          </w:tcPr>
          <w:p w:rsidR="0088700B" w:rsidRDefault="00000000" w14:paraId="00E2151F" wp14:textId="77777777">
            <w:r>
              <w:rPr>
                <w:sz w:val="18"/>
              </w:rPr>
              <w:t>Saite uz citas tabulas primāro atslēgu</w:t>
            </w:r>
          </w:p>
        </w:tc>
      </w:tr>
      <w:tr xmlns:wp14="http://schemas.microsoft.com/office/word/2010/wordml" w:rsidR="0088700B" w14:paraId="69F47301" wp14:textId="77777777">
        <w:trPr>
          <w:jc w:val="center"/>
        </w:trPr>
        <w:tc>
          <w:tcPr>
            <w:tcW w:w="2592" w:type="dxa"/>
            <w:vAlign w:val="center"/>
          </w:tcPr>
          <w:p w:rsidR="0088700B" w:rsidRDefault="00000000" w14:paraId="30507893" wp14:textId="77777777">
            <w:r>
              <w:rPr>
                <w:sz w:val="18"/>
              </w:rPr>
              <w:t>UNIQUE</w:t>
            </w:r>
          </w:p>
        </w:tc>
        <w:tc>
          <w:tcPr>
            <w:tcW w:w="7200" w:type="dxa"/>
            <w:vAlign w:val="center"/>
          </w:tcPr>
          <w:p w:rsidR="0088700B" w:rsidRDefault="00000000" w14:paraId="20F0DC92" wp14:textId="77777777">
            <w:r>
              <w:rPr>
                <w:sz w:val="18"/>
              </w:rPr>
              <w:t>Kolonnā vērtības nedrīkst atkārtoties</w:t>
            </w:r>
          </w:p>
        </w:tc>
      </w:tr>
      <w:tr xmlns:wp14="http://schemas.microsoft.com/office/word/2010/wordml" w:rsidR="0088700B" w14:paraId="33A429A6" wp14:textId="77777777">
        <w:trPr>
          <w:jc w:val="center"/>
        </w:trPr>
        <w:tc>
          <w:tcPr>
            <w:tcW w:w="2592" w:type="dxa"/>
            <w:vAlign w:val="center"/>
          </w:tcPr>
          <w:p w:rsidR="0088700B" w:rsidRDefault="00000000" w14:paraId="352FF0BD" wp14:textId="77777777">
            <w:r>
              <w:rPr>
                <w:sz w:val="18"/>
              </w:rPr>
              <w:t>NOT NULL</w:t>
            </w:r>
          </w:p>
        </w:tc>
        <w:tc>
          <w:tcPr>
            <w:tcW w:w="7200" w:type="dxa"/>
            <w:vAlign w:val="center"/>
          </w:tcPr>
          <w:p w:rsidR="0088700B" w:rsidRDefault="00000000" w14:paraId="22F5A45D" wp14:textId="77777777">
            <w:r>
              <w:rPr>
                <w:sz w:val="18"/>
              </w:rPr>
              <w:t>Kolonnā obligāti jābūt vērtībai</w:t>
            </w:r>
          </w:p>
        </w:tc>
      </w:tr>
      <w:tr xmlns:wp14="http://schemas.microsoft.com/office/word/2010/wordml" w:rsidR="0088700B" w14:paraId="6D5E189E" wp14:textId="77777777">
        <w:trPr>
          <w:jc w:val="center"/>
        </w:trPr>
        <w:tc>
          <w:tcPr>
            <w:tcW w:w="2592" w:type="dxa"/>
            <w:vAlign w:val="center"/>
          </w:tcPr>
          <w:p w:rsidR="0088700B" w:rsidRDefault="00000000" w14:paraId="3496B4BC" wp14:textId="77777777">
            <w:r>
              <w:rPr>
                <w:sz w:val="18"/>
              </w:rPr>
              <w:t>CHECK</w:t>
            </w:r>
          </w:p>
        </w:tc>
        <w:tc>
          <w:tcPr>
            <w:tcW w:w="7200" w:type="dxa"/>
            <w:vAlign w:val="center"/>
          </w:tcPr>
          <w:p w:rsidR="0088700B" w:rsidRDefault="00000000" w14:paraId="744B9B5A" wp14:textId="77777777">
            <w:r>
              <w:rPr>
                <w:sz w:val="18"/>
              </w:rPr>
              <w:t>Vērtībai jāatbilst noteikumam, piemēram, age &gt;= 0</w:t>
            </w:r>
          </w:p>
        </w:tc>
      </w:tr>
    </w:tbl>
    <w:p xmlns:wp14="http://schemas.microsoft.com/office/word/2010/wordml" w:rsidR="0088700B" w:rsidRDefault="0088700B" w14:paraId="6537F28F" wp14:textId="77777777"/>
    <w:p xmlns:wp14="http://schemas.microsoft.com/office/word/2010/wordml" w:rsidR="0088700B" w:rsidRDefault="00000000" w14:paraId="532BE1BC" wp14:textId="77777777">
      <w:pPr>
        <w:pStyle w:val="Heading1"/>
      </w:pPr>
      <w:r>
        <w:t>10. Saites starp tabulām</w:t>
      </w:r>
    </w:p>
    <w:tbl>
      <w:tblPr>
        <w:tblStyle w:val="TableGrid"/>
        <w:tblW w:w="0" w:type="auto"/>
        <w:jc w:val="center"/>
        <w:tblLook w:val="04A0" w:firstRow="1" w:lastRow="0" w:firstColumn="1" w:lastColumn="0" w:noHBand="0" w:noVBand="1"/>
      </w:tblPr>
      <w:tblGrid>
        <w:gridCol w:w="1440"/>
        <w:gridCol w:w="5472"/>
        <w:gridCol w:w="3168"/>
      </w:tblGrid>
      <w:tr xmlns:wp14="http://schemas.microsoft.com/office/word/2010/wordml" w:rsidR="0088700B" w14:paraId="62BA40EB" wp14:textId="77777777">
        <w:trPr>
          <w:jc w:val="center"/>
        </w:trPr>
        <w:tc>
          <w:tcPr>
            <w:tcW w:w="1440" w:type="dxa"/>
            <w:shd w:val="clear" w:color="auto" w:fill="D9EAF7"/>
            <w:vAlign w:val="center"/>
          </w:tcPr>
          <w:p w:rsidR="0088700B" w:rsidRDefault="00000000" w14:paraId="5C9F1CBC" wp14:textId="77777777">
            <w:r>
              <w:rPr>
                <w:b/>
                <w:sz w:val="18"/>
              </w:rPr>
              <w:t>Saite</w:t>
            </w:r>
          </w:p>
        </w:tc>
        <w:tc>
          <w:tcPr>
            <w:tcW w:w="5472" w:type="dxa"/>
            <w:shd w:val="clear" w:color="auto" w:fill="D9EAF7"/>
            <w:vAlign w:val="center"/>
          </w:tcPr>
          <w:p w:rsidR="0088700B" w:rsidRDefault="00000000" w14:paraId="343E40AF" wp14:textId="77777777">
            <w:r>
              <w:rPr>
                <w:b/>
                <w:sz w:val="18"/>
              </w:rPr>
              <w:t>Nozīme</w:t>
            </w:r>
          </w:p>
        </w:tc>
        <w:tc>
          <w:tcPr>
            <w:tcW w:w="3168" w:type="dxa"/>
            <w:shd w:val="clear" w:color="auto" w:fill="D9EAF7"/>
            <w:vAlign w:val="center"/>
          </w:tcPr>
          <w:p w:rsidR="0088700B" w:rsidRDefault="00000000" w14:paraId="0D83F507" wp14:textId="77777777">
            <w:r>
              <w:rPr>
                <w:b/>
                <w:sz w:val="18"/>
              </w:rPr>
              <w:t>Piemērs</w:t>
            </w:r>
          </w:p>
        </w:tc>
      </w:tr>
      <w:tr xmlns:wp14="http://schemas.microsoft.com/office/word/2010/wordml" w:rsidR="0088700B" w14:paraId="0B2ED35E" wp14:textId="77777777">
        <w:trPr>
          <w:jc w:val="center"/>
        </w:trPr>
        <w:tc>
          <w:tcPr>
            <w:tcW w:w="1440" w:type="dxa"/>
            <w:vAlign w:val="center"/>
          </w:tcPr>
          <w:p w:rsidR="0088700B" w:rsidRDefault="00000000" w14:paraId="3E64E063" wp14:textId="77777777">
            <w:r>
              <w:rPr>
                <w:sz w:val="18"/>
              </w:rPr>
              <w:t>1:1</w:t>
            </w:r>
          </w:p>
        </w:tc>
        <w:tc>
          <w:tcPr>
            <w:tcW w:w="5472" w:type="dxa"/>
            <w:vAlign w:val="center"/>
          </w:tcPr>
          <w:p w:rsidR="0088700B" w:rsidRDefault="00000000" w14:paraId="56ADD5E5" wp14:textId="77777777">
            <w:r>
              <w:rPr>
                <w:sz w:val="18"/>
              </w:rPr>
              <w:t>Vienai rindai A atbilst tieši viena rinda B</w:t>
            </w:r>
          </w:p>
        </w:tc>
        <w:tc>
          <w:tcPr>
            <w:tcW w:w="3168" w:type="dxa"/>
            <w:vAlign w:val="center"/>
          </w:tcPr>
          <w:p w:rsidR="0088700B" w:rsidRDefault="00000000" w14:paraId="69082AA0" wp14:textId="77777777">
            <w:r>
              <w:rPr>
                <w:sz w:val="18"/>
              </w:rPr>
              <w:t>User - Passport</w:t>
            </w:r>
          </w:p>
        </w:tc>
      </w:tr>
      <w:tr xmlns:wp14="http://schemas.microsoft.com/office/word/2010/wordml" w:rsidR="0088700B" w14:paraId="7263AFC1" wp14:textId="77777777">
        <w:trPr>
          <w:jc w:val="center"/>
        </w:trPr>
        <w:tc>
          <w:tcPr>
            <w:tcW w:w="1440" w:type="dxa"/>
            <w:vAlign w:val="center"/>
          </w:tcPr>
          <w:p w:rsidR="0088700B" w:rsidRDefault="00000000" w14:paraId="487A0F98" wp14:textId="77777777">
            <w:r>
              <w:rPr>
                <w:sz w:val="18"/>
              </w:rPr>
              <w:t>1:M</w:t>
            </w:r>
          </w:p>
        </w:tc>
        <w:tc>
          <w:tcPr>
            <w:tcW w:w="5472" w:type="dxa"/>
            <w:vAlign w:val="center"/>
          </w:tcPr>
          <w:p w:rsidR="0088700B" w:rsidRDefault="00000000" w14:paraId="567DAB04" wp14:textId="77777777">
            <w:r>
              <w:rPr>
                <w:sz w:val="18"/>
              </w:rPr>
              <w:t>Vienai rindai A var atbilst vairākas rindas B</w:t>
            </w:r>
          </w:p>
        </w:tc>
        <w:tc>
          <w:tcPr>
            <w:tcW w:w="3168" w:type="dxa"/>
            <w:vAlign w:val="center"/>
          </w:tcPr>
          <w:p w:rsidR="0088700B" w:rsidRDefault="00000000" w14:paraId="53F73E12" wp14:textId="77777777">
            <w:r>
              <w:rPr>
                <w:sz w:val="18"/>
              </w:rPr>
              <w:t>Customer - Orders</w:t>
            </w:r>
          </w:p>
        </w:tc>
      </w:tr>
      <w:tr xmlns:wp14="http://schemas.microsoft.com/office/word/2010/wordml" w:rsidR="0088700B" w14:paraId="1145B9A3" wp14:textId="77777777">
        <w:trPr>
          <w:jc w:val="center"/>
        </w:trPr>
        <w:tc>
          <w:tcPr>
            <w:tcW w:w="1440" w:type="dxa"/>
            <w:vAlign w:val="center"/>
          </w:tcPr>
          <w:p w:rsidR="0088700B" w:rsidRDefault="00000000" w14:paraId="00E34E82" wp14:textId="77777777">
            <w:r>
              <w:rPr>
                <w:sz w:val="18"/>
              </w:rPr>
              <w:t>M:N</w:t>
            </w:r>
          </w:p>
        </w:tc>
        <w:tc>
          <w:tcPr>
            <w:tcW w:w="5472" w:type="dxa"/>
            <w:vAlign w:val="center"/>
          </w:tcPr>
          <w:p w:rsidR="0088700B" w:rsidRDefault="00000000" w14:paraId="1F7057B3" wp14:textId="77777777">
            <w:r>
              <w:rPr>
                <w:sz w:val="18"/>
              </w:rPr>
              <w:t>Vairākām rindām A var atbilst vairākas rindas B</w:t>
            </w:r>
          </w:p>
        </w:tc>
        <w:tc>
          <w:tcPr>
            <w:tcW w:w="3168" w:type="dxa"/>
            <w:vAlign w:val="center"/>
          </w:tcPr>
          <w:p w:rsidR="0088700B" w:rsidRDefault="00000000" w14:paraId="6264FD0D" wp14:textId="77777777">
            <w:r>
              <w:rPr>
                <w:sz w:val="18"/>
              </w:rPr>
              <w:t>Students - Courses</w:t>
            </w:r>
          </w:p>
        </w:tc>
      </w:tr>
    </w:tbl>
    <w:p xmlns:wp14="http://schemas.microsoft.com/office/word/2010/wordml" w:rsidR="0088700B" w:rsidRDefault="0088700B" w14:paraId="6DFB9E20" wp14:textId="77777777"/>
    <w:p xmlns:wp14="http://schemas.microsoft.com/office/word/2010/wordml" w:rsidR="0088700B" w:rsidRDefault="00000000" w14:paraId="7EB0CF5E" wp14:textId="77777777">
      <w:pPr>
        <w:pStyle w:val="Heading2"/>
      </w:pPr>
      <w:r>
        <w:t>10.1. Daudzi pret daudziem M:N</w:t>
      </w:r>
    </w:p>
    <w:p xmlns:wp14="http://schemas.microsoft.com/office/word/2010/wordml" w:rsidR="0088700B" w:rsidRDefault="00000000" w14:paraId="22CBC677" wp14:textId="77777777">
      <w:r>
        <w:t>M:N saiti nevar realizēt tikai ar divām tabulām. Ir jāizveido starptabula jeb junction table ar divām ārējām atslēgām.</w:t>
      </w:r>
    </w:p>
    <w:tbl>
      <w:tblPr>
        <w:tblStyle w:val="TableGrid"/>
        <w:tblW w:w="0" w:type="auto"/>
        <w:tblLook w:val="04A0" w:firstRow="1" w:lastRow="0" w:firstColumn="1" w:lastColumn="0" w:noHBand="0" w:noVBand="1"/>
      </w:tblPr>
      <w:tblGrid>
        <w:gridCol w:w="10080"/>
      </w:tblGrid>
      <w:tr xmlns:wp14="http://schemas.microsoft.com/office/word/2010/wordml" w:rsidR="0088700B" w14:paraId="7B658C08" wp14:textId="77777777">
        <w:tc>
          <w:tcPr>
            <w:tcW w:w="10080" w:type="dxa"/>
            <w:shd w:val="clear" w:color="auto" w:fill="F2F2F2"/>
          </w:tcPr>
          <w:p w:rsidR="0088700B" w:rsidRDefault="00000000" w14:paraId="0A90507E" wp14:textId="77777777">
            <w:r>
              <w:rPr>
                <w:rFonts w:ascii="Consolas" w:hAnsi="Consolas" w:eastAsia="Consolas"/>
                <w:sz w:val="17"/>
              </w:rPr>
              <w:t>Students(id, name)</w:t>
            </w:r>
            <w:r>
              <w:rPr>
                <w:rFonts w:ascii="Consolas" w:hAnsi="Consolas" w:eastAsia="Consolas"/>
                <w:sz w:val="17"/>
              </w:rPr>
              <w:br/>
            </w:r>
            <w:r>
              <w:rPr>
                <w:rFonts w:ascii="Consolas" w:hAnsi="Consolas" w:eastAsia="Consolas"/>
                <w:sz w:val="17"/>
              </w:rPr>
              <w:t>Courses(id, title)</w:t>
            </w:r>
            <w:r>
              <w:rPr>
                <w:rFonts w:ascii="Consolas" w:hAnsi="Consolas" w:eastAsia="Consolas"/>
                <w:sz w:val="17"/>
              </w:rPr>
              <w:br/>
            </w:r>
            <w:r>
              <w:rPr>
                <w:rFonts w:ascii="Consolas" w:hAnsi="Consolas" w:eastAsia="Consolas"/>
                <w:sz w:val="17"/>
              </w:rPr>
              <w:t>StudentCourses(student_id, course_id)</w:t>
            </w:r>
            <w:r>
              <w:rPr>
                <w:rFonts w:ascii="Consolas" w:hAnsi="Consolas" w:eastAsia="Consolas"/>
                <w:sz w:val="17"/>
              </w:rPr>
              <w:br/>
            </w:r>
            <w:r>
              <w:rPr>
                <w:rFonts w:ascii="Consolas" w:hAnsi="Consolas" w:eastAsia="Consolas"/>
                <w:sz w:val="17"/>
              </w:rPr>
              <w:br/>
            </w:r>
            <w:r>
              <w:rPr>
                <w:rFonts w:ascii="Consolas" w:hAnsi="Consolas" w:eastAsia="Consolas"/>
                <w:sz w:val="17"/>
              </w:rPr>
              <w:t>StudentCourses.student_id -&gt; Students.id</w:t>
            </w:r>
            <w:r>
              <w:rPr>
                <w:rFonts w:ascii="Consolas" w:hAnsi="Consolas" w:eastAsia="Consolas"/>
                <w:sz w:val="17"/>
              </w:rPr>
              <w:br/>
            </w:r>
            <w:r>
              <w:rPr>
                <w:rFonts w:ascii="Consolas" w:hAnsi="Consolas" w:eastAsia="Consolas"/>
                <w:sz w:val="17"/>
              </w:rPr>
              <w:t>StudentCourses.course_id -&gt; Courses.id</w:t>
            </w:r>
          </w:p>
        </w:tc>
      </w:tr>
    </w:tbl>
    <w:p xmlns:wp14="http://schemas.microsoft.com/office/word/2010/wordml" w:rsidR="0088700B" w:rsidRDefault="0088700B" w14:paraId="70DF9E56" wp14:textId="77777777"/>
    <w:p xmlns:wp14="http://schemas.microsoft.com/office/word/2010/wordml" w:rsidR="0088700B" w:rsidRDefault="00000000" w14:paraId="04F61905" wp14:textId="77777777">
      <w:pPr>
        <w:pStyle w:val="Heading1"/>
      </w:pPr>
      <w:r>
        <w:t>11. JOIN veidi</w:t>
      </w:r>
    </w:p>
    <w:p xmlns:wp14="http://schemas.microsoft.com/office/word/2010/wordml" w:rsidR="0088700B" w:rsidRDefault="00000000" w14:paraId="67BFF72C" wp14:textId="77777777">
      <w:r>
        <w:t>JOIN apvieno datus no vairākām tabulām pēc kopīga lauka, parasti pēc primārās un ārējās atslēgas.</w:t>
      </w:r>
    </w:p>
    <w:tbl>
      <w:tblPr>
        <w:tblStyle w:val="TableGrid"/>
        <w:tblW w:w="0" w:type="auto"/>
        <w:tblLook w:val="04A0" w:firstRow="1" w:lastRow="0" w:firstColumn="1" w:lastColumn="0" w:noHBand="0" w:noVBand="1"/>
      </w:tblPr>
      <w:tblGrid>
        <w:gridCol w:w="10080"/>
      </w:tblGrid>
      <w:tr xmlns:wp14="http://schemas.microsoft.com/office/word/2010/wordml" w:rsidR="0088700B" w14:paraId="628BE36E" wp14:textId="77777777">
        <w:tc>
          <w:tcPr>
            <w:tcW w:w="10080" w:type="dxa"/>
            <w:shd w:val="clear" w:color="auto" w:fill="F2F2F2"/>
          </w:tcPr>
          <w:p w:rsidR="0088700B" w:rsidRDefault="00000000" w14:paraId="74EB8DAB" wp14:textId="77777777">
            <w:r>
              <w:rPr>
                <w:rFonts w:ascii="Consolas" w:hAnsi="Consolas" w:eastAsia="Consolas"/>
                <w:sz w:val="17"/>
              </w:rPr>
              <w:t>SELECT Customers.name, Orders.amount</w:t>
            </w:r>
            <w:r>
              <w:rPr>
                <w:rFonts w:ascii="Consolas" w:hAnsi="Consolas" w:eastAsia="Consolas"/>
                <w:sz w:val="17"/>
              </w:rPr>
              <w:br/>
            </w:r>
            <w:r>
              <w:rPr>
                <w:rFonts w:ascii="Consolas" w:hAnsi="Consolas" w:eastAsia="Consolas"/>
                <w:sz w:val="17"/>
              </w:rPr>
              <w:t>FROM Customers</w:t>
            </w:r>
            <w:r>
              <w:rPr>
                <w:rFonts w:ascii="Consolas" w:hAnsi="Consolas" w:eastAsia="Consolas"/>
                <w:sz w:val="17"/>
              </w:rPr>
              <w:br/>
            </w:r>
            <w:r>
              <w:rPr>
                <w:rFonts w:ascii="Consolas" w:hAnsi="Consolas" w:eastAsia="Consolas"/>
                <w:sz w:val="17"/>
              </w:rPr>
              <w:t>JOIN Orders ON Customers.id = Orders.customer_id;</w:t>
            </w:r>
          </w:p>
        </w:tc>
      </w:tr>
    </w:tbl>
    <w:p xmlns:wp14="http://schemas.microsoft.com/office/word/2010/wordml" w:rsidR="0088700B" w:rsidRDefault="0088700B" w14:paraId="44E871BC" wp14:textId="77777777"/>
    <w:tbl>
      <w:tblPr>
        <w:tblStyle w:val="TableGrid"/>
        <w:tblW w:w="0" w:type="auto"/>
        <w:jc w:val="center"/>
        <w:tblLook w:val="04A0" w:firstRow="1" w:lastRow="0" w:firstColumn="1" w:lastColumn="0" w:noHBand="0" w:noVBand="1"/>
      </w:tblPr>
      <w:tblGrid>
        <w:gridCol w:w="2880"/>
        <w:gridCol w:w="6912"/>
      </w:tblGrid>
      <w:tr xmlns:wp14="http://schemas.microsoft.com/office/word/2010/wordml" w:rsidR="0088700B" w14:paraId="4BCC8CD1" wp14:textId="77777777">
        <w:trPr>
          <w:jc w:val="center"/>
        </w:trPr>
        <w:tc>
          <w:tcPr>
            <w:tcW w:w="2880" w:type="dxa"/>
            <w:shd w:val="clear" w:color="auto" w:fill="D9EAF7"/>
            <w:vAlign w:val="center"/>
          </w:tcPr>
          <w:p w:rsidR="0088700B" w:rsidRDefault="00000000" w14:paraId="62CB4CE6" wp14:textId="77777777">
            <w:r>
              <w:rPr>
                <w:b/>
                <w:sz w:val="18"/>
              </w:rPr>
              <w:t>JOIN veids</w:t>
            </w:r>
          </w:p>
        </w:tc>
        <w:tc>
          <w:tcPr>
            <w:tcW w:w="6912" w:type="dxa"/>
            <w:shd w:val="clear" w:color="auto" w:fill="D9EAF7"/>
            <w:vAlign w:val="center"/>
          </w:tcPr>
          <w:p w:rsidR="0088700B" w:rsidRDefault="00000000" w14:paraId="6CF98C28" wp14:textId="77777777">
            <w:r>
              <w:rPr>
                <w:b/>
                <w:sz w:val="18"/>
              </w:rPr>
              <w:t>Ko atgriež</w:t>
            </w:r>
          </w:p>
        </w:tc>
      </w:tr>
      <w:tr xmlns:wp14="http://schemas.microsoft.com/office/word/2010/wordml" w:rsidR="0088700B" w14:paraId="40E9634B" wp14:textId="77777777">
        <w:trPr>
          <w:jc w:val="center"/>
        </w:trPr>
        <w:tc>
          <w:tcPr>
            <w:tcW w:w="2880" w:type="dxa"/>
            <w:vAlign w:val="center"/>
          </w:tcPr>
          <w:p w:rsidR="0088700B" w:rsidRDefault="00000000" w14:paraId="2B27A252" wp14:textId="77777777">
            <w:r>
              <w:rPr>
                <w:sz w:val="18"/>
              </w:rPr>
              <w:t>INNER JOIN</w:t>
            </w:r>
          </w:p>
        </w:tc>
        <w:tc>
          <w:tcPr>
            <w:tcW w:w="6912" w:type="dxa"/>
            <w:vAlign w:val="center"/>
          </w:tcPr>
          <w:p w:rsidR="0088700B" w:rsidRDefault="00000000" w14:paraId="2B29F571" wp14:textId="77777777">
            <w:r>
              <w:rPr>
                <w:sz w:val="18"/>
              </w:rPr>
              <w:t>Tikai rindas, kurām ir atbilstība abās tabulās</w:t>
            </w:r>
          </w:p>
        </w:tc>
      </w:tr>
      <w:tr xmlns:wp14="http://schemas.microsoft.com/office/word/2010/wordml" w:rsidR="0088700B" w14:paraId="3D39F645" wp14:textId="77777777">
        <w:trPr>
          <w:jc w:val="center"/>
        </w:trPr>
        <w:tc>
          <w:tcPr>
            <w:tcW w:w="2880" w:type="dxa"/>
            <w:vAlign w:val="center"/>
          </w:tcPr>
          <w:p w:rsidR="0088700B" w:rsidRDefault="00000000" w14:paraId="6FC52123" wp14:textId="77777777">
            <w:r>
              <w:rPr>
                <w:sz w:val="18"/>
              </w:rPr>
              <w:t>LEFT JOIN</w:t>
            </w:r>
          </w:p>
        </w:tc>
        <w:tc>
          <w:tcPr>
            <w:tcW w:w="6912" w:type="dxa"/>
            <w:vAlign w:val="center"/>
          </w:tcPr>
          <w:p w:rsidR="0088700B" w:rsidRDefault="00000000" w14:paraId="61EFC081" wp14:textId="77777777">
            <w:r>
              <w:rPr>
                <w:sz w:val="18"/>
              </w:rPr>
              <w:t>Visas rindas no kreisās tabulas un atbilstošās rindas no labās tabulas</w:t>
            </w:r>
          </w:p>
        </w:tc>
      </w:tr>
      <w:tr xmlns:wp14="http://schemas.microsoft.com/office/word/2010/wordml" w:rsidR="0088700B" w14:paraId="0DA81DC0" wp14:textId="77777777">
        <w:trPr>
          <w:jc w:val="center"/>
        </w:trPr>
        <w:tc>
          <w:tcPr>
            <w:tcW w:w="2880" w:type="dxa"/>
            <w:vAlign w:val="center"/>
          </w:tcPr>
          <w:p w:rsidR="0088700B" w:rsidRDefault="00000000" w14:paraId="736DC92C" wp14:textId="77777777">
            <w:r>
              <w:rPr>
                <w:sz w:val="18"/>
              </w:rPr>
              <w:t>FULL OUTER JOIN</w:t>
            </w:r>
          </w:p>
        </w:tc>
        <w:tc>
          <w:tcPr>
            <w:tcW w:w="6912" w:type="dxa"/>
            <w:vAlign w:val="center"/>
          </w:tcPr>
          <w:p w:rsidR="0088700B" w:rsidRDefault="00000000" w14:paraId="6C497F9F" wp14:textId="77777777">
            <w:r>
              <w:rPr>
                <w:sz w:val="18"/>
              </w:rPr>
              <w:t>Visas rindas no abām tabulām, arī ja nav atbilstības</w:t>
            </w:r>
          </w:p>
        </w:tc>
      </w:tr>
      <w:tr xmlns:wp14="http://schemas.microsoft.com/office/word/2010/wordml" w:rsidR="0088700B" w14:paraId="6FBAE872" wp14:textId="77777777">
        <w:trPr>
          <w:jc w:val="center"/>
        </w:trPr>
        <w:tc>
          <w:tcPr>
            <w:tcW w:w="2880" w:type="dxa"/>
            <w:vAlign w:val="center"/>
          </w:tcPr>
          <w:p w:rsidR="0088700B" w:rsidRDefault="00000000" w14:paraId="6E8267E0" wp14:textId="77777777">
            <w:r>
              <w:rPr>
                <w:sz w:val="18"/>
              </w:rPr>
              <w:t>CROSS JOIN</w:t>
            </w:r>
          </w:p>
        </w:tc>
        <w:tc>
          <w:tcPr>
            <w:tcW w:w="6912" w:type="dxa"/>
            <w:vAlign w:val="center"/>
          </w:tcPr>
          <w:p w:rsidR="0088700B" w:rsidRDefault="00000000" w14:paraId="47CADCDF" wp14:textId="77777777">
            <w:r>
              <w:rPr>
                <w:sz w:val="18"/>
              </w:rPr>
              <w:t>Visas iespējamās rindu kombinācijas</w:t>
            </w:r>
          </w:p>
        </w:tc>
      </w:tr>
    </w:tbl>
    <w:p xmlns:wp14="http://schemas.microsoft.com/office/word/2010/wordml" w:rsidR="0088700B" w:rsidRDefault="0088700B" w14:paraId="144A5D23" wp14:textId="77777777"/>
    <w:p xmlns:wp14="http://schemas.microsoft.com/office/word/2010/wordml" w:rsidR="0088700B" w:rsidRDefault="00000000" w14:paraId="6F36530B" wp14:textId="77777777">
      <w:pPr>
        <w:pStyle w:val="Heading2"/>
      </w:pPr>
      <w:r>
        <w:t>11.1. INNER JOIN vs LEFT JOIN</w:t>
      </w:r>
    </w:p>
    <w:p xmlns:wp14="http://schemas.microsoft.com/office/word/2010/wordml" w:rsidR="0088700B" w:rsidRDefault="00000000" w14:paraId="4FC35DFF" wp14:textId="77777777">
      <w:r>
        <w:t>INNER JOIN atgriež tikai tos ierakstus, kuri sakrīt abās tabulās. LEFT JOIN atgriež visus ierakstus no kreisās tabulas, pat ja labajā tabulā nav atbilstības.</w:t>
      </w:r>
    </w:p>
    <w:p xmlns:wp14="http://schemas.microsoft.com/office/word/2010/wordml" w:rsidR="0088700B" w:rsidRDefault="00000000" w14:paraId="483FA041" wp14:textId="77777777">
      <w:pPr>
        <w:pStyle w:val="Heading1"/>
      </w:pPr>
      <w:r>
        <w:t>12. Normalizācija</w:t>
      </w:r>
    </w:p>
    <w:p xmlns:wp14="http://schemas.microsoft.com/office/word/2010/wordml" w:rsidR="0088700B" w:rsidRDefault="00000000" w14:paraId="2A33894A" wp14:textId="77777777">
      <w:r>
        <w:t>Normalizācija ir datubāzes strukturēšanas process, lai mazinātu datu dublēšanos un novērstu datu anomālijas.</w:t>
      </w:r>
    </w:p>
    <w:p xmlns:wp14="http://schemas.microsoft.com/office/word/2010/wordml" w:rsidR="0088700B" w:rsidRDefault="00000000" w14:paraId="3184C0E3" wp14:textId="77777777">
      <w:pPr>
        <w:pStyle w:val="Heading2"/>
      </w:pPr>
      <w:r>
        <w:t>12.1. 1NF pirmā normālā forma</w:t>
      </w:r>
    </w:p>
    <w:p xmlns:wp14="http://schemas.microsoft.com/office/word/2010/wordml" w:rsidR="0088700B" w:rsidRDefault="00000000" w14:paraId="41E19F53" wp14:textId="77777777">
      <w:r>
        <w:t>1NF nozīmē, ka katra šūna satur atomāru jeb nedalāmu vērtību. Vienā šūnā nedrīkst glabāt vairākas vērtības.</w:t>
      </w:r>
    </w:p>
    <w:tbl>
      <w:tblPr>
        <w:tblStyle w:val="TableGrid"/>
        <w:tblW w:w="0" w:type="auto"/>
        <w:jc w:val="center"/>
        <w:tblLook w:val="04A0" w:firstRow="1" w:lastRow="0" w:firstColumn="1" w:lastColumn="0" w:noHBand="0" w:noVBand="1"/>
      </w:tblPr>
      <w:tblGrid>
        <w:gridCol w:w="4752"/>
        <w:gridCol w:w="4752"/>
      </w:tblGrid>
      <w:tr xmlns:wp14="http://schemas.microsoft.com/office/word/2010/wordml" w:rsidR="0088700B" w14:paraId="7E223F64" wp14:textId="77777777">
        <w:trPr>
          <w:jc w:val="center"/>
        </w:trPr>
        <w:tc>
          <w:tcPr>
            <w:tcW w:w="4752" w:type="dxa"/>
            <w:shd w:val="clear" w:color="auto" w:fill="D9EAF7"/>
            <w:vAlign w:val="center"/>
          </w:tcPr>
          <w:p w:rsidR="0088700B" w:rsidRDefault="00000000" w14:paraId="5EF10239" wp14:textId="77777777">
            <w:r>
              <w:rPr>
                <w:b/>
                <w:sz w:val="18"/>
              </w:rPr>
              <w:t>Slikti</w:t>
            </w:r>
          </w:p>
        </w:tc>
        <w:tc>
          <w:tcPr>
            <w:tcW w:w="4752" w:type="dxa"/>
            <w:shd w:val="clear" w:color="auto" w:fill="D9EAF7"/>
            <w:vAlign w:val="center"/>
          </w:tcPr>
          <w:p w:rsidR="0088700B" w:rsidRDefault="00000000" w14:paraId="776452A3" wp14:textId="77777777">
            <w:r>
              <w:rPr>
                <w:b/>
                <w:sz w:val="18"/>
              </w:rPr>
              <w:t>Kāpēc slikti</w:t>
            </w:r>
          </w:p>
        </w:tc>
      </w:tr>
      <w:tr xmlns:wp14="http://schemas.microsoft.com/office/word/2010/wordml" w:rsidR="0088700B" w14:paraId="17318DC8" wp14:textId="77777777">
        <w:trPr>
          <w:jc w:val="center"/>
        </w:trPr>
        <w:tc>
          <w:tcPr>
            <w:tcW w:w="4752" w:type="dxa"/>
            <w:vAlign w:val="center"/>
          </w:tcPr>
          <w:p w:rsidR="0088700B" w:rsidRDefault="00000000" w14:paraId="6F6EC58B" wp14:textId="77777777">
            <w:r>
              <w:rPr>
                <w:sz w:val="18"/>
              </w:rPr>
              <w:t>phones = 22111111, 22222222</w:t>
            </w:r>
          </w:p>
        </w:tc>
        <w:tc>
          <w:tcPr>
            <w:tcW w:w="4752" w:type="dxa"/>
            <w:vAlign w:val="center"/>
          </w:tcPr>
          <w:p w:rsidR="0088700B" w:rsidRDefault="00000000" w14:paraId="689CC323" wp14:textId="77777777">
            <w:r>
              <w:rPr>
                <w:sz w:val="18"/>
              </w:rPr>
              <w:t>Vienā šūnā ir vairākas vērtības</w:t>
            </w:r>
          </w:p>
        </w:tc>
      </w:tr>
    </w:tbl>
    <w:p xmlns:wp14="http://schemas.microsoft.com/office/word/2010/wordml" w:rsidR="0088700B" w:rsidRDefault="0088700B" w14:paraId="738610EB" wp14:textId="77777777"/>
    <w:tbl>
      <w:tblPr>
        <w:tblStyle w:val="TableGrid"/>
        <w:tblW w:w="0" w:type="auto"/>
        <w:jc w:val="center"/>
        <w:tblLook w:val="04A0" w:firstRow="1" w:lastRow="0" w:firstColumn="1" w:lastColumn="0" w:noHBand="0" w:noVBand="1"/>
      </w:tblPr>
      <w:tblGrid>
        <w:gridCol w:w="4752"/>
        <w:gridCol w:w="4752"/>
      </w:tblGrid>
      <w:tr xmlns:wp14="http://schemas.microsoft.com/office/word/2010/wordml" w:rsidR="0088700B" w14:paraId="3D36E973" wp14:textId="77777777">
        <w:trPr>
          <w:jc w:val="center"/>
        </w:trPr>
        <w:tc>
          <w:tcPr>
            <w:tcW w:w="4752" w:type="dxa"/>
            <w:shd w:val="clear" w:color="auto" w:fill="D9EAF7"/>
            <w:vAlign w:val="center"/>
          </w:tcPr>
          <w:p w:rsidR="0088700B" w:rsidRDefault="00000000" w14:paraId="0E6BBB5F" wp14:textId="77777777">
            <w:r>
              <w:rPr>
                <w:b/>
                <w:sz w:val="18"/>
              </w:rPr>
              <w:t>Labi</w:t>
            </w:r>
          </w:p>
        </w:tc>
        <w:tc>
          <w:tcPr>
            <w:tcW w:w="4752" w:type="dxa"/>
            <w:shd w:val="clear" w:color="auto" w:fill="D9EAF7"/>
            <w:vAlign w:val="center"/>
          </w:tcPr>
          <w:p w:rsidR="0088700B" w:rsidRDefault="00000000" w14:paraId="1D5B7060" wp14:textId="77777777">
            <w:r>
              <w:rPr>
                <w:b/>
                <w:sz w:val="18"/>
              </w:rPr>
              <w:t>Kāpēc labi</w:t>
            </w:r>
          </w:p>
        </w:tc>
      </w:tr>
      <w:tr xmlns:wp14="http://schemas.microsoft.com/office/word/2010/wordml" w:rsidR="0088700B" w14:paraId="6EDC4D64" wp14:textId="77777777">
        <w:trPr>
          <w:jc w:val="center"/>
        </w:trPr>
        <w:tc>
          <w:tcPr>
            <w:tcW w:w="4752" w:type="dxa"/>
            <w:vAlign w:val="center"/>
          </w:tcPr>
          <w:p w:rsidR="0088700B" w:rsidRDefault="00000000" w14:paraId="45743B9F" wp14:textId="77777777">
            <w:r>
              <w:rPr>
                <w:sz w:val="18"/>
              </w:rPr>
              <w:t>Katram telefonam atsevišķa rinda vai atsevišķa saistīta tabula</w:t>
            </w:r>
          </w:p>
        </w:tc>
        <w:tc>
          <w:tcPr>
            <w:tcW w:w="4752" w:type="dxa"/>
            <w:vAlign w:val="center"/>
          </w:tcPr>
          <w:p w:rsidR="0088700B" w:rsidRDefault="00000000" w14:paraId="4EF020E2" wp14:textId="77777777">
            <w:r>
              <w:rPr>
                <w:sz w:val="18"/>
              </w:rPr>
              <w:t>Vērtības ir atomāras</w:t>
            </w:r>
          </w:p>
        </w:tc>
      </w:tr>
    </w:tbl>
    <w:p xmlns:wp14="http://schemas.microsoft.com/office/word/2010/wordml" w:rsidR="0088700B" w:rsidRDefault="0088700B" w14:paraId="637805D2" wp14:textId="77777777"/>
    <w:p xmlns:wp14="http://schemas.microsoft.com/office/word/2010/wordml" w:rsidR="0088700B" w:rsidRDefault="00000000" w14:paraId="75EFBEE6" wp14:textId="77777777">
      <w:pPr>
        <w:pStyle w:val="Heading2"/>
      </w:pPr>
      <w:r>
        <w:t>12.2. 3NF trešā normālā forma</w:t>
      </w:r>
    </w:p>
    <w:p xmlns:wp14="http://schemas.microsoft.com/office/word/2010/wordml" w:rsidR="0088700B" w:rsidRDefault="00000000" w14:paraId="397649B6" wp14:textId="77777777">
      <w:r>
        <w:t>3NF nozīmē, ka tabulā nav tranzitīvu atkarību. Katrs ne-atslēgas lauks ir atkarīgs tikai no primārās atslēgas, nevis no cita ne-atslēgas lauka.</w:t>
      </w:r>
    </w:p>
    <w:p xmlns:wp14="http://schemas.microsoft.com/office/word/2010/wordml" w:rsidR="0088700B" w:rsidRDefault="00000000" w14:paraId="5C2ABD53" wp14:textId="77777777">
      <w:r>
        <w:t>Piemērs: ja studentu tabulā glabā group_teacher, bet skolotājs patiesībā ir atkarīgs no group_id, tad group_teacher jāiznes grupu tabulā.</w:t>
      </w:r>
    </w:p>
    <w:p xmlns:wp14="http://schemas.microsoft.com/office/word/2010/wordml" w:rsidR="0088700B" w:rsidRDefault="00000000" w14:paraId="4A9C7F21" wp14:textId="77777777">
      <w:pPr>
        <w:pStyle w:val="Heading2"/>
      </w:pPr>
      <w:r>
        <w:t>12.3. Kāpēc ne viena milzīga tabula?</w:t>
      </w:r>
    </w:p>
    <w:p xmlns:wp14="http://schemas.microsoft.com/office/word/2010/wordml" w:rsidR="0088700B" w:rsidRDefault="00000000" w14:paraId="35D0502B" wp14:textId="77777777">
      <w:r>
        <w:t>Vienā milzīgā tabulā rodas dublēšanās, sarežģīta uzturēšana, kļūdas labošanas laikā un datu nesakritības. Tāpēc dati tiek sadalīti loģiskās tabulās un saistīti ar atslēgām.</w:t>
      </w:r>
    </w:p>
    <w:p xmlns:wp14="http://schemas.microsoft.com/office/word/2010/wordml" w:rsidR="0088700B" w:rsidRDefault="00000000" w14:paraId="3AB49CEB" wp14:textId="77777777">
      <w:pPr>
        <w:pStyle w:val="Heading1"/>
      </w:pPr>
      <w:r>
        <w:t>13. Transakcijas</w:t>
      </w:r>
    </w:p>
    <w:p xmlns:wp14="http://schemas.microsoft.com/office/word/2010/wordml" w:rsidR="0088700B" w:rsidRDefault="00000000" w14:paraId="4B4BF3D6" wp14:textId="77777777">
      <w:r>
        <w:t>Transakcija ir viena vai vairākas datubāzes darbības, kuras jāizpilda kā vienots veselums. Ja kaut kas neizdodas, izmaiņas var atcelt.</w:t>
      </w:r>
    </w:p>
    <w:tbl>
      <w:tblPr>
        <w:tblStyle w:val="TableGrid"/>
        <w:tblW w:w="0" w:type="auto"/>
        <w:jc w:val="center"/>
        <w:tblLook w:val="04A0" w:firstRow="1" w:lastRow="0" w:firstColumn="1" w:lastColumn="0" w:noHBand="0" w:noVBand="1"/>
      </w:tblPr>
      <w:tblGrid>
        <w:gridCol w:w="2592"/>
        <w:gridCol w:w="7200"/>
      </w:tblGrid>
      <w:tr xmlns:wp14="http://schemas.microsoft.com/office/word/2010/wordml" w:rsidR="0088700B" w14:paraId="55BB46CD" wp14:textId="77777777">
        <w:trPr>
          <w:jc w:val="center"/>
        </w:trPr>
        <w:tc>
          <w:tcPr>
            <w:tcW w:w="2592" w:type="dxa"/>
            <w:shd w:val="clear" w:color="auto" w:fill="D9EAF7"/>
            <w:vAlign w:val="center"/>
          </w:tcPr>
          <w:p w:rsidR="0088700B" w:rsidRDefault="00000000" w14:paraId="55093447" wp14:textId="77777777">
            <w:r>
              <w:rPr>
                <w:b/>
                <w:sz w:val="18"/>
              </w:rPr>
              <w:t>Komanda</w:t>
            </w:r>
          </w:p>
        </w:tc>
        <w:tc>
          <w:tcPr>
            <w:tcW w:w="7200" w:type="dxa"/>
            <w:shd w:val="clear" w:color="auto" w:fill="D9EAF7"/>
            <w:vAlign w:val="center"/>
          </w:tcPr>
          <w:p w:rsidR="0088700B" w:rsidRDefault="00000000" w14:paraId="203A4356" wp14:textId="77777777">
            <w:r>
              <w:rPr>
                <w:b/>
                <w:sz w:val="18"/>
              </w:rPr>
              <w:t>Nozīme</w:t>
            </w:r>
          </w:p>
        </w:tc>
      </w:tr>
      <w:tr xmlns:wp14="http://schemas.microsoft.com/office/word/2010/wordml" w:rsidR="0088700B" w14:paraId="3A39F0C9" wp14:textId="77777777">
        <w:trPr>
          <w:jc w:val="center"/>
        </w:trPr>
        <w:tc>
          <w:tcPr>
            <w:tcW w:w="2592" w:type="dxa"/>
            <w:vAlign w:val="center"/>
          </w:tcPr>
          <w:p w:rsidR="0088700B" w:rsidRDefault="00000000" w14:paraId="40BFD024" wp14:textId="77777777">
            <w:r>
              <w:rPr>
                <w:sz w:val="18"/>
              </w:rPr>
              <w:t>COMMIT</w:t>
            </w:r>
          </w:p>
        </w:tc>
        <w:tc>
          <w:tcPr>
            <w:tcW w:w="7200" w:type="dxa"/>
            <w:vAlign w:val="center"/>
          </w:tcPr>
          <w:p w:rsidR="0088700B" w:rsidRDefault="00000000" w14:paraId="3B870A3C" wp14:textId="77777777">
            <w:r>
              <w:rPr>
                <w:sz w:val="18"/>
              </w:rPr>
              <w:t>Apstiprina un saglabā transakcijas izmaiņas</w:t>
            </w:r>
          </w:p>
        </w:tc>
      </w:tr>
      <w:tr xmlns:wp14="http://schemas.microsoft.com/office/word/2010/wordml" w:rsidR="0088700B" w14:paraId="2C8F9022" wp14:textId="77777777">
        <w:trPr>
          <w:jc w:val="center"/>
        </w:trPr>
        <w:tc>
          <w:tcPr>
            <w:tcW w:w="2592" w:type="dxa"/>
            <w:vAlign w:val="center"/>
          </w:tcPr>
          <w:p w:rsidR="0088700B" w:rsidRDefault="00000000" w14:paraId="7FF28867" wp14:textId="77777777">
            <w:r>
              <w:rPr>
                <w:sz w:val="18"/>
              </w:rPr>
              <w:t>ROLLBACK</w:t>
            </w:r>
          </w:p>
        </w:tc>
        <w:tc>
          <w:tcPr>
            <w:tcW w:w="7200" w:type="dxa"/>
            <w:vAlign w:val="center"/>
          </w:tcPr>
          <w:p w:rsidR="0088700B" w:rsidRDefault="00000000" w14:paraId="551F0740" wp14:textId="77777777">
            <w:r>
              <w:rPr>
                <w:sz w:val="18"/>
              </w:rPr>
              <w:t>Atceļ izmaiņas un atgriež datubāzi iepriekšējā stāvoklī</w:t>
            </w:r>
          </w:p>
        </w:tc>
      </w:tr>
      <w:tr xmlns:wp14="http://schemas.microsoft.com/office/word/2010/wordml" w:rsidR="0088700B" w14:paraId="015FAB88" wp14:textId="77777777">
        <w:trPr>
          <w:jc w:val="center"/>
        </w:trPr>
        <w:tc>
          <w:tcPr>
            <w:tcW w:w="2592" w:type="dxa"/>
            <w:vAlign w:val="center"/>
          </w:tcPr>
          <w:p w:rsidR="0088700B" w:rsidRDefault="00000000" w14:paraId="6C52A703" wp14:textId="77777777">
            <w:r>
              <w:rPr>
                <w:sz w:val="18"/>
              </w:rPr>
              <w:t>SAVEPOINT</w:t>
            </w:r>
          </w:p>
        </w:tc>
        <w:tc>
          <w:tcPr>
            <w:tcW w:w="7200" w:type="dxa"/>
            <w:vAlign w:val="center"/>
          </w:tcPr>
          <w:p w:rsidR="0088700B" w:rsidRDefault="00000000" w14:paraId="41B9C429" wp14:textId="77777777">
            <w:r>
              <w:rPr>
                <w:sz w:val="18"/>
              </w:rPr>
              <w:t>Izveido starppunktu transakcijā</w:t>
            </w:r>
          </w:p>
        </w:tc>
      </w:tr>
    </w:tbl>
    <w:p xmlns:wp14="http://schemas.microsoft.com/office/word/2010/wordml" w:rsidR="0088700B" w:rsidRDefault="0088700B" w14:paraId="463F29E8" wp14:textId="77777777"/>
    <w:tbl>
      <w:tblPr>
        <w:tblStyle w:val="TableGrid"/>
        <w:tblW w:w="0" w:type="auto"/>
        <w:tblLook w:val="04A0" w:firstRow="1" w:lastRow="0" w:firstColumn="1" w:lastColumn="0" w:noHBand="0" w:noVBand="1"/>
      </w:tblPr>
      <w:tblGrid>
        <w:gridCol w:w="10080"/>
      </w:tblGrid>
      <w:tr xmlns:wp14="http://schemas.microsoft.com/office/word/2010/wordml" w:rsidR="0088700B" w14:paraId="1E45812D" wp14:textId="77777777">
        <w:tc>
          <w:tcPr>
            <w:tcW w:w="10080" w:type="dxa"/>
            <w:shd w:val="clear" w:color="auto" w:fill="F2F2F2"/>
          </w:tcPr>
          <w:p w:rsidR="0088700B" w:rsidRDefault="00000000" w14:paraId="0B520EF1" wp14:textId="77777777">
            <w:r>
              <w:rPr>
                <w:rFonts w:ascii="Consolas" w:hAnsi="Consolas" w:eastAsia="Consolas"/>
                <w:sz w:val="17"/>
              </w:rPr>
              <w:t>BEGIN;</w:t>
            </w:r>
            <w:r>
              <w:rPr>
                <w:rFonts w:ascii="Consolas" w:hAnsi="Consolas" w:eastAsia="Consolas"/>
                <w:sz w:val="17"/>
              </w:rPr>
              <w:br/>
            </w:r>
            <w:r>
              <w:rPr>
                <w:rFonts w:ascii="Consolas" w:hAnsi="Consolas" w:eastAsia="Consolas"/>
                <w:sz w:val="17"/>
              </w:rPr>
              <w:t>UPDATE Accounts SET balance = balance - 100 WHERE id = 1;</w:t>
            </w:r>
            <w:r>
              <w:rPr>
                <w:rFonts w:ascii="Consolas" w:hAnsi="Consolas" w:eastAsia="Consolas"/>
                <w:sz w:val="17"/>
              </w:rPr>
              <w:br/>
            </w:r>
            <w:r>
              <w:rPr>
                <w:rFonts w:ascii="Consolas" w:hAnsi="Consolas" w:eastAsia="Consolas"/>
                <w:sz w:val="17"/>
              </w:rPr>
              <w:t>UPDATE Accounts SET balance = balance + 100 WHERE id = 2;</w:t>
            </w:r>
            <w:r>
              <w:rPr>
                <w:rFonts w:ascii="Consolas" w:hAnsi="Consolas" w:eastAsia="Consolas"/>
                <w:sz w:val="17"/>
              </w:rPr>
              <w:br/>
            </w:r>
            <w:r>
              <w:rPr>
                <w:rFonts w:ascii="Consolas" w:hAnsi="Consolas" w:eastAsia="Consolas"/>
                <w:sz w:val="17"/>
              </w:rPr>
              <w:t>COMMIT;</w:t>
            </w:r>
          </w:p>
        </w:tc>
      </w:tr>
    </w:tbl>
    <w:p xmlns:wp14="http://schemas.microsoft.com/office/word/2010/wordml" w:rsidR="0088700B" w:rsidRDefault="0088700B" w14:paraId="3B7B4B86" wp14:textId="77777777"/>
    <w:p xmlns:wp14="http://schemas.microsoft.com/office/word/2010/wordml" w:rsidR="0088700B" w:rsidRDefault="00000000" w14:paraId="7F03D030" wp14:textId="77777777">
      <w:pPr>
        <w:pStyle w:val="Heading1"/>
      </w:pPr>
      <w:r>
        <w:t>14. Indeksi, VIEW, UNION un NoSQL</w:t>
      </w:r>
    </w:p>
    <w:p xmlns:wp14="http://schemas.microsoft.com/office/word/2010/wordml" w:rsidR="0088700B" w:rsidRDefault="00000000" w14:paraId="20ED1D3D" wp14:textId="77777777">
      <w:pPr>
        <w:pStyle w:val="Heading2"/>
      </w:pPr>
      <w:r>
        <w:t>14.1. Indekss</w:t>
      </w:r>
    </w:p>
    <w:p xmlns:wp14="http://schemas.microsoft.com/office/word/2010/wordml" w:rsidR="0088700B" w:rsidRDefault="00000000" w14:paraId="7E52884F" wp14:textId="77777777">
      <w:r>
        <w:t>Indekss paātrina datu meklēšanu un atlasi. Tas darbojas līdzīgi kā grāmatas satura rādītājs. Indekss var paātrināt SELECT, bet var palēnināt INSERT, UPDATE un DELETE, jo indekss arī jāatjauno.</w:t>
      </w:r>
    </w:p>
    <w:tbl>
      <w:tblPr>
        <w:tblStyle w:val="TableGrid"/>
        <w:tblW w:w="0" w:type="auto"/>
        <w:tblLook w:val="04A0" w:firstRow="1" w:lastRow="0" w:firstColumn="1" w:lastColumn="0" w:noHBand="0" w:noVBand="1"/>
      </w:tblPr>
      <w:tblGrid>
        <w:gridCol w:w="10080"/>
      </w:tblGrid>
      <w:tr xmlns:wp14="http://schemas.microsoft.com/office/word/2010/wordml" w:rsidR="0088700B" w14:paraId="728D5C26" wp14:textId="77777777">
        <w:tc>
          <w:tcPr>
            <w:tcW w:w="10080" w:type="dxa"/>
            <w:shd w:val="clear" w:color="auto" w:fill="F2F2F2"/>
          </w:tcPr>
          <w:p w:rsidR="0088700B" w:rsidRDefault="00000000" w14:paraId="488898F3" wp14:textId="77777777">
            <w:r>
              <w:rPr>
                <w:rFonts w:ascii="Consolas" w:hAnsi="Consolas" w:eastAsia="Consolas"/>
                <w:sz w:val="17"/>
              </w:rPr>
              <w:t>CREATE INDEX idx_users_email</w:t>
            </w:r>
            <w:r>
              <w:rPr>
                <w:rFonts w:ascii="Consolas" w:hAnsi="Consolas" w:eastAsia="Consolas"/>
                <w:sz w:val="17"/>
              </w:rPr>
              <w:br/>
            </w:r>
            <w:r>
              <w:rPr>
                <w:rFonts w:ascii="Consolas" w:hAnsi="Consolas" w:eastAsia="Consolas"/>
                <w:sz w:val="17"/>
              </w:rPr>
              <w:t>ON Users(email);</w:t>
            </w:r>
          </w:p>
        </w:tc>
      </w:tr>
    </w:tbl>
    <w:p xmlns:wp14="http://schemas.microsoft.com/office/word/2010/wordml" w:rsidR="0088700B" w:rsidRDefault="0088700B" w14:paraId="3A0FF5F2" wp14:textId="77777777"/>
    <w:p xmlns:wp14="http://schemas.microsoft.com/office/word/2010/wordml" w:rsidR="0088700B" w:rsidRDefault="00000000" w14:paraId="0A841B98" wp14:textId="77777777">
      <w:pPr>
        <w:pStyle w:val="Heading2"/>
      </w:pPr>
      <w:r>
        <w:t>14.2. VIEW</w:t>
      </w:r>
    </w:p>
    <w:p xmlns:wp14="http://schemas.microsoft.com/office/word/2010/wordml" w:rsidR="0088700B" w:rsidRDefault="00000000" w14:paraId="6803A0DD" wp14:textId="77777777">
      <w:r>
        <w:t>VIEW ir virtuāla tabula, kas balstīta uz SELECT vaicājumu. VIEW galvenais mērķis ir vienkāršot sarežģītus vaicājumus un nodrošināt drošību, paslēpjot nevajadzīgas kolonnas.</w:t>
      </w:r>
    </w:p>
    <w:tbl>
      <w:tblPr>
        <w:tblStyle w:val="TableGrid"/>
        <w:tblW w:w="0" w:type="auto"/>
        <w:tblLook w:val="04A0" w:firstRow="1" w:lastRow="0" w:firstColumn="1" w:lastColumn="0" w:noHBand="0" w:noVBand="1"/>
      </w:tblPr>
      <w:tblGrid>
        <w:gridCol w:w="10080"/>
      </w:tblGrid>
      <w:tr xmlns:wp14="http://schemas.microsoft.com/office/word/2010/wordml" w:rsidR="0088700B" w14:paraId="7B37F368" wp14:textId="77777777">
        <w:tc>
          <w:tcPr>
            <w:tcW w:w="10080" w:type="dxa"/>
            <w:shd w:val="clear" w:color="auto" w:fill="F2F2F2"/>
          </w:tcPr>
          <w:p w:rsidR="0088700B" w:rsidRDefault="00000000" w14:paraId="59360A96" wp14:textId="77777777">
            <w:r>
              <w:rPr>
                <w:rFonts w:ascii="Consolas" w:hAnsi="Consolas" w:eastAsia="Consolas"/>
                <w:sz w:val="17"/>
              </w:rPr>
              <w:t>CREATE VIEW ActiveCustomers AS</w:t>
            </w:r>
            <w:r>
              <w:rPr>
                <w:rFonts w:ascii="Consolas" w:hAnsi="Consolas" w:eastAsia="Consolas"/>
                <w:sz w:val="17"/>
              </w:rPr>
              <w:br/>
            </w:r>
            <w:r>
              <w:rPr>
                <w:rFonts w:ascii="Consolas" w:hAnsi="Consolas" w:eastAsia="Consolas"/>
                <w:sz w:val="17"/>
              </w:rPr>
              <w:t>SELECT id, name, email</w:t>
            </w:r>
            <w:r>
              <w:rPr>
                <w:rFonts w:ascii="Consolas" w:hAnsi="Consolas" w:eastAsia="Consolas"/>
                <w:sz w:val="17"/>
              </w:rPr>
              <w:br/>
            </w:r>
            <w:r>
              <w:rPr>
                <w:rFonts w:ascii="Consolas" w:hAnsi="Consolas" w:eastAsia="Consolas"/>
                <w:sz w:val="17"/>
              </w:rPr>
              <w:t>FROM Customers</w:t>
            </w:r>
            <w:r>
              <w:rPr>
                <w:rFonts w:ascii="Consolas" w:hAnsi="Consolas" w:eastAsia="Consolas"/>
                <w:sz w:val="17"/>
              </w:rPr>
              <w:br/>
            </w:r>
            <w:r>
              <w:rPr>
                <w:rFonts w:ascii="Consolas" w:hAnsi="Consolas" w:eastAsia="Consolas"/>
                <w:sz w:val="17"/>
              </w:rPr>
              <w:t>WHERE active = true;</w:t>
            </w:r>
          </w:p>
        </w:tc>
      </w:tr>
    </w:tbl>
    <w:p xmlns:wp14="http://schemas.microsoft.com/office/word/2010/wordml" w:rsidR="0088700B" w:rsidRDefault="0088700B" w14:paraId="5630AD66" wp14:textId="77777777"/>
    <w:p xmlns:wp14="http://schemas.microsoft.com/office/word/2010/wordml" w:rsidR="0088700B" w:rsidRDefault="00000000" w14:paraId="54EA4FFE" wp14:textId="77777777">
      <w:pPr>
        <w:pStyle w:val="Heading2"/>
      </w:pPr>
      <w:r>
        <w:t>14.3. UNION</w:t>
      </w:r>
    </w:p>
    <w:p xmlns:wp14="http://schemas.microsoft.com/office/word/2010/wordml" w:rsidR="0088700B" w:rsidRDefault="00000000" w14:paraId="4018073B" wp14:textId="77777777">
      <w:r>
        <w:t>UNION apvieno divu SELECT vaicājumu rezultātus un izslēdz dublikātus. Abiem SELECT vaicājumiem jāatgriež vienāds kolonnu skaits un saderīgi datu tipi.</w:t>
      </w:r>
    </w:p>
    <w:tbl>
      <w:tblPr>
        <w:tblStyle w:val="TableGrid"/>
        <w:tblW w:w="0" w:type="auto"/>
        <w:tblLook w:val="04A0" w:firstRow="1" w:lastRow="0" w:firstColumn="1" w:lastColumn="0" w:noHBand="0" w:noVBand="1"/>
      </w:tblPr>
      <w:tblGrid>
        <w:gridCol w:w="10080"/>
      </w:tblGrid>
      <w:tr xmlns:wp14="http://schemas.microsoft.com/office/word/2010/wordml" w:rsidR="0088700B" w14:paraId="548282EA" wp14:textId="77777777">
        <w:tc>
          <w:tcPr>
            <w:tcW w:w="10080" w:type="dxa"/>
            <w:shd w:val="clear" w:color="auto" w:fill="F2F2F2"/>
          </w:tcPr>
          <w:p w:rsidR="0088700B" w:rsidRDefault="00000000" w14:paraId="1F237F49" wp14:textId="77777777">
            <w:r>
              <w:rPr>
                <w:rFonts w:ascii="Consolas" w:hAnsi="Consolas" w:eastAsia="Consolas"/>
                <w:sz w:val="17"/>
              </w:rPr>
              <w:t>SELECT city FROM Customers</w:t>
            </w:r>
            <w:r>
              <w:rPr>
                <w:rFonts w:ascii="Consolas" w:hAnsi="Consolas" w:eastAsia="Consolas"/>
                <w:sz w:val="17"/>
              </w:rPr>
              <w:br/>
            </w:r>
            <w:r>
              <w:rPr>
                <w:rFonts w:ascii="Consolas" w:hAnsi="Consolas" w:eastAsia="Consolas"/>
                <w:sz w:val="17"/>
              </w:rPr>
              <w:t>UNION</w:t>
            </w:r>
            <w:r>
              <w:rPr>
                <w:rFonts w:ascii="Consolas" w:hAnsi="Consolas" w:eastAsia="Consolas"/>
                <w:sz w:val="17"/>
              </w:rPr>
              <w:br/>
            </w:r>
            <w:r>
              <w:rPr>
                <w:rFonts w:ascii="Consolas" w:hAnsi="Consolas" w:eastAsia="Consolas"/>
                <w:sz w:val="17"/>
              </w:rPr>
              <w:t>SELECT city FROM Suppliers;</w:t>
            </w:r>
          </w:p>
        </w:tc>
      </w:tr>
    </w:tbl>
    <w:p xmlns:wp14="http://schemas.microsoft.com/office/word/2010/wordml" w:rsidR="0088700B" w:rsidRDefault="0088700B" w14:paraId="61829076" wp14:textId="77777777"/>
    <w:p xmlns:wp14="http://schemas.microsoft.com/office/word/2010/wordml" w:rsidR="0088700B" w:rsidRDefault="00000000" w14:paraId="4E1CE3B1" wp14:textId="77777777">
      <w:pPr>
        <w:pStyle w:val="Heading2"/>
      </w:pPr>
      <w:r>
        <w:t>14.4. NoSQL un MongoDB</w:t>
      </w:r>
    </w:p>
    <w:p xmlns:wp14="http://schemas.microsoft.com/office/word/2010/wordml" w:rsidR="0088700B" w:rsidRDefault="00000000" w14:paraId="3727C5F2" wp14:textId="77777777">
      <w:r>
        <w:t>NoSQL datubāzes nav klasiskas relāciju tabulu datubāzes. MongoDB ir NoSQL dokumentu datubāze. Tajā dati bieži tiek glabāti dokumentos, piemēram, JSON līdzīgā formātā.</w:t>
      </w:r>
    </w:p>
    <w:tbl>
      <w:tblPr>
        <w:tblStyle w:val="TableGrid"/>
        <w:tblW w:w="0" w:type="auto"/>
        <w:jc w:val="center"/>
        <w:tblLook w:val="04A0" w:firstRow="1" w:lastRow="0" w:firstColumn="1" w:lastColumn="0" w:noHBand="0" w:noVBand="1"/>
      </w:tblPr>
      <w:tblGrid>
        <w:gridCol w:w="4896"/>
        <w:gridCol w:w="4896"/>
      </w:tblGrid>
      <w:tr xmlns:wp14="http://schemas.microsoft.com/office/word/2010/wordml" w:rsidR="0088700B" w14:paraId="01F2E634" wp14:textId="77777777">
        <w:trPr>
          <w:jc w:val="center"/>
        </w:trPr>
        <w:tc>
          <w:tcPr>
            <w:tcW w:w="4896" w:type="dxa"/>
            <w:shd w:val="clear" w:color="auto" w:fill="D9EAF7"/>
            <w:vAlign w:val="center"/>
          </w:tcPr>
          <w:p w:rsidR="0088700B" w:rsidRDefault="00000000" w14:paraId="01541EF9" wp14:textId="77777777">
            <w:r>
              <w:rPr>
                <w:b/>
                <w:sz w:val="18"/>
              </w:rPr>
              <w:t>Relāciju SQL datubāzes</w:t>
            </w:r>
          </w:p>
        </w:tc>
        <w:tc>
          <w:tcPr>
            <w:tcW w:w="4896" w:type="dxa"/>
            <w:shd w:val="clear" w:color="auto" w:fill="D9EAF7"/>
            <w:vAlign w:val="center"/>
          </w:tcPr>
          <w:p w:rsidR="0088700B" w:rsidRDefault="00000000" w14:paraId="66A4751F" wp14:textId="77777777">
            <w:r>
              <w:rPr>
                <w:b/>
                <w:sz w:val="18"/>
              </w:rPr>
              <w:t>NoSQL piemērs</w:t>
            </w:r>
          </w:p>
        </w:tc>
      </w:tr>
      <w:tr xmlns:wp14="http://schemas.microsoft.com/office/word/2010/wordml" w:rsidR="0088700B" w14:paraId="747C0AAE" wp14:textId="77777777">
        <w:trPr>
          <w:jc w:val="center"/>
        </w:trPr>
        <w:tc>
          <w:tcPr>
            <w:tcW w:w="4896" w:type="dxa"/>
            <w:vAlign w:val="center"/>
          </w:tcPr>
          <w:p w:rsidR="0088700B" w:rsidRDefault="00000000" w14:paraId="2F7C0D45" wp14:textId="77777777">
            <w:r>
              <w:rPr>
                <w:sz w:val="18"/>
              </w:rPr>
              <w:t>MySQL, PostgreSQL, Oracle</w:t>
            </w:r>
          </w:p>
        </w:tc>
        <w:tc>
          <w:tcPr>
            <w:tcW w:w="4896" w:type="dxa"/>
            <w:vAlign w:val="center"/>
          </w:tcPr>
          <w:p w:rsidR="0088700B" w:rsidRDefault="00000000" w14:paraId="485D7021" wp14:textId="77777777">
            <w:r>
              <w:rPr>
                <w:sz w:val="18"/>
              </w:rPr>
              <w:t>MongoDB</w:t>
            </w:r>
          </w:p>
        </w:tc>
      </w:tr>
      <w:tr xmlns:wp14="http://schemas.microsoft.com/office/word/2010/wordml" w:rsidR="0088700B" w14:paraId="47FDBEC0" wp14:textId="77777777">
        <w:trPr>
          <w:jc w:val="center"/>
        </w:trPr>
        <w:tc>
          <w:tcPr>
            <w:tcW w:w="4896" w:type="dxa"/>
            <w:vAlign w:val="center"/>
          </w:tcPr>
          <w:p w:rsidR="0088700B" w:rsidRDefault="00000000" w14:paraId="04EB6BFD" wp14:textId="77777777">
            <w:r>
              <w:rPr>
                <w:sz w:val="18"/>
              </w:rPr>
              <w:t>Tabulas, rindas, kolonnas</w:t>
            </w:r>
          </w:p>
        </w:tc>
        <w:tc>
          <w:tcPr>
            <w:tcW w:w="4896" w:type="dxa"/>
            <w:vAlign w:val="center"/>
          </w:tcPr>
          <w:p w:rsidR="0088700B" w:rsidRDefault="00000000" w14:paraId="0B859CF9" wp14:textId="77777777">
            <w:r>
              <w:rPr>
                <w:sz w:val="18"/>
              </w:rPr>
              <w:t>Dokumenti, kolekcijas</w:t>
            </w:r>
          </w:p>
        </w:tc>
      </w:tr>
      <w:tr xmlns:wp14="http://schemas.microsoft.com/office/word/2010/wordml" w:rsidR="0088700B" w14:paraId="7648329B" wp14:textId="77777777">
        <w:trPr>
          <w:jc w:val="center"/>
        </w:trPr>
        <w:tc>
          <w:tcPr>
            <w:tcW w:w="4896" w:type="dxa"/>
            <w:vAlign w:val="center"/>
          </w:tcPr>
          <w:p w:rsidR="0088700B" w:rsidRDefault="00000000" w14:paraId="1A210188" wp14:textId="77777777">
            <w:r>
              <w:rPr>
                <w:sz w:val="18"/>
              </w:rPr>
              <w:t>Spēcīga shēma un SQL</w:t>
            </w:r>
          </w:p>
        </w:tc>
        <w:tc>
          <w:tcPr>
            <w:tcW w:w="4896" w:type="dxa"/>
            <w:vAlign w:val="center"/>
          </w:tcPr>
          <w:p w:rsidR="0088700B" w:rsidRDefault="00000000" w14:paraId="4458DC47" wp14:textId="77777777">
            <w:r>
              <w:rPr>
                <w:sz w:val="18"/>
              </w:rPr>
              <w:t>Elastīgāka struktūra</w:t>
            </w:r>
          </w:p>
        </w:tc>
      </w:tr>
    </w:tbl>
    <w:p xmlns:wp14="http://schemas.microsoft.com/office/word/2010/wordml" w:rsidR="0088700B" w:rsidRDefault="0088700B" w14:paraId="2BA226A1" wp14:textId="77777777"/>
    <w:p xmlns:wp14="http://schemas.microsoft.com/office/word/2010/wordml" w:rsidR="0088700B" w:rsidRDefault="00000000" w14:paraId="4F6A8EF9" wp14:textId="77777777">
      <w:pPr>
        <w:pStyle w:val="Heading1"/>
      </w:pPr>
      <w:r>
        <w:t>15. Teksta funkcijas</w:t>
      </w:r>
    </w:p>
    <w:tbl>
      <w:tblPr>
        <w:tblStyle w:val="TableGrid"/>
        <w:tblW w:w="0" w:type="auto"/>
        <w:jc w:val="center"/>
        <w:tblLook w:val="04A0" w:firstRow="1" w:lastRow="0" w:firstColumn="1" w:lastColumn="0" w:noHBand="0" w:noVBand="1"/>
      </w:tblPr>
      <w:tblGrid>
        <w:gridCol w:w="2160"/>
        <w:gridCol w:w="4320"/>
        <w:gridCol w:w="3600"/>
      </w:tblGrid>
      <w:tr xmlns:wp14="http://schemas.microsoft.com/office/word/2010/wordml" w:rsidR="0088700B" w14:paraId="4EE02700" wp14:textId="77777777">
        <w:trPr>
          <w:jc w:val="center"/>
        </w:trPr>
        <w:tc>
          <w:tcPr>
            <w:tcW w:w="2160" w:type="dxa"/>
            <w:shd w:val="clear" w:color="auto" w:fill="D9EAF7"/>
            <w:vAlign w:val="center"/>
          </w:tcPr>
          <w:p w:rsidR="0088700B" w:rsidRDefault="00000000" w14:paraId="4A279E6E" wp14:textId="77777777">
            <w:r>
              <w:rPr>
                <w:b/>
                <w:sz w:val="18"/>
              </w:rPr>
              <w:t>Funkcija</w:t>
            </w:r>
          </w:p>
        </w:tc>
        <w:tc>
          <w:tcPr>
            <w:tcW w:w="4320" w:type="dxa"/>
            <w:shd w:val="clear" w:color="auto" w:fill="D9EAF7"/>
            <w:vAlign w:val="center"/>
          </w:tcPr>
          <w:p w:rsidR="0088700B" w:rsidRDefault="00000000" w14:paraId="3EB8B3F9" wp14:textId="77777777">
            <w:r>
              <w:rPr>
                <w:b/>
                <w:sz w:val="18"/>
              </w:rPr>
              <w:t>Ko dara</w:t>
            </w:r>
          </w:p>
        </w:tc>
        <w:tc>
          <w:tcPr>
            <w:tcW w:w="3600" w:type="dxa"/>
            <w:shd w:val="clear" w:color="auto" w:fill="D9EAF7"/>
            <w:vAlign w:val="center"/>
          </w:tcPr>
          <w:p w:rsidR="0088700B" w:rsidRDefault="00000000" w14:paraId="4F681C74" wp14:textId="77777777">
            <w:r>
              <w:rPr>
                <w:b/>
                <w:sz w:val="18"/>
              </w:rPr>
              <w:t>Piemērs</w:t>
            </w:r>
          </w:p>
        </w:tc>
      </w:tr>
      <w:tr xmlns:wp14="http://schemas.microsoft.com/office/word/2010/wordml" w:rsidR="0088700B" w14:paraId="47CCB353" wp14:textId="77777777">
        <w:trPr>
          <w:jc w:val="center"/>
        </w:trPr>
        <w:tc>
          <w:tcPr>
            <w:tcW w:w="2160" w:type="dxa"/>
            <w:vAlign w:val="center"/>
          </w:tcPr>
          <w:p w:rsidR="0088700B" w:rsidRDefault="00000000" w14:paraId="26CBFEE7" wp14:textId="77777777">
            <w:r>
              <w:rPr>
                <w:sz w:val="18"/>
              </w:rPr>
              <w:t>UPPER()</w:t>
            </w:r>
          </w:p>
        </w:tc>
        <w:tc>
          <w:tcPr>
            <w:tcW w:w="4320" w:type="dxa"/>
            <w:vAlign w:val="center"/>
          </w:tcPr>
          <w:p w:rsidR="0088700B" w:rsidRDefault="00000000" w14:paraId="2BAAAF07" wp14:textId="77777777">
            <w:r>
              <w:rPr>
                <w:sz w:val="18"/>
              </w:rPr>
              <w:t>Pārvērš tekstu lielajos burtos</w:t>
            </w:r>
          </w:p>
        </w:tc>
        <w:tc>
          <w:tcPr>
            <w:tcW w:w="3600" w:type="dxa"/>
            <w:vAlign w:val="center"/>
          </w:tcPr>
          <w:p w:rsidR="0088700B" w:rsidRDefault="00000000" w14:paraId="3990C6B0" wp14:textId="77777777">
            <w:r>
              <w:rPr>
                <w:sz w:val="18"/>
              </w:rPr>
              <w:t>UPPER('juris') -&gt; JURIS</w:t>
            </w:r>
          </w:p>
        </w:tc>
      </w:tr>
      <w:tr xmlns:wp14="http://schemas.microsoft.com/office/word/2010/wordml" w:rsidR="0088700B" w14:paraId="37DE697B" wp14:textId="77777777">
        <w:trPr>
          <w:jc w:val="center"/>
        </w:trPr>
        <w:tc>
          <w:tcPr>
            <w:tcW w:w="2160" w:type="dxa"/>
            <w:vAlign w:val="center"/>
          </w:tcPr>
          <w:p w:rsidR="0088700B" w:rsidRDefault="00000000" w14:paraId="50506040" wp14:textId="77777777">
            <w:r>
              <w:rPr>
                <w:sz w:val="18"/>
              </w:rPr>
              <w:t>LOWER()</w:t>
            </w:r>
          </w:p>
        </w:tc>
        <w:tc>
          <w:tcPr>
            <w:tcW w:w="4320" w:type="dxa"/>
            <w:vAlign w:val="center"/>
          </w:tcPr>
          <w:p w:rsidR="0088700B" w:rsidRDefault="00000000" w14:paraId="7A23C78B" wp14:textId="77777777">
            <w:r>
              <w:rPr>
                <w:sz w:val="18"/>
              </w:rPr>
              <w:t>Pārvērš tekstu mazajos burtos</w:t>
            </w:r>
          </w:p>
        </w:tc>
        <w:tc>
          <w:tcPr>
            <w:tcW w:w="3600" w:type="dxa"/>
            <w:vAlign w:val="center"/>
          </w:tcPr>
          <w:p w:rsidR="0088700B" w:rsidRDefault="00000000" w14:paraId="01496367" wp14:textId="77777777">
            <w:r>
              <w:rPr>
                <w:sz w:val="18"/>
              </w:rPr>
              <w:t>LOWER('RIGA') -&gt; riga</w:t>
            </w:r>
          </w:p>
        </w:tc>
      </w:tr>
      <w:tr xmlns:wp14="http://schemas.microsoft.com/office/word/2010/wordml" w:rsidR="0088700B" w14:paraId="6C40DC64" wp14:textId="77777777">
        <w:trPr>
          <w:jc w:val="center"/>
        </w:trPr>
        <w:tc>
          <w:tcPr>
            <w:tcW w:w="2160" w:type="dxa"/>
            <w:vAlign w:val="center"/>
          </w:tcPr>
          <w:p w:rsidR="0088700B" w:rsidRDefault="00000000" w14:paraId="36DBADF9" wp14:textId="77777777">
            <w:r>
              <w:rPr>
                <w:sz w:val="18"/>
              </w:rPr>
              <w:t>TRIM()</w:t>
            </w:r>
          </w:p>
        </w:tc>
        <w:tc>
          <w:tcPr>
            <w:tcW w:w="4320" w:type="dxa"/>
            <w:vAlign w:val="center"/>
          </w:tcPr>
          <w:p w:rsidR="0088700B" w:rsidRDefault="00000000" w14:paraId="3E3E749C" wp14:textId="77777777">
            <w:r>
              <w:rPr>
                <w:sz w:val="18"/>
              </w:rPr>
              <w:t>Noņem liekās atstarpes sākumā un beigās</w:t>
            </w:r>
          </w:p>
        </w:tc>
        <w:tc>
          <w:tcPr>
            <w:tcW w:w="3600" w:type="dxa"/>
            <w:vAlign w:val="center"/>
          </w:tcPr>
          <w:p w:rsidR="0088700B" w:rsidRDefault="00000000" w14:paraId="2378943E" wp14:textId="77777777">
            <w:r>
              <w:rPr>
                <w:sz w:val="18"/>
              </w:rPr>
              <w:t>TRIM('  Riga  ') -&gt; Riga</w:t>
            </w:r>
          </w:p>
        </w:tc>
      </w:tr>
      <w:tr xmlns:wp14="http://schemas.microsoft.com/office/word/2010/wordml" w:rsidR="0088700B" w14:paraId="6E6C52C1" wp14:textId="77777777">
        <w:trPr>
          <w:jc w:val="center"/>
        </w:trPr>
        <w:tc>
          <w:tcPr>
            <w:tcW w:w="2160" w:type="dxa"/>
            <w:vAlign w:val="center"/>
          </w:tcPr>
          <w:p w:rsidR="0088700B" w:rsidRDefault="00000000" w14:paraId="54481BC2" wp14:textId="77777777">
            <w:r>
              <w:rPr>
                <w:sz w:val="18"/>
              </w:rPr>
              <w:t>COALESCE()</w:t>
            </w:r>
          </w:p>
        </w:tc>
        <w:tc>
          <w:tcPr>
            <w:tcW w:w="4320" w:type="dxa"/>
            <w:vAlign w:val="center"/>
          </w:tcPr>
          <w:p w:rsidR="0088700B" w:rsidRDefault="00000000" w14:paraId="2E209223" wp14:textId="77777777">
            <w:r>
              <w:rPr>
                <w:sz w:val="18"/>
              </w:rPr>
              <w:t>Aizvieto NULL ar citu vērtību</w:t>
            </w:r>
          </w:p>
        </w:tc>
        <w:tc>
          <w:tcPr>
            <w:tcW w:w="3600" w:type="dxa"/>
            <w:vAlign w:val="center"/>
          </w:tcPr>
          <w:p w:rsidR="0088700B" w:rsidRDefault="00000000" w14:paraId="14E426CC" wp14:textId="77777777">
            <w:r>
              <w:rPr>
                <w:sz w:val="18"/>
              </w:rPr>
              <w:t>COALESCE(discount, 0)</w:t>
            </w:r>
          </w:p>
        </w:tc>
      </w:tr>
    </w:tbl>
    <w:p xmlns:wp14="http://schemas.microsoft.com/office/word/2010/wordml" w:rsidR="0088700B" w:rsidRDefault="0088700B" w14:paraId="17AD93B2" wp14:textId="77777777"/>
    <w:p xmlns:wp14="http://schemas.microsoft.com/office/word/2010/wordml" w:rsidR="0088700B" w:rsidRDefault="00000000" w14:paraId="2AC04E5A" wp14:textId="77777777">
      <w:pPr>
        <w:pStyle w:val="Heading1"/>
      </w:pPr>
      <w:r>
        <w:t>16. Eksāmena testa jautājumi 1-30: pareizās atbildes un īss skaidrojums</w:t>
      </w:r>
    </w:p>
    <w:tbl>
      <w:tblPr>
        <w:tblStyle w:val="TableGrid"/>
        <w:tblW w:w="0" w:type="auto"/>
        <w:jc w:val="center"/>
        <w:tblLook w:val="04A0" w:firstRow="1" w:lastRow="0" w:firstColumn="1" w:lastColumn="0" w:noHBand="0" w:noVBand="1"/>
      </w:tblPr>
      <w:tblGrid>
        <w:gridCol w:w="720"/>
        <w:gridCol w:w="3888"/>
        <w:gridCol w:w="5616"/>
      </w:tblGrid>
      <w:tr xmlns:wp14="http://schemas.microsoft.com/office/word/2010/wordml" w:rsidR="0088700B" w14:paraId="7F28D4CA" wp14:textId="77777777">
        <w:trPr>
          <w:jc w:val="center"/>
        </w:trPr>
        <w:tc>
          <w:tcPr>
            <w:tcW w:w="720" w:type="dxa"/>
            <w:shd w:val="clear" w:color="auto" w:fill="D9EAF7"/>
            <w:vAlign w:val="center"/>
          </w:tcPr>
          <w:p w:rsidR="0088700B" w:rsidRDefault="00000000" w14:paraId="16A3DE68" wp14:textId="77777777">
            <w:r>
              <w:rPr>
                <w:b/>
                <w:sz w:val="18"/>
              </w:rPr>
              <w:t>Nr.</w:t>
            </w:r>
          </w:p>
        </w:tc>
        <w:tc>
          <w:tcPr>
            <w:tcW w:w="3888" w:type="dxa"/>
            <w:shd w:val="clear" w:color="auto" w:fill="D9EAF7"/>
            <w:vAlign w:val="center"/>
          </w:tcPr>
          <w:p w:rsidR="0088700B" w:rsidRDefault="00000000" w14:paraId="138F81F5" wp14:textId="77777777">
            <w:r>
              <w:rPr>
                <w:b/>
                <w:sz w:val="18"/>
              </w:rPr>
              <w:t>Pareizā atbilde</w:t>
            </w:r>
          </w:p>
        </w:tc>
        <w:tc>
          <w:tcPr>
            <w:tcW w:w="5616" w:type="dxa"/>
            <w:shd w:val="clear" w:color="auto" w:fill="D9EAF7"/>
            <w:vAlign w:val="center"/>
          </w:tcPr>
          <w:p w:rsidR="0088700B" w:rsidRDefault="00000000" w14:paraId="307DDE46" wp14:textId="77777777">
            <w:r>
              <w:rPr>
                <w:b/>
                <w:sz w:val="18"/>
              </w:rPr>
              <w:t>Skaidrojums</w:t>
            </w:r>
          </w:p>
        </w:tc>
      </w:tr>
      <w:tr xmlns:wp14="http://schemas.microsoft.com/office/word/2010/wordml" w:rsidR="0088700B" w14:paraId="7BC42B91" wp14:textId="77777777">
        <w:trPr>
          <w:jc w:val="center"/>
        </w:trPr>
        <w:tc>
          <w:tcPr>
            <w:tcW w:w="720" w:type="dxa"/>
            <w:vAlign w:val="center"/>
          </w:tcPr>
          <w:p w:rsidR="0088700B" w:rsidRDefault="00000000" w14:paraId="56B20A0C" wp14:textId="77777777">
            <w:r>
              <w:rPr>
                <w:sz w:val="18"/>
              </w:rPr>
              <w:t>1</w:t>
            </w:r>
          </w:p>
        </w:tc>
        <w:tc>
          <w:tcPr>
            <w:tcW w:w="3888" w:type="dxa"/>
            <w:vAlign w:val="center"/>
          </w:tcPr>
          <w:p w:rsidR="0088700B" w:rsidRDefault="00000000" w14:paraId="2BC85D66" wp14:textId="77777777">
            <w:r>
              <w:rPr>
                <w:sz w:val="18"/>
              </w:rPr>
              <w:t>CREATE TABLE</w:t>
            </w:r>
          </w:p>
        </w:tc>
        <w:tc>
          <w:tcPr>
            <w:tcW w:w="5616" w:type="dxa"/>
            <w:vAlign w:val="center"/>
          </w:tcPr>
          <w:p w:rsidR="0088700B" w:rsidRDefault="00000000" w14:paraId="5813411E" wp14:textId="77777777">
            <w:r>
              <w:rPr>
                <w:sz w:val="18"/>
              </w:rPr>
              <w:t>Izveido jaunu tabulu datubāzē.</w:t>
            </w:r>
          </w:p>
        </w:tc>
      </w:tr>
      <w:tr xmlns:wp14="http://schemas.microsoft.com/office/word/2010/wordml" w:rsidR="0088700B" w14:paraId="2D4E03E5" wp14:textId="77777777">
        <w:trPr>
          <w:jc w:val="center"/>
        </w:trPr>
        <w:tc>
          <w:tcPr>
            <w:tcW w:w="720" w:type="dxa"/>
            <w:vAlign w:val="center"/>
          </w:tcPr>
          <w:p w:rsidR="0088700B" w:rsidRDefault="00000000" w14:paraId="7144751B" wp14:textId="77777777">
            <w:r>
              <w:rPr>
                <w:sz w:val="18"/>
              </w:rPr>
              <w:t>2</w:t>
            </w:r>
          </w:p>
        </w:tc>
        <w:tc>
          <w:tcPr>
            <w:tcW w:w="3888" w:type="dxa"/>
            <w:vAlign w:val="center"/>
          </w:tcPr>
          <w:p w:rsidR="0088700B" w:rsidRDefault="00000000" w14:paraId="00B74306" wp14:textId="77777777">
            <w:r>
              <w:rPr>
                <w:sz w:val="18"/>
              </w:rPr>
              <w:t>ORDER BY</w:t>
            </w:r>
          </w:p>
        </w:tc>
        <w:tc>
          <w:tcPr>
            <w:tcW w:w="5616" w:type="dxa"/>
            <w:vAlign w:val="center"/>
          </w:tcPr>
          <w:p w:rsidR="0088700B" w:rsidRDefault="00000000" w14:paraId="601B2941" wp14:textId="77777777">
            <w:r>
              <w:rPr>
                <w:sz w:val="18"/>
              </w:rPr>
              <w:t>Sakārto SELECT rezultātus.</w:t>
            </w:r>
          </w:p>
        </w:tc>
      </w:tr>
      <w:tr xmlns:wp14="http://schemas.microsoft.com/office/word/2010/wordml" w:rsidR="0088700B" w14:paraId="7923D577" wp14:textId="77777777">
        <w:trPr>
          <w:jc w:val="center"/>
        </w:trPr>
        <w:tc>
          <w:tcPr>
            <w:tcW w:w="720" w:type="dxa"/>
            <w:vAlign w:val="center"/>
          </w:tcPr>
          <w:p w:rsidR="0088700B" w:rsidRDefault="00000000" w14:paraId="0B778152" wp14:textId="77777777">
            <w:r>
              <w:rPr>
                <w:sz w:val="18"/>
              </w:rPr>
              <w:t>3</w:t>
            </w:r>
          </w:p>
        </w:tc>
        <w:tc>
          <w:tcPr>
            <w:tcW w:w="3888" w:type="dxa"/>
            <w:vAlign w:val="center"/>
          </w:tcPr>
          <w:p w:rsidR="0088700B" w:rsidRDefault="00000000" w14:paraId="204670FA" wp14:textId="77777777">
            <w:r>
              <w:rPr>
                <w:sz w:val="18"/>
              </w:rPr>
              <w:t>VARCHAR</w:t>
            </w:r>
          </w:p>
        </w:tc>
        <w:tc>
          <w:tcPr>
            <w:tcW w:w="5616" w:type="dxa"/>
            <w:vAlign w:val="center"/>
          </w:tcPr>
          <w:p w:rsidR="0088700B" w:rsidRDefault="00000000" w14:paraId="0BCA7861" wp14:textId="77777777">
            <w:r>
              <w:rPr>
                <w:sz w:val="18"/>
              </w:rPr>
              <w:t>Personas vārdam labākais ir mainīga garuma teksts.</w:t>
            </w:r>
          </w:p>
        </w:tc>
      </w:tr>
      <w:tr xmlns:wp14="http://schemas.microsoft.com/office/word/2010/wordml" w:rsidR="0088700B" w14:paraId="4C8CF2C5" wp14:textId="77777777">
        <w:trPr>
          <w:jc w:val="center"/>
        </w:trPr>
        <w:tc>
          <w:tcPr>
            <w:tcW w:w="720" w:type="dxa"/>
            <w:vAlign w:val="center"/>
          </w:tcPr>
          <w:p w:rsidR="0088700B" w:rsidRDefault="00000000" w14:paraId="279935FF" wp14:textId="77777777">
            <w:r>
              <w:rPr>
                <w:sz w:val="18"/>
              </w:rPr>
              <w:t>4</w:t>
            </w:r>
          </w:p>
        </w:tc>
        <w:tc>
          <w:tcPr>
            <w:tcW w:w="3888" w:type="dxa"/>
            <w:vAlign w:val="center"/>
          </w:tcPr>
          <w:p w:rsidR="0088700B" w:rsidRDefault="00000000" w14:paraId="642BAC6E" wp14:textId="77777777">
            <w:r>
              <w:rPr>
                <w:sz w:val="18"/>
              </w:rPr>
              <w:t>Pilnībā izdzēš tabulu un tās datus</w:t>
            </w:r>
          </w:p>
        </w:tc>
        <w:tc>
          <w:tcPr>
            <w:tcW w:w="5616" w:type="dxa"/>
            <w:vAlign w:val="center"/>
          </w:tcPr>
          <w:p w:rsidR="0088700B" w:rsidRDefault="00000000" w14:paraId="5B6B17AD" wp14:textId="77777777">
            <w:r>
              <w:rPr>
                <w:sz w:val="18"/>
              </w:rPr>
              <w:t>DROP TABLE dzēš visu tabulu.</w:t>
            </w:r>
          </w:p>
        </w:tc>
      </w:tr>
      <w:tr xmlns:wp14="http://schemas.microsoft.com/office/word/2010/wordml" w:rsidR="0088700B" w14:paraId="3E2CEC8D" wp14:textId="77777777">
        <w:trPr>
          <w:jc w:val="center"/>
        </w:trPr>
        <w:tc>
          <w:tcPr>
            <w:tcW w:w="720" w:type="dxa"/>
            <w:vAlign w:val="center"/>
          </w:tcPr>
          <w:p w:rsidR="0088700B" w:rsidRDefault="00000000" w14:paraId="44240AAE" wp14:textId="77777777">
            <w:r>
              <w:rPr>
                <w:sz w:val="18"/>
              </w:rPr>
              <w:t>5</w:t>
            </w:r>
          </w:p>
        </w:tc>
        <w:tc>
          <w:tcPr>
            <w:tcW w:w="3888" w:type="dxa"/>
            <w:vAlign w:val="center"/>
          </w:tcPr>
          <w:p w:rsidR="0088700B" w:rsidRDefault="00000000" w14:paraId="42FC32BF" wp14:textId="77777777">
            <w:r>
              <w:rPr>
                <w:sz w:val="18"/>
              </w:rPr>
              <w:t>COUNT()</w:t>
            </w:r>
          </w:p>
        </w:tc>
        <w:tc>
          <w:tcPr>
            <w:tcW w:w="5616" w:type="dxa"/>
            <w:vAlign w:val="center"/>
          </w:tcPr>
          <w:p w:rsidR="0088700B" w:rsidRDefault="00000000" w14:paraId="67F0DB2C" wp14:textId="77777777">
            <w:r>
              <w:rPr>
                <w:sz w:val="18"/>
              </w:rPr>
              <w:t>Saskaita rindu skaitu.</w:t>
            </w:r>
          </w:p>
        </w:tc>
      </w:tr>
      <w:tr xmlns:wp14="http://schemas.microsoft.com/office/word/2010/wordml" w:rsidR="0088700B" w14:paraId="278915A6" wp14:textId="77777777">
        <w:trPr>
          <w:jc w:val="center"/>
        </w:trPr>
        <w:tc>
          <w:tcPr>
            <w:tcW w:w="720" w:type="dxa"/>
            <w:vAlign w:val="center"/>
          </w:tcPr>
          <w:p w:rsidR="0088700B" w:rsidRDefault="00000000" w14:paraId="1B87E3DE" wp14:textId="77777777">
            <w:r>
              <w:rPr>
                <w:sz w:val="18"/>
              </w:rPr>
              <w:t>6</w:t>
            </w:r>
          </w:p>
        </w:tc>
        <w:tc>
          <w:tcPr>
            <w:tcW w:w="3888" w:type="dxa"/>
            <w:vAlign w:val="center"/>
          </w:tcPr>
          <w:p w:rsidR="0088700B" w:rsidRDefault="00000000" w14:paraId="2D53565F" wp14:textId="77777777">
            <w:r>
              <w:rPr>
                <w:sz w:val="18"/>
              </w:rPr>
              <w:t>Nezināma vai neeksistējoša vērtība</w:t>
            </w:r>
          </w:p>
        </w:tc>
        <w:tc>
          <w:tcPr>
            <w:tcW w:w="5616" w:type="dxa"/>
            <w:vAlign w:val="center"/>
          </w:tcPr>
          <w:p w:rsidR="0088700B" w:rsidRDefault="00000000" w14:paraId="55A2251C" wp14:textId="77777777">
            <w:r>
              <w:rPr>
                <w:sz w:val="18"/>
              </w:rPr>
              <w:t>NULL nav 0 un nav tukša virkne.</w:t>
            </w:r>
          </w:p>
        </w:tc>
      </w:tr>
      <w:tr xmlns:wp14="http://schemas.microsoft.com/office/word/2010/wordml" w:rsidR="0088700B" w14:paraId="0A391A83" wp14:textId="77777777">
        <w:trPr>
          <w:jc w:val="center"/>
        </w:trPr>
        <w:tc>
          <w:tcPr>
            <w:tcW w:w="720" w:type="dxa"/>
            <w:vAlign w:val="center"/>
          </w:tcPr>
          <w:p w:rsidR="0088700B" w:rsidRDefault="00000000" w14:paraId="75697EEC" wp14:textId="77777777">
            <w:r>
              <w:rPr>
                <w:sz w:val="18"/>
              </w:rPr>
              <w:t>7</w:t>
            </w:r>
          </w:p>
        </w:tc>
        <w:tc>
          <w:tcPr>
            <w:tcW w:w="3888" w:type="dxa"/>
            <w:vAlign w:val="center"/>
          </w:tcPr>
          <w:p w:rsidR="0088700B" w:rsidRDefault="00000000" w14:paraId="6376DBE2" wp14:textId="77777777">
            <w:r>
              <w:rPr>
                <w:sz w:val="18"/>
              </w:rPr>
              <w:t>LIMIT</w:t>
            </w:r>
          </w:p>
        </w:tc>
        <w:tc>
          <w:tcPr>
            <w:tcW w:w="5616" w:type="dxa"/>
            <w:vAlign w:val="center"/>
          </w:tcPr>
          <w:p w:rsidR="0088700B" w:rsidRDefault="00000000" w14:paraId="5D6A25AC" wp14:textId="77777777">
            <w:r>
              <w:rPr>
                <w:sz w:val="18"/>
              </w:rPr>
              <w:t>Ierobežo atgriezto rindu skaitu.</w:t>
            </w:r>
          </w:p>
        </w:tc>
      </w:tr>
      <w:tr xmlns:wp14="http://schemas.microsoft.com/office/word/2010/wordml" w:rsidR="0088700B" w14:paraId="16B6F4A9" wp14:textId="77777777">
        <w:trPr>
          <w:jc w:val="center"/>
        </w:trPr>
        <w:tc>
          <w:tcPr>
            <w:tcW w:w="720" w:type="dxa"/>
            <w:vAlign w:val="center"/>
          </w:tcPr>
          <w:p w:rsidR="0088700B" w:rsidRDefault="00000000" w14:paraId="44B0A208" wp14:textId="77777777">
            <w:r>
              <w:rPr>
                <w:sz w:val="18"/>
              </w:rPr>
              <w:t>8</w:t>
            </w:r>
          </w:p>
        </w:tc>
        <w:tc>
          <w:tcPr>
            <w:tcW w:w="3888" w:type="dxa"/>
            <w:vAlign w:val="center"/>
          </w:tcPr>
          <w:p w:rsidR="0088700B" w:rsidRDefault="00000000" w14:paraId="46D1EA9C" wp14:textId="77777777">
            <w:r>
              <w:rPr>
                <w:sz w:val="18"/>
              </w:rPr>
              <w:t>Primārā atslēga nevar būt NULL</w:t>
            </w:r>
          </w:p>
        </w:tc>
        <w:tc>
          <w:tcPr>
            <w:tcW w:w="5616" w:type="dxa"/>
            <w:vAlign w:val="center"/>
          </w:tcPr>
          <w:p w:rsidR="0088700B" w:rsidRDefault="00000000" w14:paraId="7048A2B1" wp14:textId="77777777">
            <w:r>
              <w:rPr>
                <w:sz w:val="18"/>
              </w:rPr>
              <w:t>Tā ir entītiju integritāte.</w:t>
            </w:r>
          </w:p>
        </w:tc>
      </w:tr>
      <w:tr xmlns:wp14="http://schemas.microsoft.com/office/word/2010/wordml" w:rsidR="0088700B" w14:paraId="43A9D358" wp14:textId="77777777">
        <w:trPr>
          <w:jc w:val="center"/>
        </w:trPr>
        <w:tc>
          <w:tcPr>
            <w:tcW w:w="720" w:type="dxa"/>
            <w:vAlign w:val="center"/>
          </w:tcPr>
          <w:p w:rsidR="0088700B" w:rsidRDefault="00000000" w14:paraId="2B2B7304" wp14:textId="77777777">
            <w:r>
              <w:rPr>
                <w:sz w:val="18"/>
              </w:rPr>
              <w:t>9</w:t>
            </w:r>
          </w:p>
        </w:tc>
        <w:tc>
          <w:tcPr>
            <w:tcW w:w="3888" w:type="dxa"/>
            <w:vAlign w:val="center"/>
          </w:tcPr>
          <w:p w:rsidR="0088700B" w:rsidRDefault="00000000" w14:paraId="0A525EEF" wp14:textId="77777777">
            <w:r>
              <w:rPr>
                <w:sz w:val="18"/>
              </w:rPr>
              <w:t>BETWEEN</w:t>
            </w:r>
          </w:p>
        </w:tc>
        <w:tc>
          <w:tcPr>
            <w:tcW w:w="5616" w:type="dxa"/>
            <w:vAlign w:val="center"/>
          </w:tcPr>
          <w:p w:rsidR="0088700B" w:rsidRDefault="00000000" w14:paraId="6A6598EA" wp14:textId="77777777">
            <w:r>
              <w:rPr>
                <w:sz w:val="18"/>
              </w:rPr>
              <w:t>Pārbauda vērtību diapazonu.</w:t>
            </w:r>
          </w:p>
        </w:tc>
      </w:tr>
      <w:tr xmlns:wp14="http://schemas.microsoft.com/office/word/2010/wordml" w:rsidR="0088700B" w14:paraId="7A206CDB" wp14:textId="77777777">
        <w:trPr>
          <w:jc w:val="center"/>
        </w:trPr>
        <w:tc>
          <w:tcPr>
            <w:tcW w:w="720" w:type="dxa"/>
            <w:vAlign w:val="center"/>
          </w:tcPr>
          <w:p w:rsidR="0088700B" w:rsidRDefault="00000000" w14:paraId="5D369756" wp14:textId="77777777">
            <w:r>
              <w:rPr>
                <w:sz w:val="18"/>
              </w:rPr>
              <w:t>10</w:t>
            </w:r>
          </w:p>
        </w:tc>
        <w:tc>
          <w:tcPr>
            <w:tcW w:w="3888" w:type="dxa"/>
            <w:vAlign w:val="center"/>
          </w:tcPr>
          <w:p w:rsidR="0088700B" w:rsidRDefault="00000000" w14:paraId="1DA67BA9" wp14:textId="77777777">
            <w:r>
              <w:rPr>
                <w:sz w:val="18"/>
              </w:rPr>
              <w:t>DML manipulē ar datiem</w:t>
            </w:r>
          </w:p>
        </w:tc>
        <w:tc>
          <w:tcPr>
            <w:tcW w:w="5616" w:type="dxa"/>
            <w:vAlign w:val="center"/>
          </w:tcPr>
          <w:p w:rsidR="0088700B" w:rsidRDefault="00000000" w14:paraId="50359781" wp14:textId="77777777">
            <w:r>
              <w:rPr>
                <w:sz w:val="18"/>
              </w:rPr>
              <w:t>SELECT, INSERT, UPDATE, DELETE.</w:t>
            </w:r>
          </w:p>
        </w:tc>
      </w:tr>
      <w:tr xmlns:wp14="http://schemas.microsoft.com/office/word/2010/wordml" w:rsidR="0088700B" w14:paraId="123162C2" wp14:textId="77777777">
        <w:trPr>
          <w:jc w:val="center"/>
        </w:trPr>
        <w:tc>
          <w:tcPr>
            <w:tcW w:w="720" w:type="dxa"/>
            <w:vAlign w:val="center"/>
          </w:tcPr>
          <w:p w:rsidR="0088700B" w:rsidRDefault="00000000" w14:paraId="4737E36C" wp14:textId="77777777">
            <w:r>
              <w:rPr>
                <w:sz w:val="18"/>
              </w:rPr>
              <w:t>11</w:t>
            </w:r>
          </w:p>
        </w:tc>
        <w:tc>
          <w:tcPr>
            <w:tcW w:w="3888" w:type="dxa"/>
            <w:vAlign w:val="center"/>
          </w:tcPr>
          <w:p w:rsidR="0088700B" w:rsidRDefault="00000000" w14:paraId="73428A20" wp14:textId="77777777">
            <w:r>
              <w:rPr>
                <w:sz w:val="18"/>
              </w:rPr>
              <w:t>UPDATE</w:t>
            </w:r>
          </w:p>
        </w:tc>
        <w:tc>
          <w:tcPr>
            <w:tcW w:w="5616" w:type="dxa"/>
            <w:vAlign w:val="center"/>
          </w:tcPr>
          <w:p w:rsidR="0088700B" w:rsidRDefault="00000000" w14:paraId="19CB1551" wp14:textId="77777777">
            <w:r>
              <w:rPr>
                <w:sz w:val="18"/>
              </w:rPr>
              <w:t>Maina esošas rindas datus. Avota atslēgā var būt kļūda.</w:t>
            </w:r>
          </w:p>
        </w:tc>
      </w:tr>
      <w:tr xmlns:wp14="http://schemas.microsoft.com/office/word/2010/wordml" w:rsidR="0088700B" w14:paraId="0FE3F28C" wp14:textId="77777777">
        <w:trPr>
          <w:jc w:val="center"/>
        </w:trPr>
        <w:tc>
          <w:tcPr>
            <w:tcW w:w="720" w:type="dxa"/>
            <w:vAlign w:val="center"/>
          </w:tcPr>
          <w:p w:rsidR="0088700B" w:rsidRDefault="00000000" w14:paraId="4B73E586" wp14:textId="77777777">
            <w:r>
              <w:rPr>
                <w:sz w:val="18"/>
              </w:rPr>
              <w:t>12</w:t>
            </w:r>
          </w:p>
        </w:tc>
        <w:tc>
          <w:tcPr>
            <w:tcW w:w="3888" w:type="dxa"/>
            <w:vAlign w:val="center"/>
          </w:tcPr>
          <w:p w:rsidR="0088700B" w:rsidRDefault="00000000" w14:paraId="7EF14BAC" wp14:textId="77777777">
            <w:r>
              <w:rPr>
                <w:sz w:val="18"/>
              </w:rPr>
              <w:t>Katra šūna satur atomāru vērtību</w:t>
            </w:r>
          </w:p>
        </w:tc>
        <w:tc>
          <w:tcPr>
            <w:tcW w:w="5616" w:type="dxa"/>
            <w:vAlign w:val="center"/>
          </w:tcPr>
          <w:p w:rsidR="0088700B" w:rsidRDefault="00000000" w14:paraId="0AD69ADC" wp14:textId="77777777">
            <w:r>
              <w:rPr>
                <w:sz w:val="18"/>
              </w:rPr>
              <w:t>Tā ir 1NF.</w:t>
            </w:r>
          </w:p>
        </w:tc>
      </w:tr>
      <w:tr xmlns:wp14="http://schemas.microsoft.com/office/word/2010/wordml" w:rsidR="0088700B" w14:paraId="308E1BC3" wp14:textId="77777777">
        <w:trPr>
          <w:jc w:val="center"/>
        </w:trPr>
        <w:tc>
          <w:tcPr>
            <w:tcW w:w="720" w:type="dxa"/>
            <w:vAlign w:val="center"/>
          </w:tcPr>
          <w:p w:rsidR="0088700B" w:rsidRDefault="00000000" w14:paraId="39F18D26" wp14:textId="77777777">
            <w:r>
              <w:rPr>
                <w:sz w:val="18"/>
              </w:rPr>
              <w:t>13</w:t>
            </w:r>
          </w:p>
        </w:tc>
        <w:tc>
          <w:tcPr>
            <w:tcW w:w="3888" w:type="dxa"/>
            <w:vAlign w:val="center"/>
          </w:tcPr>
          <w:p w:rsidR="0088700B" w:rsidRDefault="00000000" w14:paraId="351E6518" wp14:textId="77777777">
            <w:r>
              <w:rPr>
                <w:sz w:val="18"/>
              </w:rPr>
              <w:t>Apvieno divu SELECT rezultātus un izslēdz dublikātus</w:t>
            </w:r>
          </w:p>
        </w:tc>
        <w:tc>
          <w:tcPr>
            <w:tcW w:w="5616" w:type="dxa"/>
            <w:vAlign w:val="center"/>
          </w:tcPr>
          <w:p w:rsidR="0088700B" w:rsidRDefault="00000000" w14:paraId="285B138B" wp14:textId="77777777">
            <w:r>
              <w:rPr>
                <w:sz w:val="18"/>
              </w:rPr>
              <w:t>UNION.</w:t>
            </w:r>
          </w:p>
        </w:tc>
      </w:tr>
      <w:tr xmlns:wp14="http://schemas.microsoft.com/office/word/2010/wordml" w:rsidR="0088700B" w14:paraId="68B19960" wp14:textId="77777777">
        <w:trPr>
          <w:jc w:val="center"/>
        </w:trPr>
        <w:tc>
          <w:tcPr>
            <w:tcW w:w="720" w:type="dxa"/>
            <w:vAlign w:val="center"/>
          </w:tcPr>
          <w:p w:rsidR="0088700B" w:rsidRDefault="00000000" w14:paraId="4E1E336A" wp14:textId="77777777">
            <w:r>
              <w:rPr>
                <w:sz w:val="18"/>
              </w:rPr>
              <w:t>14</w:t>
            </w:r>
          </w:p>
        </w:tc>
        <w:tc>
          <w:tcPr>
            <w:tcW w:w="3888" w:type="dxa"/>
            <w:vAlign w:val="center"/>
          </w:tcPr>
          <w:p w:rsidR="0088700B" w:rsidRDefault="00000000" w14:paraId="27D6C766" wp14:textId="77777777">
            <w:r>
              <w:rPr>
                <w:sz w:val="18"/>
              </w:rPr>
              <w:t>Vienai rindai A var atbilst vairākas rindas B</w:t>
            </w:r>
          </w:p>
        </w:tc>
        <w:tc>
          <w:tcPr>
            <w:tcW w:w="5616" w:type="dxa"/>
            <w:vAlign w:val="center"/>
          </w:tcPr>
          <w:p w:rsidR="0088700B" w:rsidRDefault="00000000" w14:paraId="2BA313B5" wp14:textId="77777777">
            <w:r>
              <w:rPr>
                <w:sz w:val="18"/>
              </w:rPr>
              <w:t>1:M saite.</w:t>
            </w:r>
          </w:p>
        </w:tc>
      </w:tr>
      <w:tr xmlns:wp14="http://schemas.microsoft.com/office/word/2010/wordml" w:rsidR="0088700B" w14:paraId="28769A02" wp14:textId="77777777">
        <w:trPr>
          <w:jc w:val="center"/>
        </w:trPr>
        <w:tc>
          <w:tcPr>
            <w:tcW w:w="720" w:type="dxa"/>
            <w:vAlign w:val="center"/>
          </w:tcPr>
          <w:p w:rsidR="0088700B" w:rsidRDefault="00000000" w14:paraId="33CFEC6B" wp14:textId="77777777">
            <w:r>
              <w:rPr>
                <w:sz w:val="18"/>
              </w:rPr>
              <w:t>15</w:t>
            </w:r>
          </w:p>
        </w:tc>
        <w:tc>
          <w:tcPr>
            <w:tcW w:w="3888" w:type="dxa"/>
            <w:vAlign w:val="center"/>
          </w:tcPr>
          <w:p w:rsidR="0088700B" w:rsidRDefault="00000000" w14:paraId="698941D6" wp14:textId="77777777">
            <w:r>
              <w:rPr>
                <w:sz w:val="18"/>
              </w:rPr>
              <w:t>FROM</w:t>
            </w:r>
          </w:p>
        </w:tc>
        <w:tc>
          <w:tcPr>
            <w:tcW w:w="5616" w:type="dxa"/>
            <w:vAlign w:val="center"/>
          </w:tcPr>
          <w:p w:rsidR="0088700B" w:rsidRDefault="00000000" w14:paraId="36F71E09" wp14:textId="77777777">
            <w:r>
              <w:rPr>
                <w:sz w:val="18"/>
              </w:rPr>
              <w:t>Loģiski vispirms nosaka datu avotu.</w:t>
            </w:r>
          </w:p>
        </w:tc>
      </w:tr>
      <w:tr xmlns:wp14="http://schemas.microsoft.com/office/word/2010/wordml" w:rsidR="0088700B" w14:paraId="36AF5B2D" wp14:textId="77777777">
        <w:trPr>
          <w:jc w:val="center"/>
        </w:trPr>
        <w:tc>
          <w:tcPr>
            <w:tcW w:w="720" w:type="dxa"/>
            <w:vAlign w:val="center"/>
          </w:tcPr>
          <w:p w:rsidR="0088700B" w:rsidRDefault="00000000" w14:paraId="0EB5E791" wp14:textId="77777777">
            <w:r>
              <w:rPr>
                <w:sz w:val="18"/>
              </w:rPr>
              <w:t>16</w:t>
            </w:r>
          </w:p>
        </w:tc>
        <w:tc>
          <w:tcPr>
            <w:tcW w:w="3888" w:type="dxa"/>
            <w:vAlign w:val="center"/>
          </w:tcPr>
          <w:p w:rsidR="0088700B" w:rsidRDefault="00000000" w14:paraId="501D2977" wp14:textId="77777777">
            <w:r>
              <w:rPr>
                <w:sz w:val="18"/>
              </w:rPr>
              <w:t>DELETE var lietot ar WHERE, TRUNCATE dzēš visu uzreiz</w:t>
            </w:r>
          </w:p>
        </w:tc>
        <w:tc>
          <w:tcPr>
            <w:tcW w:w="5616" w:type="dxa"/>
            <w:vAlign w:val="center"/>
          </w:tcPr>
          <w:p w:rsidR="0088700B" w:rsidRDefault="00000000" w14:paraId="257F5FFF" wp14:textId="77777777">
            <w:r>
              <w:rPr>
                <w:sz w:val="18"/>
              </w:rPr>
              <w:t>Galvenā atšķirība.</w:t>
            </w:r>
          </w:p>
        </w:tc>
      </w:tr>
      <w:tr xmlns:wp14="http://schemas.microsoft.com/office/word/2010/wordml" w:rsidR="0088700B" w14:paraId="56517163" wp14:textId="77777777">
        <w:trPr>
          <w:jc w:val="center"/>
        </w:trPr>
        <w:tc>
          <w:tcPr>
            <w:tcW w:w="720" w:type="dxa"/>
            <w:vAlign w:val="center"/>
          </w:tcPr>
          <w:p w:rsidR="0088700B" w:rsidRDefault="00000000" w14:paraId="111B77A1" wp14:textId="77777777">
            <w:r>
              <w:rPr>
                <w:sz w:val="18"/>
              </w:rPr>
              <w:t>17</w:t>
            </w:r>
          </w:p>
        </w:tc>
        <w:tc>
          <w:tcPr>
            <w:tcW w:w="3888" w:type="dxa"/>
            <w:vAlign w:val="center"/>
          </w:tcPr>
          <w:p w:rsidR="0088700B" w:rsidRDefault="00000000" w14:paraId="79255122" wp14:textId="77777777">
            <w:r>
              <w:rPr>
                <w:sz w:val="18"/>
              </w:rPr>
              <w:t>UPPER()</w:t>
            </w:r>
          </w:p>
        </w:tc>
        <w:tc>
          <w:tcPr>
            <w:tcW w:w="5616" w:type="dxa"/>
            <w:vAlign w:val="center"/>
          </w:tcPr>
          <w:p w:rsidR="0088700B" w:rsidRDefault="00000000" w14:paraId="754F9655" wp14:textId="77777777">
            <w:r>
              <w:rPr>
                <w:sz w:val="18"/>
              </w:rPr>
              <w:t>Pārvērš tekstu lielajos burtos.</w:t>
            </w:r>
          </w:p>
        </w:tc>
      </w:tr>
      <w:tr xmlns:wp14="http://schemas.microsoft.com/office/word/2010/wordml" w:rsidR="0088700B" w14:paraId="2BB72F75" wp14:textId="77777777">
        <w:trPr>
          <w:jc w:val="center"/>
        </w:trPr>
        <w:tc>
          <w:tcPr>
            <w:tcW w:w="720" w:type="dxa"/>
            <w:vAlign w:val="center"/>
          </w:tcPr>
          <w:p w:rsidR="0088700B" w:rsidRDefault="00000000" w14:paraId="526D80A2" wp14:textId="77777777">
            <w:r>
              <w:rPr>
                <w:sz w:val="18"/>
              </w:rPr>
              <w:t>18</w:t>
            </w:r>
          </w:p>
        </w:tc>
        <w:tc>
          <w:tcPr>
            <w:tcW w:w="3888" w:type="dxa"/>
            <w:vAlign w:val="center"/>
          </w:tcPr>
          <w:p w:rsidR="0088700B" w:rsidRDefault="00000000" w14:paraId="73C6B6B8" wp14:textId="77777777">
            <w:r>
              <w:rPr>
                <w:sz w:val="18"/>
              </w:rPr>
              <w:t>Datubāzes struktūras loģiskais apraksts</w:t>
            </w:r>
          </w:p>
        </w:tc>
        <w:tc>
          <w:tcPr>
            <w:tcW w:w="5616" w:type="dxa"/>
            <w:vAlign w:val="center"/>
          </w:tcPr>
          <w:p w:rsidR="0088700B" w:rsidRDefault="00000000" w14:paraId="38E17750" wp14:textId="77777777">
            <w:r>
              <w:rPr>
                <w:sz w:val="18"/>
              </w:rPr>
              <w:t>Shēma.</w:t>
            </w:r>
          </w:p>
        </w:tc>
      </w:tr>
      <w:tr xmlns:wp14="http://schemas.microsoft.com/office/word/2010/wordml" w:rsidR="0088700B" w14:paraId="5C91E855" wp14:textId="77777777">
        <w:trPr>
          <w:jc w:val="center"/>
        </w:trPr>
        <w:tc>
          <w:tcPr>
            <w:tcW w:w="720" w:type="dxa"/>
            <w:vAlign w:val="center"/>
          </w:tcPr>
          <w:p w:rsidR="0088700B" w:rsidRDefault="00000000" w14:paraId="2847A633" wp14:textId="77777777">
            <w:r>
              <w:rPr>
                <w:sz w:val="18"/>
              </w:rPr>
              <w:t>19</w:t>
            </w:r>
          </w:p>
        </w:tc>
        <w:tc>
          <w:tcPr>
            <w:tcW w:w="3888" w:type="dxa"/>
            <w:vAlign w:val="center"/>
          </w:tcPr>
          <w:p w:rsidR="0088700B" w:rsidRDefault="00000000" w14:paraId="0FC8B778" wp14:textId="77777777">
            <w:r>
              <w:rPr>
                <w:sz w:val="18"/>
              </w:rPr>
              <w:t>GROUP BY</w:t>
            </w:r>
          </w:p>
        </w:tc>
        <w:tc>
          <w:tcPr>
            <w:tcW w:w="5616" w:type="dxa"/>
            <w:vAlign w:val="center"/>
          </w:tcPr>
          <w:p w:rsidR="0088700B" w:rsidRDefault="00000000" w14:paraId="1CDEF34F" wp14:textId="77777777">
            <w:r>
              <w:rPr>
                <w:sz w:val="18"/>
              </w:rPr>
              <w:t>Grupē rezultātus ar agregātfunkcijām.</w:t>
            </w:r>
          </w:p>
        </w:tc>
      </w:tr>
      <w:tr xmlns:wp14="http://schemas.microsoft.com/office/word/2010/wordml" w:rsidR="0088700B" w14:paraId="7494DAA0" wp14:textId="77777777">
        <w:trPr>
          <w:jc w:val="center"/>
        </w:trPr>
        <w:tc>
          <w:tcPr>
            <w:tcW w:w="720" w:type="dxa"/>
            <w:vAlign w:val="center"/>
          </w:tcPr>
          <w:p w:rsidR="0088700B" w:rsidRDefault="00000000" w14:paraId="5007C906" wp14:textId="77777777">
            <w:r>
              <w:rPr>
                <w:sz w:val="18"/>
              </w:rPr>
              <w:t>20</w:t>
            </w:r>
          </w:p>
        </w:tc>
        <w:tc>
          <w:tcPr>
            <w:tcW w:w="3888" w:type="dxa"/>
            <w:vAlign w:val="center"/>
          </w:tcPr>
          <w:p w:rsidR="0088700B" w:rsidRDefault="00000000" w14:paraId="30A59EA3" wp14:textId="77777777">
            <w:r>
              <w:rPr>
                <w:sz w:val="18"/>
              </w:rPr>
              <w:t>MongoDB</w:t>
            </w:r>
          </w:p>
        </w:tc>
        <w:tc>
          <w:tcPr>
            <w:tcW w:w="5616" w:type="dxa"/>
            <w:vAlign w:val="center"/>
          </w:tcPr>
          <w:p w:rsidR="0088700B" w:rsidRDefault="00000000" w14:paraId="391D157B" wp14:textId="77777777">
            <w:r>
              <w:rPr>
                <w:sz w:val="18"/>
              </w:rPr>
              <w:t>NoSQL dokumentu datubāze.</w:t>
            </w:r>
          </w:p>
        </w:tc>
      </w:tr>
      <w:tr xmlns:wp14="http://schemas.microsoft.com/office/word/2010/wordml" w:rsidR="0088700B" w14:paraId="36DFDB61" wp14:textId="77777777">
        <w:trPr>
          <w:jc w:val="center"/>
        </w:trPr>
        <w:tc>
          <w:tcPr>
            <w:tcW w:w="720" w:type="dxa"/>
            <w:vAlign w:val="center"/>
          </w:tcPr>
          <w:p w:rsidR="0088700B" w:rsidRDefault="00000000" w14:paraId="7B568215" wp14:textId="77777777">
            <w:r>
              <w:rPr>
                <w:sz w:val="18"/>
              </w:rPr>
              <w:t>21</w:t>
            </w:r>
          </w:p>
        </w:tc>
        <w:tc>
          <w:tcPr>
            <w:tcW w:w="3888" w:type="dxa"/>
            <w:vAlign w:val="center"/>
          </w:tcPr>
          <w:p w:rsidR="0088700B" w:rsidRDefault="00000000" w14:paraId="73AB4623" wp14:textId="77777777">
            <w:r>
              <w:rPr>
                <w:sz w:val="18"/>
              </w:rPr>
              <w:t>UNIQUE</w:t>
            </w:r>
          </w:p>
        </w:tc>
        <w:tc>
          <w:tcPr>
            <w:tcW w:w="5616" w:type="dxa"/>
            <w:vAlign w:val="center"/>
          </w:tcPr>
          <w:p w:rsidR="0088700B" w:rsidRDefault="00000000" w14:paraId="0163DC0B" wp14:textId="77777777">
            <w:r>
              <w:rPr>
                <w:sz w:val="18"/>
              </w:rPr>
              <w:t>Unikālas vērtības, bet nav obligāti primārā atslēga.</w:t>
            </w:r>
          </w:p>
        </w:tc>
      </w:tr>
      <w:tr xmlns:wp14="http://schemas.microsoft.com/office/word/2010/wordml" w:rsidR="0088700B" w14:paraId="28596E1C" wp14:textId="77777777">
        <w:trPr>
          <w:jc w:val="center"/>
        </w:trPr>
        <w:tc>
          <w:tcPr>
            <w:tcW w:w="720" w:type="dxa"/>
            <w:vAlign w:val="center"/>
          </w:tcPr>
          <w:p w:rsidR="0088700B" w:rsidRDefault="00000000" w14:paraId="44C26413" wp14:textId="77777777">
            <w:r>
              <w:rPr>
                <w:sz w:val="18"/>
              </w:rPr>
              <w:t>22</w:t>
            </w:r>
          </w:p>
        </w:tc>
        <w:tc>
          <w:tcPr>
            <w:tcW w:w="3888" w:type="dxa"/>
            <w:vAlign w:val="center"/>
          </w:tcPr>
          <w:p w:rsidR="0088700B" w:rsidRDefault="00000000" w14:paraId="4EDD1A5B" wp14:textId="77777777">
            <w:r>
              <w:rPr>
                <w:sz w:val="18"/>
              </w:rPr>
              <w:t>Jebkuru rakstzīmju skaitu</w:t>
            </w:r>
          </w:p>
        </w:tc>
        <w:tc>
          <w:tcPr>
            <w:tcW w:w="5616" w:type="dxa"/>
            <w:vAlign w:val="center"/>
          </w:tcPr>
          <w:p w:rsidR="0088700B" w:rsidRDefault="00000000" w14:paraId="75CBD813" wp14:textId="77777777">
            <w:r>
              <w:rPr>
                <w:sz w:val="18"/>
              </w:rPr>
              <w:t>% operatorā LIKE.</w:t>
            </w:r>
          </w:p>
        </w:tc>
      </w:tr>
      <w:tr xmlns:wp14="http://schemas.microsoft.com/office/word/2010/wordml" w:rsidR="0088700B" w14:paraId="4B1663EC" wp14:textId="77777777">
        <w:trPr>
          <w:jc w:val="center"/>
        </w:trPr>
        <w:tc>
          <w:tcPr>
            <w:tcW w:w="720" w:type="dxa"/>
            <w:vAlign w:val="center"/>
          </w:tcPr>
          <w:p w:rsidR="0088700B" w:rsidRDefault="00000000" w14:paraId="72E4F76D" wp14:textId="77777777">
            <w:r>
              <w:rPr>
                <w:sz w:val="18"/>
              </w:rPr>
              <w:t>23</w:t>
            </w:r>
          </w:p>
        </w:tc>
        <w:tc>
          <w:tcPr>
            <w:tcW w:w="3888" w:type="dxa"/>
            <w:vAlign w:val="center"/>
          </w:tcPr>
          <w:p w:rsidR="0088700B" w:rsidRDefault="00000000" w14:paraId="3F6DB35C" wp14:textId="77777777">
            <w:r>
              <w:rPr>
                <w:sz w:val="18"/>
              </w:rPr>
              <w:t>FULL OUTER JOIN</w:t>
            </w:r>
          </w:p>
        </w:tc>
        <w:tc>
          <w:tcPr>
            <w:tcW w:w="5616" w:type="dxa"/>
            <w:vAlign w:val="center"/>
          </w:tcPr>
          <w:p w:rsidR="0088700B" w:rsidRDefault="00000000" w14:paraId="5F45BC04" wp14:textId="77777777">
            <w:r>
              <w:rPr>
                <w:sz w:val="18"/>
              </w:rPr>
              <w:t>Atgriež visas rindas no abām tabulām.</w:t>
            </w:r>
          </w:p>
        </w:tc>
      </w:tr>
      <w:tr xmlns:wp14="http://schemas.microsoft.com/office/word/2010/wordml" w:rsidR="0088700B" w14:paraId="7626F3D0" wp14:textId="77777777">
        <w:trPr>
          <w:jc w:val="center"/>
        </w:trPr>
        <w:tc>
          <w:tcPr>
            <w:tcW w:w="720" w:type="dxa"/>
            <w:vAlign w:val="center"/>
          </w:tcPr>
          <w:p w:rsidR="0088700B" w:rsidRDefault="00000000" w14:paraId="1D8EB8EE" wp14:textId="77777777">
            <w:r>
              <w:rPr>
                <w:sz w:val="18"/>
              </w:rPr>
              <w:t>24</w:t>
            </w:r>
          </w:p>
        </w:tc>
        <w:tc>
          <w:tcPr>
            <w:tcW w:w="3888" w:type="dxa"/>
            <w:vAlign w:val="center"/>
          </w:tcPr>
          <w:p w:rsidR="0088700B" w:rsidRDefault="00000000" w14:paraId="56435D14" wp14:textId="77777777">
            <w:r>
              <w:rPr>
                <w:sz w:val="18"/>
              </w:rPr>
              <w:t>Paātrina datu meklēšanu un atlasi</w:t>
            </w:r>
          </w:p>
        </w:tc>
        <w:tc>
          <w:tcPr>
            <w:tcW w:w="5616" w:type="dxa"/>
            <w:vAlign w:val="center"/>
          </w:tcPr>
          <w:p w:rsidR="0088700B" w:rsidRDefault="00000000" w14:paraId="3A42D47F" wp14:textId="77777777">
            <w:r>
              <w:rPr>
                <w:sz w:val="18"/>
              </w:rPr>
              <w:t>Indekss.</w:t>
            </w:r>
          </w:p>
        </w:tc>
      </w:tr>
      <w:tr xmlns:wp14="http://schemas.microsoft.com/office/word/2010/wordml" w:rsidR="0088700B" w14:paraId="424C13E8" wp14:textId="77777777">
        <w:trPr>
          <w:jc w:val="center"/>
        </w:trPr>
        <w:tc>
          <w:tcPr>
            <w:tcW w:w="720" w:type="dxa"/>
            <w:vAlign w:val="center"/>
          </w:tcPr>
          <w:p w:rsidR="0088700B" w:rsidRDefault="00000000" w14:paraId="4BFDD700" wp14:textId="77777777">
            <w:r>
              <w:rPr>
                <w:sz w:val="18"/>
              </w:rPr>
              <w:t>25</w:t>
            </w:r>
          </w:p>
        </w:tc>
        <w:tc>
          <w:tcPr>
            <w:tcW w:w="3888" w:type="dxa"/>
            <w:vAlign w:val="center"/>
          </w:tcPr>
          <w:p w:rsidR="0088700B" w:rsidRDefault="00000000" w14:paraId="419F57AF" wp14:textId="77777777">
            <w:r>
              <w:rPr>
                <w:sz w:val="18"/>
              </w:rPr>
              <w:t>ALTER TABLE</w:t>
            </w:r>
          </w:p>
        </w:tc>
        <w:tc>
          <w:tcPr>
            <w:tcW w:w="5616" w:type="dxa"/>
            <w:vAlign w:val="center"/>
          </w:tcPr>
          <w:p w:rsidR="0088700B" w:rsidRDefault="00000000" w14:paraId="164DC66C" wp14:textId="77777777">
            <w:r>
              <w:rPr>
                <w:sz w:val="18"/>
              </w:rPr>
              <w:t>Pievieno jaunu kolonnu esošai tabulai.</w:t>
            </w:r>
          </w:p>
        </w:tc>
      </w:tr>
      <w:tr xmlns:wp14="http://schemas.microsoft.com/office/word/2010/wordml" w:rsidR="0088700B" w14:paraId="5316D60D" wp14:textId="77777777">
        <w:trPr>
          <w:jc w:val="center"/>
        </w:trPr>
        <w:tc>
          <w:tcPr>
            <w:tcW w:w="720" w:type="dxa"/>
            <w:vAlign w:val="center"/>
          </w:tcPr>
          <w:p w:rsidR="0088700B" w:rsidRDefault="00000000" w14:paraId="36334656" wp14:textId="77777777">
            <w:r>
              <w:rPr>
                <w:sz w:val="18"/>
              </w:rPr>
              <w:t>26</w:t>
            </w:r>
          </w:p>
        </w:tc>
        <w:tc>
          <w:tcPr>
            <w:tcW w:w="3888" w:type="dxa"/>
            <w:vAlign w:val="center"/>
          </w:tcPr>
          <w:p w:rsidR="0088700B" w:rsidRDefault="00000000" w14:paraId="30B189C3" wp14:textId="77777777">
            <w:r>
              <w:rPr>
                <w:sz w:val="18"/>
              </w:rPr>
              <w:t>Vairākiem A ierakstiem var atbilst vairāki B ieraksti</w:t>
            </w:r>
          </w:p>
        </w:tc>
        <w:tc>
          <w:tcPr>
            <w:tcW w:w="5616" w:type="dxa"/>
            <w:vAlign w:val="center"/>
          </w:tcPr>
          <w:p w:rsidR="0088700B" w:rsidRDefault="00000000" w14:paraId="076E09B0" wp14:textId="77777777">
            <w:r>
              <w:rPr>
                <w:sz w:val="18"/>
              </w:rPr>
              <w:t>M:N saite.</w:t>
            </w:r>
          </w:p>
        </w:tc>
      </w:tr>
      <w:tr xmlns:wp14="http://schemas.microsoft.com/office/word/2010/wordml" w:rsidR="0088700B" w14:paraId="54021F9B" wp14:textId="77777777">
        <w:trPr>
          <w:jc w:val="center"/>
        </w:trPr>
        <w:tc>
          <w:tcPr>
            <w:tcW w:w="720" w:type="dxa"/>
            <w:vAlign w:val="center"/>
          </w:tcPr>
          <w:p w:rsidR="0088700B" w:rsidRDefault="00000000" w14:paraId="41C0AA51" wp14:textId="77777777">
            <w:r>
              <w:rPr>
                <w:sz w:val="18"/>
              </w:rPr>
              <w:t>27</w:t>
            </w:r>
          </w:p>
        </w:tc>
        <w:tc>
          <w:tcPr>
            <w:tcW w:w="3888" w:type="dxa"/>
            <w:vAlign w:val="center"/>
          </w:tcPr>
          <w:p w:rsidR="0088700B" w:rsidRDefault="00000000" w14:paraId="7ACEAE70" wp14:textId="77777777">
            <w:r>
              <w:rPr>
                <w:sz w:val="18"/>
              </w:rPr>
              <w:t>Izmaiņu atcelšana</w:t>
            </w:r>
          </w:p>
        </w:tc>
        <w:tc>
          <w:tcPr>
            <w:tcW w:w="5616" w:type="dxa"/>
            <w:vAlign w:val="center"/>
          </w:tcPr>
          <w:p w:rsidR="0088700B" w:rsidRDefault="00000000" w14:paraId="6344628E" wp14:textId="77777777">
            <w:r>
              <w:rPr>
                <w:sz w:val="18"/>
              </w:rPr>
              <w:t>ROLLBACK.</w:t>
            </w:r>
          </w:p>
        </w:tc>
      </w:tr>
      <w:tr xmlns:wp14="http://schemas.microsoft.com/office/word/2010/wordml" w:rsidR="0088700B" w14:paraId="26FB414B" wp14:textId="77777777">
        <w:trPr>
          <w:jc w:val="center"/>
        </w:trPr>
        <w:tc>
          <w:tcPr>
            <w:tcW w:w="720" w:type="dxa"/>
            <w:vAlign w:val="center"/>
          </w:tcPr>
          <w:p w:rsidR="0088700B" w:rsidRDefault="00000000" w14:paraId="57393B24" wp14:textId="77777777">
            <w:r>
              <w:rPr>
                <w:sz w:val="18"/>
              </w:rPr>
              <w:t>28</w:t>
            </w:r>
          </w:p>
        </w:tc>
        <w:tc>
          <w:tcPr>
            <w:tcW w:w="3888" w:type="dxa"/>
            <w:vAlign w:val="center"/>
          </w:tcPr>
          <w:p w:rsidR="0088700B" w:rsidRDefault="00000000" w14:paraId="23815509" wp14:textId="77777777">
            <w:r>
              <w:rPr>
                <w:sz w:val="18"/>
              </w:rPr>
              <w:t>TRIM()</w:t>
            </w:r>
          </w:p>
        </w:tc>
        <w:tc>
          <w:tcPr>
            <w:tcW w:w="5616" w:type="dxa"/>
            <w:vAlign w:val="center"/>
          </w:tcPr>
          <w:p w:rsidR="0088700B" w:rsidRDefault="00000000" w14:paraId="540DCD23" wp14:textId="77777777">
            <w:r>
              <w:rPr>
                <w:sz w:val="18"/>
              </w:rPr>
              <w:t>Noņem atstarpes sākumā un beigās.</w:t>
            </w:r>
          </w:p>
        </w:tc>
      </w:tr>
      <w:tr xmlns:wp14="http://schemas.microsoft.com/office/word/2010/wordml" w:rsidR="0088700B" w14:paraId="0209963C" wp14:textId="77777777">
        <w:trPr>
          <w:jc w:val="center"/>
        </w:trPr>
        <w:tc>
          <w:tcPr>
            <w:tcW w:w="720" w:type="dxa"/>
            <w:vAlign w:val="center"/>
          </w:tcPr>
          <w:p w:rsidR="0088700B" w:rsidRDefault="00000000" w14:paraId="4B34824B" wp14:textId="77777777">
            <w:r>
              <w:rPr>
                <w:sz w:val="18"/>
              </w:rPr>
              <w:t>29</w:t>
            </w:r>
          </w:p>
        </w:tc>
        <w:tc>
          <w:tcPr>
            <w:tcW w:w="3888" w:type="dxa"/>
            <w:vAlign w:val="center"/>
          </w:tcPr>
          <w:p w:rsidR="0088700B" w:rsidRDefault="00000000" w14:paraId="1AA835C5" wp14:textId="77777777">
            <w:r>
              <w:rPr>
                <w:sz w:val="18"/>
              </w:rPr>
              <w:t>Vienkāršot sarežģītus vaicājumus un drošība</w:t>
            </w:r>
          </w:p>
        </w:tc>
        <w:tc>
          <w:tcPr>
            <w:tcW w:w="5616" w:type="dxa"/>
            <w:vAlign w:val="center"/>
          </w:tcPr>
          <w:p w:rsidR="0088700B" w:rsidRDefault="00000000" w14:paraId="0662DAC7" wp14:textId="77777777">
            <w:r>
              <w:rPr>
                <w:sz w:val="18"/>
              </w:rPr>
              <w:t>VIEW.</w:t>
            </w:r>
          </w:p>
        </w:tc>
      </w:tr>
      <w:tr xmlns:wp14="http://schemas.microsoft.com/office/word/2010/wordml" w:rsidR="0088700B" w14:paraId="6BC9A1B4" wp14:textId="77777777">
        <w:trPr>
          <w:jc w:val="center"/>
        </w:trPr>
        <w:tc>
          <w:tcPr>
            <w:tcW w:w="720" w:type="dxa"/>
            <w:vAlign w:val="center"/>
          </w:tcPr>
          <w:p w:rsidR="0088700B" w:rsidRDefault="00000000" w14:paraId="219897CE" wp14:textId="77777777">
            <w:r>
              <w:rPr>
                <w:sz w:val="18"/>
              </w:rPr>
              <w:t>30</w:t>
            </w:r>
          </w:p>
        </w:tc>
        <w:tc>
          <w:tcPr>
            <w:tcW w:w="3888" w:type="dxa"/>
            <w:vAlign w:val="center"/>
          </w:tcPr>
          <w:p w:rsidR="0088700B" w:rsidRDefault="00000000" w14:paraId="1CF06E82" wp14:textId="77777777">
            <w:r>
              <w:rPr>
                <w:sz w:val="18"/>
              </w:rPr>
              <w:t>INNER JOIN atgriež tikai atbilstošos ierakstus</w:t>
            </w:r>
          </w:p>
        </w:tc>
        <w:tc>
          <w:tcPr>
            <w:tcW w:w="5616" w:type="dxa"/>
            <w:vAlign w:val="center"/>
          </w:tcPr>
          <w:p w:rsidR="0088700B" w:rsidRDefault="00000000" w14:paraId="39D15CF0" wp14:textId="77777777">
            <w:r>
              <w:rPr>
                <w:sz w:val="18"/>
              </w:rPr>
              <w:t>LEFT JOIN atgriež visas kreisās tabulas rindas.</w:t>
            </w:r>
          </w:p>
        </w:tc>
      </w:tr>
    </w:tbl>
    <w:p xmlns:wp14="http://schemas.microsoft.com/office/word/2010/wordml" w:rsidR="0088700B" w:rsidRDefault="0088700B" w14:paraId="0DE4B5B7" wp14:textId="77777777"/>
    <w:p xmlns:wp14="http://schemas.microsoft.com/office/word/2010/wordml" w:rsidR="0088700B" w:rsidRDefault="00000000" w14:paraId="5298845A" wp14:textId="77777777">
      <w:pPr>
        <w:pStyle w:val="Heading1"/>
      </w:pPr>
      <w:r>
        <w:t>17. Brīvās atbildes 31-40: gatavi formulējumi</w:t>
      </w:r>
    </w:p>
    <w:p xmlns:wp14="http://schemas.microsoft.com/office/word/2010/wordml" w:rsidR="0088700B" w:rsidRDefault="00000000" w14:paraId="19A5A779" wp14:textId="77777777">
      <w:pPr>
        <w:pStyle w:val="Heading2"/>
      </w:pPr>
      <w:r>
        <w:t>31. Kāpēc ārējās atslēgas ir svarīgas?</w:t>
      </w:r>
    </w:p>
    <w:p xmlns:wp14="http://schemas.microsoft.com/office/word/2010/wordml" w:rsidR="0088700B" w:rsidRDefault="00000000" w14:paraId="1731B736" wp14:textId="77777777">
      <w:r>
        <w:t>Ārējās atslēgas nodrošina referenciālo integritāti. Tās neļauj izveidot ierakstus, kas norāda uz neeksistējošiem datiem citā tabulā, un definē loģiskas saites starp tabulām. Piemēram, pasūtījums nevar piederēt klientam, kura nav klientu tabulā.</w:t>
      </w:r>
    </w:p>
    <w:p xmlns:wp14="http://schemas.microsoft.com/office/word/2010/wordml" w:rsidR="0088700B" w:rsidRDefault="00000000" w14:paraId="7D1AD170" wp14:textId="77777777">
      <w:pPr>
        <w:pStyle w:val="Heading2"/>
      </w:pPr>
      <w:r>
        <w:t xml:space="preserve">32. CHAR </w:t>
      </w:r>
      <w:proofErr w:type="gramStart"/>
      <w:r>
        <w:t>un VARCHAR</w:t>
      </w:r>
      <w:proofErr w:type="gramEnd"/>
      <w:r>
        <w:t xml:space="preserve"> </w:t>
      </w:r>
      <w:proofErr w:type="spellStart"/>
      <w:r>
        <w:t>atšķirība</w:t>
      </w:r>
      <w:proofErr w:type="spellEnd"/>
    </w:p>
    <w:p xmlns:wp14="http://schemas.microsoft.com/office/word/2010/wordml" w:rsidR="0088700B" w:rsidRDefault="00000000" w14:paraId="62F7516A" wp14:textId="77777777">
      <w:r>
        <w:t>CHAR ir fiksēta garuma teksta tips, bet VARCHAR ir mainīga garuma teksta tips. CHAR(10) vienmēr aizņem 10 simbolu vietu, bet VARCHAR(10) aizņem tik daudz vietas, cik nepieciešams konkrētajam tekstam.</w:t>
      </w:r>
    </w:p>
    <w:p xmlns:wp14="http://schemas.microsoft.com/office/word/2010/wordml" w:rsidR="0088700B" w:rsidRDefault="00000000" w14:paraId="617D8E96" wp14:textId="77777777">
      <w:pPr>
        <w:pStyle w:val="Heading2"/>
      </w:pPr>
      <w:r>
        <w:t>33. SQL vaicājums darbiniekiem, kuru uzvārds sākas ar K</w:t>
      </w:r>
    </w:p>
    <w:tbl>
      <w:tblPr>
        <w:tblStyle w:val="TableGrid"/>
        <w:tblW w:w="0" w:type="auto"/>
        <w:tblLook w:val="04A0" w:firstRow="1" w:lastRow="0" w:firstColumn="1" w:lastColumn="0" w:noHBand="0" w:noVBand="1"/>
      </w:tblPr>
      <w:tblGrid>
        <w:gridCol w:w="10080"/>
      </w:tblGrid>
      <w:tr xmlns:wp14="http://schemas.microsoft.com/office/word/2010/wordml" w:rsidR="0088700B" w14:paraId="1BE223BA" wp14:textId="77777777">
        <w:tc>
          <w:tcPr>
            <w:tcW w:w="10080" w:type="dxa"/>
            <w:shd w:val="clear" w:color="auto" w:fill="F2F2F2"/>
          </w:tcPr>
          <w:p w:rsidR="0088700B" w:rsidRDefault="00000000" w14:paraId="25353ECC" wp14:textId="77777777">
            <w:r>
              <w:rPr>
                <w:rFonts w:ascii="Consolas" w:hAnsi="Consolas" w:eastAsia="Consolas"/>
                <w:sz w:val="17"/>
              </w:rPr>
              <w:t>SELECT * FROM Staff WHERE uzvards LIKE 'K%';</w:t>
            </w:r>
          </w:p>
        </w:tc>
      </w:tr>
    </w:tbl>
    <w:p xmlns:wp14="http://schemas.microsoft.com/office/word/2010/wordml" w:rsidR="0088700B" w:rsidRDefault="0088700B" w14:paraId="66204FF1" wp14:textId="77777777"/>
    <w:p xmlns:wp14="http://schemas.microsoft.com/office/word/2010/wordml" w:rsidR="0088700B" w:rsidRDefault="00000000" w14:paraId="60019923" wp14:textId="77777777">
      <w:pPr>
        <w:pStyle w:val="Heading2"/>
      </w:pPr>
      <w:r>
        <w:t>34. Kas ir 3NF?</w:t>
      </w:r>
    </w:p>
    <w:p xmlns:wp14="http://schemas.microsoft.com/office/word/2010/wordml" w:rsidR="0088700B" w:rsidRDefault="00000000" w14:paraId="048D8A9D" wp14:textId="77777777">
      <w:r>
        <w:t>Trešā normālā forma nozīmē, ka tabulā nav tranzitīvu atkarību. Katrs ne-atslēgas lauks ir atkarīgs tikai no primārās atslēgas, nevis no cita ne-atslēgas lauka.</w:t>
      </w:r>
    </w:p>
    <w:p xmlns:wp14="http://schemas.microsoft.com/office/word/2010/wordml" w:rsidR="0088700B" w:rsidRDefault="00000000" w14:paraId="6A34C98C" wp14:textId="77777777">
      <w:pPr>
        <w:pStyle w:val="Heading2"/>
      </w:pPr>
      <w:r>
        <w:t>35. ORDER BY noklusējuma virziens</w:t>
      </w:r>
    </w:p>
    <w:p xmlns:wp14="http://schemas.microsoft.com/office/word/2010/wordml" w:rsidR="0088700B" w:rsidRDefault="00000000" w14:paraId="2BDC7E81" wp14:textId="77777777">
      <w:r>
        <w:t>ORDER BY noklusējuma kārtošanas virziens ir ASC jeb augošā secībā.</w:t>
      </w:r>
    </w:p>
    <w:p xmlns:wp14="http://schemas.microsoft.com/office/word/2010/wordml" w:rsidR="0088700B" w:rsidRDefault="00000000" w14:paraId="6D0223C0" wp14:textId="77777777">
      <w:pPr>
        <w:pStyle w:val="Heading2"/>
      </w:pPr>
      <w:r>
        <w:t>36. Kāpēc neizmanto vienu milzīgu tabulu?</w:t>
      </w:r>
    </w:p>
    <w:p xmlns:wp14="http://schemas.microsoft.com/office/word/2010/wordml" w:rsidR="0088700B" w:rsidRDefault="00000000" w14:paraId="70705D51" wp14:textId="77777777">
      <w:r>
        <w:t>Vienā milzīgā tabulā rodas datu dublēšanās, nesakritības, grūta uzturēšana un lielāks kļūdu risks. Sadalot datus vairākās loģiskās tabulās, datubāze kļūst strukturētāka, drošāka un vieglāk uzturama.</w:t>
      </w:r>
    </w:p>
    <w:p xmlns:wp14="http://schemas.microsoft.com/office/word/2010/wordml" w:rsidR="0088700B" w:rsidRDefault="00000000" w14:paraId="01706817" wp14:textId="77777777">
      <w:pPr>
        <w:pStyle w:val="Heading2"/>
      </w:pPr>
      <w:r>
        <w:t>37. Kā realizē M:N saiti?</w:t>
      </w:r>
    </w:p>
    <w:p xmlns:wp14="http://schemas.microsoft.com/office/word/2010/wordml" w:rsidR="0088700B" w:rsidRDefault="00000000" w14:paraId="154B9525" wp14:textId="77777777">
      <w:r>
        <w:t>Ir jāizveido starptabula jeb junction table. Tajā ir divas ārējās atslēgas: viena norāda uz pirmās tabulas primāro atslēgu, otra uz otrās tabulas primāro atslēgu.</w:t>
      </w:r>
    </w:p>
    <w:p xmlns:wp14="http://schemas.microsoft.com/office/word/2010/wordml" w:rsidR="0088700B" w:rsidRDefault="00000000" w14:paraId="1445C480" wp14:textId="77777777">
      <w:pPr>
        <w:pStyle w:val="Heading2"/>
      </w:pPr>
      <w:r>
        <w:t>38. COALESCE(kolonna, 0)</w:t>
      </w:r>
    </w:p>
    <w:p xmlns:wp14="http://schemas.microsoft.com/office/word/2010/wordml" w:rsidR="0088700B" w:rsidRDefault="00000000" w14:paraId="725F7B05" wp14:textId="77777777">
      <w:r>
        <w:t>Funkcija pārbauda vērtību kolonnā. Ja vērtība ir NULL, funkcija atgriež 0. Ja vērtība nav NULL, tā atgriež pašu kolonnas vērtību.</w:t>
      </w:r>
    </w:p>
    <w:p xmlns:wp14="http://schemas.microsoft.com/office/word/2010/wordml" w:rsidR="0088700B" w:rsidRDefault="00000000" w14:paraId="575F55D7" wp14:textId="77777777">
      <w:pPr>
        <w:pStyle w:val="Heading2"/>
      </w:pPr>
      <w:r>
        <w:t>39. SELECT COUNT(DISTINCT pilseta) FROM Klienti</w:t>
      </w:r>
    </w:p>
    <w:p xmlns:wp14="http://schemas.microsoft.com/office/word/2010/wordml" w:rsidR="0088700B" w:rsidRDefault="00000000" w14:paraId="5FB5B95D" wp14:textId="77777777">
      <w:r>
        <w:t>Šī vaicājuma mērķis ir saskaitīt, cik unikālu pilsētu nosaukumu ir tabulā Klienti.</w:t>
      </w:r>
    </w:p>
    <w:p xmlns:wp14="http://schemas.microsoft.com/office/word/2010/wordml" w:rsidR="0088700B" w:rsidRDefault="00000000" w14:paraId="1AA8C44D" wp14:textId="77777777">
      <w:pPr>
        <w:pStyle w:val="Heading2"/>
      </w:pPr>
      <w:r>
        <w:t>40. Galvenā prasība Primary Key</w:t>
      </w:r>
    </w:p>
    <w:p xmlns:wp14="http://schemas.microsoft.com/office/word/2010/wordml" w:rsidR="0088700B" w:rsidRDefault="00000000" w14:paraId="273963A3" wp14:textId="77777777">
      <w:r>
        <w:t>Primārajai atslēgai jābūt unikālai un tā nedrīkst saturēt NULL vērtības. Katrai rindai tabulā jābūt identificējamai.</w:t>
      </w:r>
    </w:p>
    <w:p xmlns:wp14="http://schemas.microsoft.com/office/word/2010/wordml" w:rsidR="0088700B" w:rsidRDefault="00000000" w14:paraId="13AF3F8D" wp14:textId="77777777">
      <w:pPr>
        <w:pStyle w:val="Heading1"/>
      </w:pPr>
      <w:r>
        <w:t>18. Pēdējās dienas špikeris</w:t>
      </w:r>
    </w:p>
    <w:tbl>
      <w:tblPr>
        <w:tblStyle w:val="TableGrid"/>
        <w:tblW w:w="0" w:type="auto"/>
        <w:jc w:val="center"/>
        <w:tblLook w:val="04A0" w:firstRow="1" w:lastRow="0" w:firstColumn="1" w:lastColumn="0" w:noHBand="0" w:noVBand="1"/>
      </w:tblPr>
      <w:tblGrid>
        <w:gridCol w:w="4752"/>
        <w:gridCol w:w="5040"/>
      </w:tblGrid>
      <w:tr xmlns:wp14="http://schemas.microsoft.com/office/word/2010/wordml" w:rsidR="0088700B" w14:paraId="73840887" wp14:textId="77777777">
        <w:trPr>
          <w:jc w:val="center"/>
        </w:trPr>
        <w:tc>
          <w:tcPr>
            <w:tcW w:w="4752" w:type="dxa"/>
            <w:shd w:val="clear" w:color="auto" w:fill="D9EAF7"/>
            <w:vAlign w:val="center"/>
          </w:tcPr>
          <w:p w:rsidR="0088700B" w:rsidRDefault="00000000" w14:paraId="3F1965D5" wp14:textId="77777777">
            <w:r>
              <w:rPr>
                <w:b/>
                <w:sz w:val="18"/>
              </w:rPr>
              <w:t>Jautājums</w:t>
            </w:r>
          </w:p>
        </w:tc>
        <w:tc>
          <w:tcPr>
            <w:tcW w:w="5040" w:type="dxa"/>
            <w:shd w:val="clear" w:color="auto" w:fill="D9EAF7"/>
            <w:vAlign w:val="center"/>
          </w:tcPr>
          <w:p w:rsidR="0088700B" w:rsidRDefault="00000000" w14:paraId="5F0FC3E5" wp14:textId="77777777">
            <w:r>
              <w:rPr>
                <w:b/>
                <w:sz w:val="18"/>
              </w:rPr>
              <w:t>Ātrā atbilde</w:t>
            </w:r>
          </w:p>
        </w:tc>
      </w:tr>
      <w:tr xmlns:wp14="http://schemas.microsoft.com/office/word/2010/wordml" w:rsidR="0088700B" w14:paraId="37E79325" wp14:textId="77777777">
        <w:trPr>
          <w:jc w:val="center"/>
        </w:trPr>
        <w:tc>
          <w:tcPr>
            <w:tcW w:w="4752" w:type="dxa"/>
            <w:vAlign w:val="center"/>
          </w:tcPr>
          <w:p w:rsidR="0088700B" w:rsidRDefault="00000000" w14:paraId="08A60E8A" wp14:textId="77777777">
            <w:r>
              <w:rPr>
                <w:sz w:val="18"/>
              </w:rPr>
              <w:t>Izveidot tabulu</w:t>
            </w:r>
          </w:p>
        </w:tc>
        <w:tc>
          <w:tcPr>
            <w:tcW w:w="5040" w:type="dxa"/>
            <w:vAlign w:val="center"/>
          </w:tcPr>
          <w:p w:rsidR="0088700B" w:rsidRDefault="00000000" w14:paraId="23CE08A6" wp14:textId="77777777">
            <w:r>
              <w:rPr>
                <w:sz w:val="18"/>
              </w:rPr>
              <w:t>CREATE TABLE</w:t>
            </w:r>
          </w:p>
        </w:tc>
      </w:tr>
      <w:tr xmlns:wp14="http://schemas.microsoft.com/office/word/2010/wordml" w:rsidR="0088700B" w14:paraId="64785923" wp14:textId="77777777">
        <w:trPr>
          <w:jc w:val="center"/>
        </w:trPr>
        <w:tc>
          <w:tcPr>
            <w:tcW w:w="4752" w:type="dxa"/>
            <w:vAlign w:val="center"/>
          </w:tcPr>
          <w:p w:rsidR="0088700B" w:rsidRDefault="00000000" w14:paraId="5908337C" wp14:textId="77777777">
            <w:r>
              <w:rPr>
                <w:sz w:val="18"/>
              </w:rPr>
              <w:t>Pievienot rindu</w:t>
            </w:r>
          </w:p>
        </w:tc>
        <w:tc>
          <w:tcPr>
            <w:tcW w:w="5040" w:type="dxa"/>
            <w:vAlign w:val="center"/>
          </w:tcPr>
          <w:p w:rsidR="0088700B" w:rsidRDefault="00000000" w14:paraId="26038C50" wp14:textId="77777777">
            <w:r>
              <w:rPr>
                <w:sz w:val="18"/>
              </w:rPr>
              <w:t>INSERT INTO</w:t>
            </w:r>
          </w:p>
        </w:tc>
      </w:tr>
      <w:tr xmlns:wp14="http://schemas.microsoft.com/office/word/2010/wordml" w:rsidR="0088700B" w14:paraId="463BBDFB" wp14:textId="77777777">
        <w:trPr>
          <w:jc w:val="center"/>
        </w:trPr>
        <w:tc>
          <w:tcPr>
            <w:tcW w:w="4752" w:type="dxa"/>
            <w:vAlign w:val="center"/>
          </w:tcPr>
          <w:p w:rsidR="0088700B" w:rsidRDefault="00000000" w14:paraId="4BE02426" wp14:textId="77777777">
            <w:r>
              <w:rPr>
                <w:sz w:val="18"/>
              </w:rPr>
              <w:t>Mainīt rindas datus</w:t>
            </w:r>
          </w:p>
        </w:tc>
        <w:tc>
          <w:tcPr>
            <w:tcW w:w="5040" w:type="dxa"/>
            <w:vAlign w:val="center"/>
          </w:tcPr>
          <w:p w:rsidR="0088700B" w:rsidRDefault="00000000" w14:paraId="2E09F85D" wp14:textId="77777777">
            <w:r>
              <w:rPr>
                <w:sz w:val="18"/>
              </w:rPr>
              <w:t>UPDATE ... SET ... WHERE</w:t>
            </w:r>
          </w:p>
        </w:tc>
      </w:tr>
      <w:tr xmlns:wp14="http://schemas.microsoft.com/office/word/2010/wordml" w:rsidR="0088700B" w14:paraId="38BD2F75" wp14:textId="77777777">
        <w:trPr>
          <w:jc w:val="center"/>
        </w:trPr>
        <w:tc>
          <w:tcPr>
            <w:tcW w:w="4752" w:type="dxa"/>
            <w:vAlign w:val="center"/>
          </w:tcPr>
          <w:p w:rsidR="0088700B" w:rsidRDefault="00000000" w14:paraId="79D95CD9" wp14:textId="77777777">
            <w:r>
              <w:rPr>
                <w:sz w:val="18"/>
              </w:rPr>
              <w:t>Dzēst rindu</w:t>
            </w:r>
          </w:p>
        </w:tc>
        <w:tc>
          <w:tcPr>
            <w:tcW w:w="5040" w:type="dxa"/>
            <w:vAlign w:val="center"/>
          </w:tcPr>
          <w:p w:rsidR="0088700B" w:rsidRDefault="00000000" w14:paraId="23BF3853" wp14:textId="77777777">
            <w:r>
              <w:rPr>
                <w:sz w:val="18"/>
              </w:rPr>
              <w:t>DELETE FROM ... WHERE</w:t>
            </w:r>
          </w:p>
        </w:tc>
      </w:tr>
      <w:tr xmlns:wp14="http://schemas.microsoft.com/office/word/2010/wordml" w:rsidR="0088700B" w14:paraId="6E690D5A" wp14:textId="77777777">
        <w:trPr>
          <w:jc w:val="center"/>
        </w:trPr>
        <w:tc>
          <w:tcPr>
            <w:tcW w:w="4752" w:type="dxa"/>
            <w:vAlign w:val="center"/>
          </w:tcPr>
          <w:p w:rsidR="0088700B" w:rsidRDefault="00000000" w14:paraId="4AD3858F" wp14:textId="77777777">
            <w:r>
              <w:rPr>
                <w:sz w:val="18"/>
              </w:rPr>
              <w:t>Mainīt tabulas struktūru</w:t>
            </w:r>
          </w:p>
        </w:tc>
        <w:tc>
          <w:tcPr>
            <w:tcW w:w="5040" w:type="dxa"/>
            <w:vAlign w:val="center"/>
          </w:tcPr>
          <w:p w:rsidR="0088700B" w:rsidRDefault="00000000" w14:paraId="153A3564" wp14:textId="77777777">
            <w:r>
              <w:rPr>
                <w:sz w:val="18"/>
              </w:rPr>
              <w:t>ALTER TABLE</w:t>
            </w:r>
          </w:p>
        </w:tc>
      </w:tr>
      <w:tr xmlns:wp14="http://schemas.microsoft.com/office/word/2010/wordml" w:rsidR="0088700B" w14:paraId="69A965FA" wp14:textId="77777777">
        <w:trPr>
          <w:jc w:val="center"/>
        </w:trPr>
        <w:tc>
          <w:tcPr>
            <w:tcW w:w="4752" w:type="dxa"/>
            <w:vAlign w:val="center"/>
          </w:tcPr>
          <w:p w:rsidR="0088700B" w:rsidRDefault="00000000" w14:paraId="15701C29" wp14:textId="77777777">
            <w:r>
              <w:rPr>
                <w:sz w:val="18"/>
              </w:rPr>
              <w:t>Dzēst visu tabulu</w:t>
            </w:r>
          </w:p>
        </w:tc>
        <w:tc>
          <w:tcPr>
            <w:tcW w:w="5040" w:type="dxa"/>
            <w:vAlign w:val="center"/>
          </w:tcPr>
          <w:p w:rsidR="0088700B" w:rsidRDefault="00000000" w14:paraId="69E63102" wp14:textId="77777777">
            <w:r>
              <w:rPr>
                <w:sz w:val="18"/>
              </w:rPr>
              <w:t>DROP TABLE</w:t>
            </w:r>
          </w:p>
        </w:tc>
      </w:tr>
      <w:tr xmlns:wp14="http://schemas.microsoft.com/office/word/2010/wordml" w:rsidR="0088700B" w14:paraId="472B887F" wp14:textId="77777777">
        <w:trPr>
          <w:jc w:val="center"/>
        </w:trPr>
        <w:tc>
          <w:tcPr>
            <w:tcW w:w="4752" w:type="dxa"/>
            <w:vAlign w:val="center"/>
          </w:tcPr>
          <w:p w:rsidR="0088700B" w:rsidRDefault="00000000" w14:paraId="0C251C9C" wp14:textId="77777777">
            <w:r>
              <w:rPr>
                <w:sz w:val="18"/>
              </w:rPr>
              <w:t>Iztīrīt tabulu, bet saglabāt struktūru</w:t>
            </w:r>
          </w:p>
        </w:tc>
        <w:tc>
          <w:tcPr>
            <w:tcW w:w="5040" w:type="dxa"/>
            <w:vAlign w:val="center"/>
          </w:tcPr>
          <w:p w:rsidR="0088700B" w:rsidRDefault="00000000" w14:paraId="12ED2977" wp14:textId="77777777">
            <w:r>
              <w:rPr>
                <w:sz w:val="18"/>
              </w:rPr>
              <w:t>TRUNCATE TABLE</w:t>
            </w:r>
          </w:p>
        </w:tc>
      </w:tr>
      <w:tr xmlns:wp14="http://schemas.microsoft.com/office/word/2010/wordml" w:rsidR="0088700B" w14:paraId="6F5C860E" wp14:textId="77777777">
        <w:trPr>
          <w:jc w:val="center"/>
        </w:trPr>
        <w:tc>
          <w:tcPr>
            <w:tcW w:w="4752" w:type="dxa"/>
            <w:vAlign w:val="center"/>
          </w:tcPr>
          <w:p w:rsidR="0088700B" w:rsidRDefault="00000000" w14:paraId="700E1CD0" wp14:textId="77777777">
            <w:r>
              <w:rPr>
                <w:sz w:val="18"/>
              </w:rPr>
              <w:t>Filtrēt rindas</w:t>
            </w:r>
          </w:p>
        </w:tc>
        <w:tc>
          <w:tcPr>
            <w:tcW w:w="5040" w:type="dxa"/>
            <w:vAlign w:val="center"/>
          </w:tcPr>
          <w:p w:rsidR="0088700B" w:rsidRDefault="00000000" w14:paraId="6979E8EA" wp14:textId="77777777">
            <w:r>
              <w:rPr>
                <w:sz w:val="18"/>
              </w:rPr>
              <w:t>WHERE</w:t>
            </w:r>
          </w:p>
        </w:tc>
      </w:tr>
      <w:tr xmlns:wp14="http://schemas.microsoft.com/office/word/2010/wordml" w:rsidR="0088700B" w14:paraId="7B1A2BC0" wp14:textId="77777777">
        <w:trPr>
          <w:jc w:val="center"/>
        </w:trPr>
        <w:tc>
          <w:tcPr>
            <w:tcW w:w="4752" w:type="dxa"/>
            <w:vAlign w:val="center"/>
          </w:tcPr>
          <w:p w:rsidR="0088700B" w:rsidRDefault="00000000" w14:paraId="5A7DD179" wp14:textId="77777777">
            <w:r>
              <w:rPr>
                <w:sz w:val="18"/>
              </w:rPr>
              <w:t>Sakārtot rezultātus</w:t>
            </w:r>
          </w:p>
        </w:tc>
        <w:tc>
          <w:tcPr>
            <w:tcW w:w="5040" w:type="dxa"/>
            <w:vAlign w:val="center"/>
          </w:tcPr>
          <w:p w:rsidR="0088700B" w:rsidRDefault="00000000" w14:paraId="6E0AF57B" wp14:textId="77777777">
            <w:r>
              <w:rPr>
                <w:sz w:val="18"/>
              </w:rPr>
              <w:t>ORDER BY</w:t>
            </w:r>
          </w:p>
        </w:tc>
      </w:tr>
      <w:tr xmlns:wp14="http://schemas.microsoft.com/office/word/2010/wordml" w:rsidR="0088700B" w14:paraId="7DD3DA04" wp14:textId="77777777">
        <w:trPr>
          <w:jc w:val="center"/>
        </w:trPr>
        <w:tc>
          <w:tcPr>
            <w:tcW w:w="4752" w:type="dxa"/>
            <w:vAlign w:val="center"/>
          </w:tcPr>
          <w:p w:rsidR="0088700B" w:rsidRDefault="00000000" w14:paraId="116DC458" wp14:textId="77777777">
            <w:r>
              <w:rPr>
                <w:sz w:val="18"/>
              </w:rPr>
              <w:t>Ierobežot rindu skaitu</w:t>
            </w:r>
          </w:p>
        </w:tc>
        <w:tc>
          <w:tcPr>
            <w:tcW w:w="5040" w:type="dxa"/>
            <w:vAlign w:val="center"/>
          </w:tcPr>
          <w:p w:rsidR="0088700B" w:rsidRDefault="00000000" w14:paraId="761167FA" wp14:textId="77777777">
            <w:r>
              <w:rPr>
                <w:sz w:val="18"/>
              </w:rPr>
              <w:t>LIMIT</w:t>
            </w:r>
          </w:p>
        </w:tc>
      </w:tr>
      <w:tr xmlns:wp14="http://schemas.microsoft.com/office/word/2010/wordml" w:rsidR="0088700B" w14:paraId="189F7EB0" wp14:textId="77777777">
        <w:trPr>
          <w:jc w:val="center"/>
        </w:trPr>
        <w:tc>
          <w:tcPr>
            <w:tcW w:w="4752" w:type="dxa"/>
            <w:vAlign w:val="center"/>
          </w:tcPr>
          <w:p w:rsidR="0088700B" w:rsidRDefault="00000000" w14:paraId="71F99D08" wp14:textId="77777777">
            <w:r>
              <w:rPr>
                <w:sz w:val="18"/>
              </w:rPr>
              <w:t>Diapazons</w:t>
            </w:r>
          </w:p>
        </w:tc>
        <w:tc>
          <w:tcPr>
            <w:tcW w:w="5040" w:type="dxa"/>
            <w:vAlign w:val="center"/>
          </w:tcPr>
          <w:p w:rsidR="0088700B" w:rsidRDefault="00000000" w14:paraId="32EED98E" wp14:textId="77777777">
            <w:r>
              <w:rPr>
                <w:sz w:val="18"/>
              </w:rPr>
              <w:t>BETWEEN ... AND ...</w:t>
            </w:r>
          </w:p>
        </w:tc>
      </w:tr>
      <w:tr xmlns:wp14="http://schemas.microsoft.com/office/word/2010/wordml" w:rsidR="0088700B" w14:paraId="7C6FE817" wp14:textId="77777777">
        <w:trPr>
          <w:jc w:val="center"/>
        </w:trPr>
        <w:tc>
          <w:tcPr>
            <w:tcW w:w="4752" w:type="dxa"/>
            <w:vAlign w:val="center"/>
          </w:tcPr>
          <w:p w:rsidR="0088700B" w:rsidRDefault="00000000" w14:paraId="6D42DC10" wp14:textId="77777777">
            <w:r>
              <w:rPr>
                <w:sz w:val="18"/>
              </w:rPr>
              <w:t>Teksta paraugs</w:t>
            </w:r>
          </w:p>
        </w:tc>
        <w:tc>
          <w:tcPr>
            <w:tcW w:w="5040" w:type="dxa"/>
            <w:vAlign w:val="center"/>
          </w:tcPr>
          <w:p w:rsidR="0088700B" w:rsidRDefault="00000000" w14:paraId="2BAD0F79" wp14:textId="77777777">
            <w:r>
              <w:rPr>
                <w:sz w:val="18"/>
              </w:rPr>
              <w:t>LIKE</w:t>
            </w:r>
          </w:p>
        </w:tc>
      </w:tr>
      <w:tr xmlns:wp14="http://schemas.microsoft.com/office/word/2010/wordml" w:rsidR="0088700B" w14:paraId="583DBCF8" wp14:textId="77777777">
        <w:trPr>
          <w:jc w:val="center"/>
        </w:trPr>
        <w:tc>
          <w:tcPr>
            <w:tcW w:w="4752" w:type="dxa"/>
            <w:vAlign w:val="center"/>
          </w:tcPr>
          <w:p w:rsidR="0088700B" w:rsidRDefault="00000000" w14:paraId="23BDE39B" wp14:textId="77777777">
            <w:r>
              <w:rPr>
                <w:sz w:val="18"/>
              </w:rPr>
              <w:t>% operatorā LIKE</w:t>
            </w:r>
          </w:p>
        </w:tc>
        <w:tc>
          <w:tcPr>
            <w:tcW w:w="5040" w:type="dxa"/>
            <w:vAlign w:val="center"/>
          </w:tcPr>
          <w:p w:rsidR="0088700B" w:rsidRDefault="00000000" w14:paraId="2773B888" wp14:textId="77777777">
            <w:r>
              <w:rPr>
                <w:sz w:val="18"/>
              </w:rPr>
              <w:t>jebkurš rakstzīmju skaits</w:t>
            </w:r>
          </w:p>
        </w:tc>
      </w:tr>
      <w:tr xmlns:wp14="http://schemas.microsoft.com/office/word/2010/wordml" w:rsidR="0088700B" w14:paraId="72E2BFD3" wp14:textId="77777777">
        <w:trPr>
          <w:jc w:val="center"/>
        </w:trPr>
        <w:tc>
          <w:tcPr>
            <w:tcW w:w="4752" w:type="dxa"/>
            <w:vAlign w:val="center"/>
          </w:tcPr>
          <w:p w:rsidR="0088700B" w:rsidRDefault="00000000" w14:paraId="2B2795F3" wp14:textId="77777777">
            <w:r>
              <w:rPr>
                <w:sz w:val="18"/>
              </w:rPr>
              <w:t>NULL pārbaude</w:t>
            </w:r>
          </w:p>
        </w:tc>
        <w:tc>
          <w:tcPr>
            <w:tcW w:w="5040" w:type="dxa"/>
            <w:vAlign w:val="center"/>
          </w:tcPr>
          <w:p w:rsidR="0088700B" w:rsidRDefault="00000000" w14:paraId="6D228C49" wp14:textId="77777777">
            <w:r>
              <w:rPr>
                <w:sz w:val="18"/>
              </w:rPr>
              <w:t>IS NULL / IS NOT NULL</w:t>
            </w:r>
          </w:p>
        </w:tc>
      </w:tr>
      <w:tr xmlns:wp14="http://schemas.microsoft.com/office/word/2010/wordml" w:rsidR="0088700B" w14:paraId="1736C0B1" wp14:textId="77777777">
        <w:trPr>
          <w:jc w:val="center"/>
        </w:trPr>
        <w:tc>
          <w:tcPr>
            <w:tcW w:w="4752" w:type="dxa"/>
            <w:vAlign w:val="center"/>
          </w:tcPr>
          <w:p w:rsidR="0088700B" w:rsidRDefault="00000000" w14:paraId="29CBED06" wp14:textId="77777777">
            <w:r>
              <w:rPr>
                <w:sz w:val="18"/>
              </w:rPr>
              <w:t>Unikālas vērtības</w:t>
            </w:r>
          </w:p>
        </w:tc>
        <w:tc>
          <w:tcPr>
            <w:tcW w:w="5040" w:type="dxa"/>
            <w:vAlign w:val="center"/>
          </w:tcPr>
          <w:p w:rsidR="0088700B" w:rsidRDefault="00000000" w14:paraId="0F443310" wp14:textId="77777777">
            <w:r>
              <w:rPr>
                <w:sz w:val="18"/>
              </w:rPr>
              <w:t>DISTINCT</w:t>
            </w:r>
          </w:p>
        </w:tc>
      </w:tr>
      <w:tr xmlns:wp14="http://schemas.microsoft.com/office/word/2010/wordml" w:rsidR="0088700B" w14:paraId="403B3F03" wp14:textId="77777777">
        <w:trPr>
          <w:jc w:val="center"/>
        </w:trPr>
        <w:tc>
          <w:tcPr>
            <w:tcW w:w="4752" w:type="dxa"/>
            <w:vAlign w:val="center"/>
          </w:tcPr>
          <w:p w:rsidR="0088700B" w:rsidRDefault="00000000" w14:paraId="3C38C428" wp14:textId="77777777">
            <w:r>
              <w:rPr>
                <w:sz w:val="18"/>
              </w:rPr>
              <w:t>Saskaitīt rindas</w:t>
            </w:r>
          </w:p>
        </w:tc>
        <w:tc>
          <w:tcPr>
            <w:tcW w:w="5040" w:type="dxa"/>
            <w:vAlign w:val="center"/>
          </w:tcPr>
          <w:p w:rsidR="0088700B" w:rsidRDefault="00000000" w14:paraId="7FB307D2" wp14:textId="77777777">
            <w:r>
              <w:rPr>
                <w:sz w:val="18"/>
              </w:rPr>
              <w:t>COUNT(*)</w:t>
            </w:r>
          </w:p>
        </w:tc>
      </w:tr>
      <w:tr xmlns:wp14="http://schemas.microsoft.com/office/word/2010/wordml" w:rsidR="0088700B" w14:paraId="4F9B206F" wp14:textId="77777777">
        <w:trPr>
          <w:jc w:val="center"/>
        </w:trPr>
        <w:tc>
          <w:tcPr>
            <w:tcW w:w="4752" w:type="dxa"/>
            <w:vAlign w:val="center"/>
          </w:tcPr>
          <w:p w:rsidR="0088700B" w:rsidRDefault="00000000" w14:paraId="3E77DDC8" wp14:textId="77777777">
            <w:r>
              <w:rPr>
                <w:sz w:val="18"/>
              </w:rPr>
              <w:t>Saskaitīt unikālas vērtības</w:t>
            </w:r>
          </w:p>
        </w:tc>
        <w:tc>
          <w:tcPr>
            <w:tcW w:w="5040" w:type="dxa"/>
            <w:vAlign w:val="center"/>
          </w:tcPr>
          <w:p w:rsidR="0088700B" w:rsidRDefault="00000000" w14:paraId="6A2208E6" wp14:textId="77777777">
            <w:r>
              <w:rPr>
                <w:sz w:val="18"/>
              </w:rPr>
              <w:t>COUNT(DISTINCT column)</w:t>
            </w:r>
          </w:p>
        </w:tc>
      </w:tr>
      <w:tr xmlns:wp14="http://schemas.microsoft.com/office/word/2010/wordml" w:rsidR="0088700B" w14:paraId="65F8C26E" wp14:textId="77777777">
        <w:trPr>
          <w:jc w:val="center"/>
        </w:trPr>
        <w:tc>
          <w:tcPr>
            <w:tcW w:w="4752" w:type="dxa"/>
            <w:vAlign w:val="center"/>
          </w:tcPr>
          <w:p w:rsidR="0088700B" w:rsidRDefault="00000000" w14:paraId="6C686F84" wp14:textId="77777777">
            <w:r>
              <w:rPr>
                <w:sz w:val="18"/>
              </w:rPr>
              <w:t>Grupēt rezultātus</w:t>
            </w:r>
          </w:p>
        </w:tc>
        <w:tc>
          <w:tcPr>
            <w:tcW w:w="5040" w:type="dxa"/>
            <w:vAlign w:val="center"/>
          </w:tcPr>
          <w:p w:rsidR="0088700B" w:rsidRDefault="00000000" w14:paraId="73231506" wp14:textId="77777777">
            <w:r>
              <w:rPr>
                <w:sz w:val="18"/>
              </w:rPr>
              <w:t>GROUP BY</w:t>
            </w:r>
          </w:p>
        </w:tc>
      </w:tr>
      <w:tr xmlns:wp14="http://schemas.microsoft.com/office/word/2010/wordml" w:rsidR="0088700B" w14:paraId="656F79EF" wp14:textId="77777777">
        <w:trPr>
          <w:jc w:val="center"/>
        </w:trPr>
        <w:tc>
          <w:tcPr>
            <w:tcW w:w="4752" w:type="dxa"/>
            <w:vAlign w:val="center"/>
          </w:tcPr>
          <w:p w:rsidR="0088700B" w:rsidRDefault="00000000" w14:paraId="345CCB4E" wp14:textId="77777777">
            <w:r>
              <w:rPr>
                <w:sz w:val="18"/>
              </w:rPr>
              <w:t>Primārā atslēga</w:t>
            </w:r>
          </w:p>
        </w:tc>
        <w:tc>
          <w:tcPr>
            <w:tcW w:w="5040" w:type="dxa"/>
            <w:vAlign w:val="center"/>
          </w:tcPr>
          <w:p w:rsidR="0088700B" w:rsidRDefault="00000000" w14:paraId="379B2729" wp14:textId="77777777">
            <w:r>
              <w:rPr>
                <w:sz w:val="18"/>
              </w:rPr>
              <w:t>unikāla un nav NULL</w:t>
            </w:r>
          </w:p>
        </w:tc>
      </w:tr>
      <w:tr xmlns:wp14="http://schemas.microsoft.com/office/word/2010/wordml" w:rsidR="0088700B" w14:paraId="752E45A8" wp14:textId="77777777">
        <w:trPr>
          <w:jc w:val="center"/>
        </w:trPr>
        <w:tc>
          <w:tcPr>
            <w:tcW w:w="4752" w:type="dxa"/>
            <w:vAlign w:val="center"/>
          </w:tcPr>
          <w:p w:rsidR="0088700B" w:rsidRDefault="00000000" w14:paraId="718D8B16" wp14:textId="77777777">
            <w:r>
              <w:rPr>
                <w:sz w:val="18"/>
              </w:rPr>
              <w:t>Ārējā atslēga</w:t>
            </w:r>
          </w:p>
        </w:tc>
        <w:tc>
          <w:tcPr>
            <w:tcW w:w="5040" w:type="dxa"/>
            <w:vAlign w:val="center"/>
          </w:tcPr>
          <w:p w:rsidR="0088700B" w:rsidRDefault="00000000" w14:paraId="6A2BAAE1" wp14:textId="77777777">
            <w:r>
              <w:rPr>
                <w:sz w:val="18"/>
              </w:rPr>
              <w:t>saista tabulas un nodrošina integritāti</w:t>
            </w:r>
          </w:p>
        </w:tc>
      </w:tr>
      <w:tr xmlns:wp14="http://schemas.microsoft.com/office/word/2010/wordml" w:rsidR="0088700B" w14:paraId="7EF62C75" wp14:textId="77777777">
        <w:trPr>
          <w:jc w:val="center"/>
        </w:trPr>
        <w:tc>
          <w:tcPr>
            <w:tcW w:w="4752" w:type="dxa"/>
            <w:vAlign w:val="center"/>
          </w:tcPr>
          <w:p w:rsidR="0088700B" w:rsidRDefault="00000000" w14:paraId="7B09E9AA" wp14:textId="77777777">
            <w:r>
              <w:rPr>
                <w:sz w:val="18"/>
              </w:rPr>
              <w:t>1NF</w:t>
            </w:r>
          </w:p>
        </w:tc>
        <w:tc>
          <w:tcPr>
            <w:tcW w:w="5040" w:type="dxa"/>
            <w:vAlign w:val="center"/>
          </w:tcPr>
          <w:p w:rsidR="0088700B" w:rsidRDefault="00000000" w14:paraId="6C0EA8A3" wp14:textId="77777777">
            <w:r>
              <w:rPr>
                <w:sz w:val="18"/>
              </w:rPr>
              <w:t>katra šūna satur atomāru vērtību</w:t>
            </w:r>
          </w:p>
        </w:tc>
      </w:tr>
      <w:tr xmlns:wp14="http://schemas.microsoft.com/office/word/2010/wordml" w:rsidR="0088700B" w14:paraId="4110D28E" wp14:textId="77777777">
        <w:trPr>
          <w:jc w:val="center"/>
        </w:trPr>
        <w:tc>
          <w:tcPr>
            <w:tcW w:w="4752" w:type="dxa"/>
            <w:vAlign w:val="center"/>
          </w:tcPr>
          <w:p w:rsidR="0088700B" w:rsidRDefault="00000000" w14:paraId="050F63C3" wp14:textId="77777777">
            <w:r>
              <w:rPr>
                <w:sz w:val="18"/>
              </w:rPr>
              <w:t>3NF</w:t>
            </w:r>
          </w:p>
        </w:tc>
        <w:tc>
          <w:tcPr>
            <w:tcW w:w="5040" w:type="dxa"/>
            <w:vAlign w:val="center"/>
          </w:tcPr>
          <w:p w:rsidR="0088700B" w:rsidRDefault="00000000" w14:paraId="73C04CA5" wp14:textId="77777777">
            <w:r>
              <w:rPr>
                <w:sz w:val="18"/>
              </w:rPr>
              <w:t>nav tranzitīvu atkarību</w:t>
            </w:r>
          </w:p>
        </w:tc>
      </w:tr>
      <w:tr xmlns:wp14="http://schemas.microsoft.com/office/word/2010/wordml" w:rsidR="0088700B" w14:paraId="268E1299" wp14:textId="77777777">
        <w:trPr>
          <w:jc w:val="center"/>
        </w:trPr>
        <w:tc>
          <w:tcPr>
            <w:tcW w:w="4752" w:type="dxa"/>
            <w:vAlign w:val="center"/>
          </w:tcPr>
          <w:p w:rsidR="0088700B" w:rsidRDefault="00000000" w14:paraId="04F401EF" wp14:textId="77777777">
            <w:r>
              <w:rPr>
                <w:sz w:val="18"/>
              </w:rPr>
              <w:t>Rollback</w:t>
            </w:r>
          </w:p>
        </w:tc>
        <w:tc>
          <w:tcPr>
            <w:tcW w:w="5040" w:type="dxa"/>
            <w:vAlign w:val="center"/>
          </w:tcPr>
          <w:p w:rsidR="0088700B" w:rsidRDefault="00000000" w14:paraId="40E9FCFE" wp14:textId="77777777">
            <w:r>
              <w:rPr>
                <w:sz w:val="18"/>
              </w:rPr>
              <w:t>atceļ transakcijas izmaiņas</w:t>
            </w:r>
          </w:p>
        </w:tc>
      </w:tr>
      <w:tr xmlns:wp14="http://schemas.microsoft.com/office/word/2010/wordml" w:rsidR="0088700B" w14:paraId="2ADFF657" wp14:textId="77777777">
        <w:trPr>
          <w:jc w:val="center"/>
        </w:trPr>
        <w:tc>
          <w:tcPr>
            <w:tcW w:w="4752" w:type="dxa"/>
            <w:vAlign w:val="center"/>
          </w:tcPr>
          <w:p w:rsidR="0088700B" w:rsidRDefault="00000000" w14:paraId="7768499E" wp14:textId="77777777">
            <w:r>
              <w:rPr>
                <w:sz w:val="18"/>
              </w:rPr>
              <w:t>VIEW</w:t>
            </w:r>
          </w:p>
        </w:tc>
        <w:tc>
          <w:tcPr>
            <w:tcW w:w="5040" w:type="dxa"/>
            <w:vAlign w:val="center"/>
          </w:tcPr>
          <w:p w:rsidR="0088700B" w:rsidRDefault="00000000" w14:paraId="21F474B2" wp14:textId="77777777">
            <w:r>
              <w:rPr>
                <w:sz w:val="18"/>
              </w:rPr>
              <w:t>virtuāla tabula no SELECT vaicājuma</w:t>
            </w:r>
          </w:p>
        </w:tc>
      </w:tr>
      <w:tr xmlns:wp14="http://schemas.microsoft.com/office/word/2010/wordml" w:rsidR="0088700B" w14:paraId="4436A597" wp14:textId="77777777">
        <w:trPr>
          <w:jc w:val="center"/>
        </w:trPr>
        <w:tc>
          <w:tcPr>
            <w:tcW w:w="4752" w:type="dxa"/>
            <w:vAlign w:val="center"/>
          </w:tcPr>
          <w:p w:rsidR="0088700B" w:rsidRDefault="00000000" w14:paraId="74BB1E6F" wp14:textId="77777777">
            <w:r>
              <w:rPr>
                <w:sz w:val="18"/>
              </w:rPr>
              <w:t>NoSQL piemērs</w:t>
            </w:r>
          </w:p>
        </w:tc>
        <w:tc>
          <w:tcPr>
            <w:tcW w:w="5040" w:type="dxa"/>
            <w:vAlign w:val="center"/>
          </w:tcPr>
          <w:p w:rsidR="0088700B" w:rsidRDefault="00000000" w14:paraId="149E074A" wp14:textId="77777777">
            <w:r>
              <w:rPr>
                <w:sz w:val="18"/>
              </w:rPr>
              <w:t>MongoDB</w:t>
            </w:r>
          </w:p>
        </w:tc>
      </w:tr>
    </w:tbl>
    <w:p xmlns:wp14="http://schemas.microsoft.com/office/word/2010/wordml" w:rsidR="0088700B" w:rsidRDefault="0088700B" w14:paraId="2DBF0D7D" wp14:textId="77777777"/>
    <w:p xmlns:wp14="http://schemas.microsoft.com/office/word/2010/wordml" w:rsidR="0088700B" w:rsidRDefault="00000000" w14:paraId="7BC8F5F8" wp14:textId="77777777">
      <w:pPr>
        <w:pStyle w:val="Heading1"/>
      </w:pPr>
      <w:r>
        <w:t>19. Pašpārbaudes jautājumi</w:t>
      </w:r>
    </w:p>
    <w:p xmlns:wp14="http://schemas.microsoft.com/office/word/2010/wordml" w:rsidR="0088700B" w:rsidRDefault="00000000" w14:paraId="6FA99176" wp14:textId="77777777">
      <w:r>
        <w:t>1. Kāda komanda izveido jaunu tabulu?</w:t>
      </w:r>
    </w:p>
    <w:p xmlns:wp14="http://schemas.microsoft.com/office/word/2010/wordml" w:rsidR="0088700B" w:rsidRDefault="00000000" w14:paraId="54FEF304" wp14:textId="77777777">
      <w:r>
        <w:t>2. Kāda komanda maina esošas rindas datus?</w:t>
      </w:r>
    </w:p>
    <w:p xmlns:wp14="http://schemas.microsoft.com/office/word/2010/wordml" w:rsidR="0088700B" w:rsidRDefault="00000000" w14:paraId="0800CC13" wp14:textId="77777777">
      <w:r>
        <w:t>3. Kāda ir atšķirība starp ALTER un UPDATE?</w:t>
      </w:r>
    </w:p>
    <w:p xmlns:wp14="http://schemas.microsoft.com/office/word/2010/wordml" w:rsidR="0088700B" w:rsidRDefault="00000000" w14:paraId="76082EAC" wp14:textId="77777777">
      <w:r>
        <w:t>4. Ko nozīmē NULL?</w:t>
      </w:r>
    </w:p>
    <w:p xmlns:wp14="http://schemas.microsoft.com/office/word/2010/wordml" w:rsidR="0088700B" w:rsidRDefault="00000000" w14:paraId="24E5CDFC" wp14:textId="77777777">
      <w:r>
        <w:t>5. Kāpēc WHERE ir svarīgs UPDATE un DELETE komandās?</w:t>
      </w:r>
    </w:p>
    <w:p xmlns:wp14="http://schemas.microsoft.com/office/word/2010/wordml" w:rsidR="0088700B" w:rsidRDefault="00000000" w14:paraId="5C45B2E9" wp14:textId="77777777">
      <w:r>
        <w:t>6. Kāda ir atšķirība starp DELETE, TRUNCATE un DROP?</w:t>
      </w:r>
    </w:p>
    <w:p xmlns:wp14="http://schemas.microsoft.com/office/word/2010/wordml" w:rsidR="0088700B" w:rsidRDefault="00000000" w14:paraId="54FEF914" wp14:textId="77777777">
      <w:r>
        <w:t>7. Ko nozīmē LIKE "K%"?</w:t>
      </w:r>
    </w:p>
    <w:p xmlns:wp14="http://schemas.microsoft.com/office/word/2010/wordml" w:rsidR="0088700B" w:rsidRDefault="00000000" w14:paraId="5E8AB667" wp14:textId="77777777">
      <w:r>
        <w:t>8. Ko dara COUNT(DISTINCT city)?</w:t>
      </w:r>
    </w:p>
    <w:p xmlns:wp14="http://schemas.microsoft.com/office/word/2010/wordml" w:rsidR="0088700B" w:rsidRDefault="00000000" w14:paraId="1A2C6B66" wp14:textId="77777777">
      <w:r>
        <w:t>9. Kāpēc Foreign Key ir svarīga?</w:t>
      </w:r>
    </w:p>
    <w:p xmlns:wp14="http://schemas.microsoft.com/office/word/2010/wordml" w:rsidR="0088700B" w:rsidRDefault="00000000" w14:paraId="430E40F8" wp14:textId="77777777">
      <w:r w:rsidR="0D1A1221">
        <w:rPr/>
        <w:t>10. Kā realizē M:N saiti?</w:t>
      </w:r>
    </w:p>
    <w:p w:rsidR="23B851D9" w:rsidRDefault="23B851D9" w14:paraId="002B03F0" w14:textId="50BF0943"/>
    <w:p w:rsidR="206C46FF" w:rsidRDefault="206C46FF" w14:paraId="632F9419" w14:textId="0EDC48B4">
      <w:r w:rsidR="206C46FF">
        <w:rPr/>
        <w:t>Īsak sākot</w:t>
      </w:r>
    </w:p>
    <w:p w:rsidR="206C46FF" w:rsidP="23B851D9" w:rsidRDefault="206C46FF" w14:paraId="39BE024F" w14:textId="4AC16EC6">
      <w:pPr>
        <w:pStyle w:val="ListParagraph"/>
        <w:numPr>
          <w:ilvl w:val="0"/>
          <w:numId w:val="10"/>
        </w:numPr>
        <w:rPr>
          <w:rFonts w:ascii="Calibri" w:hAnsi="Calibri" w:eastAsia="Calibri" w:cs="Calibri"/>
          <w:noProof w:val="0"/>
          <w:sz w:val="20"/>
          <w:szCs w:val="20"/>
          <w:lang w:val="en-US"/>
        </w:rPr>
      </w:pPr>
      <w:r w:rsidRPr="23B851D9" w:rsidR="206C46FF">
        <w:rPr>
          <w:rFonts w:ascii="Consolas" w:hAnsi="Consolas" w:eastAsia="Consolas" w:cs="Consolas"/>
          <w:noProof w:val="0"/>
          <w:sz w:val="20"/>
          <w:szCs w:val="20"/>
          <w:lang w:val="en-US"/>
        </w:rPr>
        <w:t>CREATE DATABASE</w:t>
      </w:r>
      <w:r w:rsidRPr="23B851D9" w:rsidR="206C46FF">
        <w:rPr>
          <w:rFonts w:ascii="Calibri" w:hAnsi="Calibri" w:eastAsia="Calibri" w:cs="Calibri"/>
          <w:noProof w:val="0"/>
          <w:sz w:val="20"/>
          <w:szCs w:val="20"/>
          <w:lang w:val="en-US"/>
        </w:rPr>
        <w:t xml:space="preserve"> – izveido jaunu datubāzi.</w:t>
      </w:r>
    </w:p>
    <w:p w:rsidR="206C46FF" w:rsidP="23B851D9" w:rsidRDefault="206C46FF" w14:paraId="0A7CDB55" w14:textId="24CDAF94">
      <w:pPr>
        <w:pStyle w:val="ListParagraph"/>
        <w:numPr>
          <w:ilvl w:val="0"/>
          <w:numId w:val="10"/>
        </w:numPr>
        <w:rPr>
          <w:rFonts w:ascii="Calibri" w:hAnsi="Calibri" w:eastAsia="Calibri" w:cs="Calibri"/>
          <w:noProof w:val="0"/>
          <w:sz w:val="20"/>
          <w:szCs w:val="20"/>
          <w:lang w:val="en-US"/>
        </w:rPr>
      </w:pPr>
      <w:r w:rsidRPr="23B851D9" w:rsidR="206C46FF">
        <w:rPr>
          <w:rFonts w:ascii="Consolas" w:hAnsi="Consolas" w:eastAsia="Consolas" w:cs="Consolas"/>
          <w:noProof w:val="0"/>
          <w:sz w:val="20"/>
          <w:szCs w:val="20"/>
          <w:lang w:val="en-US"/>
        </w:rPr>
        <w:t>CREATE TABLE</w:t>
      </w:r>
      <w:r w:rsidRPr="23B851D9" w:rsidR="206C46FF">
        <w:rPr>
          <w:rFonts w:ascii="Calibri" w:hAnsi="Calibri" w:eastAsia="Calibri" w:cs="Calibri"/>
          <w:noProof w:val="0"/>
          <w:sz w:val="20"/>
          <w:szCs w:val="20"/>
          <w:lang w:val="en-US"/>
        </w:rPr>
        <w:t xml:space="preserve"> – izveido jaunu tabulu.</w:t>
      </w:r>
    </w:p>
    <w:p w:rsidR="206C46FF" w:rsidP="23B851D9" w:rsidRDefault="206C46FF" w14:paraId="36932243" w14:textId="6BAE2EE0">
      <w:pPr>
        <w:pStyle w:val="ListParagraph"/>
        <w:numPr>
          <w:ilvl w:val="0"/>
          <w:numId w:val="10"/>
        </w:numPr>
        <w:rPr>
          <w:rFonts w:ascii="Calibri" w:hAnsi="Calibri" w:eastAsia="Calibri" w:cs="Calibri"/>
          <w:noProof w:val="0"/>
          <w:sz w:val="20"/>
          <w:szCs w:val="20"/>
          <w:lang w:val="en-US"/>
        </w:rPr>
      </w:pPr>
      <w:r w:rsidRPr="23B851D9" w:rsidR="206C46FF">
        <w:rPr>
          <w:rFonts w:ascii="Consolas" w:hAnsi="Consolas" w:eastAsia="Consolas" w:cs="Consolas"/>
          <w:noProof w:val="0"/>
          <w:sz w:val="20"/>
          <w:szCs w:val="20"/>
          <w:lang w:val="en-US"/>
        </w:rPr>
        <w:t>ALTER TABLE</w:t>
      </w:r>
      <w:r w:rsidRPr="23B851D9" w:rsidR="206C46FF">
        <w:rPr>
          <w:rFonts w:ascii="Calibri" w:hAnsi="Calibri" w:eastAsia="Calibri" w:cs="Calibri"/>
          <w:noProof w:val="0"/>
          <w:sz w:val="20"/>
          <w:szCs w:val="20"/>
          <w:lang w:val="en-US"/>
        </w:rPr>
        <w:t xml:space="preserve"> – maina tabulas struktūru.</w:t>
      </w:r>
    </w:p>
    <w:p w:rsidR="206C46FF" w:rsidP="23B851D9" w:rsidRDefault="206C46FF" w14:paraId="04557D85" w14:textId="1CE7F868">
      <w:pPr>
        <w:pStyle w:val="ListParagraph"/>
        <w:numPr>
          <w:ilvl w:val="0"/>
          <w:numId w:val="10"/>
        </w:numPr>
        <w:rPr>
          <w:rFonts w:ascii="Calibri" w:hAnsi="Calibri" w:eastAsia="Calibri" w:cs="Calibri"/>
          <w:noProof w:val="0"/>
          <w:sz w:val="20"/>
          <w:szCs w:val="20"/>
          <w:lang w:val="en-US"/>
        </w:rPr>
      </w:pPr>
      <w:r w:rsidRPr="23B851D9" w:rsidR="206C46FF">
        <w:rPr>
          <w:rFonts w:ascii="Consolas" w:hAnsi="Consolas" w:eastAsia="Consolas" w:cs="Consolas"/>
          <w:noProof w:val="0"/>
          <w:sz w:val="20"/>
          <w:szCs w:val="20"/>
          <w:lang w:val="en-US"/>
        </w:rPr>
        <w:t>DROP TABLE</w:t>
      </w:r>
      <w:r w:rsidRPr="23B851D9" w:rsidR="206C46FF">
        <w:rPr>
          <w:rFonts w:ascii="Calibri" w:hAnsi="Calibri" w:eastAsia="Calibri" w:cs="Calibri"/>
          <w:noProof w:val="0"/>
          <w:sz w:val="20"/>
          <w:szCs w:val="20"/>
          <w:lang w:val="en-US"/>
        </w:rPr>
        <w:t xml:space="preserve"> – dzēš tabulu kopā ar visiem datiem.</w:t>
      </w:r>
    </w:p>
    <w:p w:rsidR="206C46FF" w:rsidP="23B851D9" w:rsidRDefault="206C46FF" w14:paraId="41E07A2D" w14:textId="6989C86B">
      <w:pPr>
        <w:pStyle w:val="ListParagraph"/>
        <w:numPr>
          <w:ilvl w:val="0"/>
          <w:numId w:val="10"/>
        </w:numPr>
        <w:rPr>
          <w:rFonts w:ascii="Calibri" w:hAnsi="Calibri" w:eastAsia="Calibri" w:cs="Calibri"/>
          <w:noProof w:val="0"/>
          <w:sz w:val="20"/>
          <w:szCs w:val="20"/>
          <w:lang w:val="en-US"/>
        </w:rPr>
      </w:pPr>
      <w:r w:rsidRPr="23B851D9" w:rsidR="206C46FF">
        <w:rPr>
          <w:rFonts w:ascii="Consolas" w:hAnsi="Consolas" w:eastAsia="Consolas" w:cs="Consolas"/>
          <w:noProof w:val="0"/>
          <w:sz w:val="20"/>
          <w:szCs w:val="20"/>
          <w:lang w:val="en-US"/>
        </w:rPr>
        <w:t>TRUNCATE TABLE</w:t>
      </w:r>
      <w:r w:rsidRPr="23B851D9" w:rsidR="206C46FF">
        <w:rPr>
          <w:rFonts w:ascii="Calibri" w:hAnsi="Calibri" w:eastAsia="Calibri" w:cs="Calibri"/>
          <w:noProof w:val="0"/>
          <w:sz w:val="20"/>
          <w:szCs w:val="20"/>
          <w:lang w:val="en-US"/>
        </w:rPr>
        <w:t xml:space="preserve"> – dzēš visas tabulas rindas, saglabājot struktūru.</w:t>
      </w:r>
    </w:p>
    <w:p w:rsidR="206C46FF" w:rsidP="23B851D9" w:rsidRDefault="206C46FF" w14:paraId="427CE5C3" w14:textId="7CB1F45C">
      <w:pPr>
        <w:pStyle w:val="ListParagraph"/>
        <w:numPr>
          <w:ilvl w:val="0"/>
          <w:numId w:val="10"/>
        </w:numPr>
        <w:rPr>
          <w:rFonts w:ascii="Calibri" w:hAnsi="Calibri" w:eastAsia="Calibri" w:cs="Calibri"/>
          <w:noProof w:val="0"/>
          <w:sz w:val="20"/>
          <w:szCs w:val="20"/>
          <w:lang w:val="en-US"/>
        </w:rPr>
      </w:pPr>
      <w:r w:rsidRPr="23B851D9" w:rsidR="206C46FF">
        <w:rPr>
          <w:rFonts w:ascii="Consolas" w:hAnsi="Consolas" w:eastAsia="Consolas" w:cs="Consolas"/>
          <w:noProof w:val="0"/>
          <w:sz w:val="20"/>
          <w:szCs w:val="20"/>
          <w:lang w:val="en-US"/>
        </w:rPr>
        <w:t>INSERT INTO</w:t>
      </w:r>
      <w:r w:rsidRPr="23B851D9" w:rsidR="206C46FF">
        <w:rPr>
          <w:rFonts w:ascii="Calibri" w:hAnsi="Calibri" w:eastAsia="Calibri" w:cs="Calibri"/>
          <w:noProof w:val="0"/>
          <w:sz w:val="20"/>
          <w:szCs w:val="20"/>
          <w:lang w:val="en-US"/>
        </w:rPr>
        <w:t xml:space="preserve"> – pievieno jaunus ierakstus.</w:t>
      </w:r>
    </w:p>
    <w:p w:rsidR="206C46FF" w:rsidP="23B851D9" w:rsidRDefault="206C46FF" w14:paraId="411726B0" w14:textId="1A43FFF9">
      <w:pPr>
        <w:pStyle w:val="ListParagraph"/>
        <w:numPr>
          <w:ilvl w:val="0"/>
          <w:numId w:val="10"/>
        </w:numPr>
        <w:rPr>
          <w:rFonts w:ascii="Calibri" w:hAnsi="Calibri" w:eastAsia="Calibri" w:cs="Calibri"/>
          <w:noProof w:val="0"/>
          <w:sz w:val="20"/>
          <w:szCs w:val="20"/>
          <w:lang w:val="en-US"/>
        </w:rPr>
      </w:pPr>
      <w:r w:rsidRPr="23B851D9" w:rsidR="206C46FF">
        <w:rPr>
          <w:rFonts w:ascii="Consolas" w:hAnsi="Consolas" w:eastAsia="Consolas" w:cs="Consolas"/>
          <w:noProof w:val="0"/>
          <w:sz w:val="20"/>
          <w:szCs w:val="20"/>
          <w:lang w:val="en-US"/>
        </w:rPr>
        <w:t>SELECT</w:t>
      </w:r>
      <w:r w:rsidRPr="23B851D9" w:rsidR="206C46FF">
        <w:rPr>
          <w:rFonts w:ascii="Calibri" w:hAnsi="Calibri" w:eastAsia="Calibri" w:cs="Calibri"/>
          <w:noProof w:val="0"/>
          <w:sz w:val="20"/>
          <w:szCs w:val="20"/>
          <w:lang w:val="en-US"/>
        </w:rPr>
        <w:t xml:space="preserve"> – atlasa datus no tabulas.</w:t>
      </w:r>
    </w:p>
    <w:p w:rsidR="206C46FF" w:rsidP="23B851D9" w:rsidRDefault="206C46FF" w14:paraId="666435A3" w14:textId="57C631DA">
      <w:pPr>
        <w:pStyle w:val="ListParagraph"/>
        <w:numPr>
          <w:ilvl w:val="0"/>
          <w:numId w:val="10"/>
        </w:numPr>
        <w:rPr>
          <w:rFonts w:ascii="Calibri" w:hAnsi="Calibri" w:eastAsia="Calibri" w:cs="Calibri"/>
          <w:noProof w:val="0"/>
          <w:sz w:val="20"/>
          <w:szCs w:val="20"/>
          <w:lang w:val="en-US"/>
        </w:rPr>
      </w:pPr>
      <w:r w:rsidRPr="23B851D9" w:rsidR="206C46FF">
        <w:rPr>
          <w:rFonts w:ascii="Consolas" w:hAnsi="Consolas" w:eastAsia="Consolas" w:cs="Consolas"/>
          <w:noProof w:val="0"/>
          <w:sz w:val="20"/>
          <w:szCs w:val="20"/>
          <w:lang w:val="en-US"/>
        </w:rPr>
        <w:t>WHERE</w:t>
      </w:r>
      <w:r w:rsidRPr="23B851D9" w:rsidR="206C46FF">
        <w:rPr>
          <w:rFonts w:ascii="Calibri" w:hAnsi="Calibri" w:eastAsia="Calibri" w:cs="Calibri"/>
          <w:noProof w:val="0"/>
          <w:sz w:val="20"/>
          <w:szCs w:val="20"/>
          <w:lang w:val="en-US"/>
        </w:rPr>
        <w:t xml:space="preserve"> – filtrē datus pēc nosacījuma.</w:t>
      </w:r>
    </w:p>
    <w:p w:rsidR="206C46FF" w:rsidP="23B851D9" w:rsidRDefault="206C46FF" w14:paraId="425B5472" w14:textId="6C4F2519">
      <w:pPr>
        <w:pStyle w:val="ListParagraph"/>
        <w:numPr>
          <w:ilvl w:val="0"/>
          <w:numId w:val="10"/>
        </w:numPr>
        <w:rPr>
          <w:rFonts w:ascii="Calibri" w:hAnsi="Calibri" w:eastAsia="Calibri" w:cs="Calibri"/>
          <w:noProof w:val="0"/>
          <w:sz w:val="20"/>
          <w:szCs w:val="20"/>
          <w:lang w:val="en-US"/>
        </w:rPr>
      </w:pPr>
      <w:r w:rsidRPr="23B851D9" w:rsidR="206C46FF">
        <w:rPr>
          <w:rFonts w:ascii="Consolas" w:hAnsi="Consolas" w:eastAsia="Consolas" w:cs="Consolas"/>
          <w:noProof w:val="0"/>
          <w:sz w:val="20"/>
          <w:szCs w:val="20"/>
          <w:lang w:val="en-US"/>
        </w:rPr>
        <w:t>UPDATE</w:t>
      </w:r>
      <w:r w:rsidRPr="23B851D9" w:rsidR="206C46FF">
        <w:rPr>
          <w:rFonts w:ascii="Calibri" w:hAnsi="Calibri" w:eastAsia="Calibri" w:cs="Calibri"/>
          <w:noProof w:val="0"/>
          <w:sz w:val="20"/>
          <w:szCs w:val="20"/>
          <w:lang w:val="en-US"/>
        </w:rPr>
        <w:t xml:space="preserve"> – maina esošos datus.</w:t>
      </w:r>
    </w:p>
    <w:p w:rsidR="206C46FF" w:rsidP="23B851D9" w:rsidRDefault="206C46FF" w14:paraId="129511BA" w14:textId="2137D28E">
      <w:pPr>
        <w:pStyle w:val="ListParagraph"/>
        <w:numPr>
          <w:ilvl w:val="0"/>
          <w:numId w:val="10"/>
        </w:numPr>
        <w:rPr>
          <w:rFonts w:ascii="Calibri" w:hAnsi="Calibri" w:eastAsia="Calibri" w:cs="Calibri"/>
          <w:noProof w:val="0"/>
          <w:sz w:val="20"/>
          <w:szCs w:val="20"/>
          <w:lang w:val="en-US"/>
        </w:rPr>
      </w:pPr>
      <w:r w:rsidRPr="23B851D9" w:rsidR="206C46FF">
        <w:rPr>
          <w:rFonts w:ascii="Consolas" w:hAnsi="Consolas" w:eastAsia="Consolas" w:cs="Consolas"/>
          <w:noProof w:val="0"/>
          <w:sz w:val="20"/>
          <w:szCs w:val="20"/>
          <w:lang w:val="en-US"/>
        </w:rPr>
        <w:t>DELETE</w:t>
      </w:r>
      <w:r w:rsidRPr="23B851D9" w:rsidR="206C46FF">
        <w:rPr>
          <w:rFonts w:ascii="Calibri" w:hAnsi="Calibri" w:eastAsia="Calibri" w:cs="Calibri"/>
          <w:noProof w:val="0"/>
          <w:sz w:val="20"/>
          <w:szCs w:val="20"/>
          <w:lang w:val="en-US"/>
        </w:rPr>
        <w:t xml:space="preserve"> – dzēš ierakstus.</w:t>
      </w:r>
    </w:p>
    <w:p w:rsidR="206C46FF" w:rsidP="23B851D9" w:rsidRDefault="206C46FF" w14:paraId="0E0838AF" w14:textId="2C57B418">
      <w:pPr>
        <w:pStyle w:val="ListParagraph"/>
        <w:numPr>
          <w:ilvl w:val="0"/>
          <w:numId w:val="10"/>
        </w:numPr>
        <w:rPr>
          <w:rFonts w:ascii="Calibri" w:hAnsi="Calibri" w:eastAsia="Calibri" w:cs="Calibri"/>
          <w:noProof w:val="0"/>
          <w:sz w:val="20"/>
          <w:szCs w:val="20"/>
          <w:lang w:val="en-US"/>
        </w:rPr>
      </w:pPr>
      <w:r w:rsidRPr="23B851D9" w:rsidR="206C46FF">
        <w:rPr>
          <w:rFonts w:ascii="Consolas" w:hAnsi="Consolas" w:eastAsia="Consolas" w:cs="Consolas"/>
          <w:noProof w:val="0"/>
          <w:sz w:val="20"/>
          <w:szCs w:val="20"/>
          <w:lang w:val="en-US"/>
        </w:rPr>
        <w:t>ORDER BY</w:t>
      </w:r>
      <w:r w:rsidRPr="23B851D9" w:rsidR="206C46FF">
        <w:rPr>
          <w:rFonts w:ascii="Calibri" w:hAnsi="Calibri" w:eastAsia="Calibri" w:cs="Calibri"/>
          <w:noProof w:val="0"/>
          <w:sz w:val="20"/>
          <w:szCs w:val="20"/>
          <w:lang w:val="en-US"/>
        </w:rPr>
        <w:t xml:space="preserve"> – sakārto rezultātus.</w:t>
      </w:r>
    </w:p>
    <w:p w:rsidR="206C46FF" w:rsidP="23B851D9" w:rsidRDefault="206C46FF" w14:paraId="5D3A1EE4" w14:textId="1F3EB1C5">
      <w:pPr>
        <w:pStyle w:val="ListParagraph"/>
        <w:numPr>
          <w:ilvl w:val="0"/>
          <w:numId w:val="10"/>
        </w:numPr>
        <w:rPr>
          <w:rFonts w:ascii="Calibri" w:hAnsi="Calibri" w:eastAsia="Calibri" w:cs="Calibri"/>
          <w:noProof w:val="0"/>
          <w:sz w:val="20"/>
          <w:szCs w:val="20"/>
          <w:lang w:val="en-US"/>
        </w:rPr>
      </w:pPr>
      <w:r w:rsidRPr="23B851D9" w:rsidR="206C46FF">
        <w:rPr>
          <w:rFonts w:ascii="Consolas" w:hAnsi="Consolas" w:eastAsia="Consolas" w:cs="Consolas"/>
          <w:noProof w:val="0"/>
          <w:sz w:val="20"/>
          <w:szCs w:val="20"/>
          <w:lang w:val="en-US"/>
        </w:rPr>
        <w:t>LIMIT</w:t>
      </w:r>
      <w:r w:rsidRPr="23B851D9" w:rsidR="206C46FF">
        <w:rPr>
          <w:rFonts w:ascii="Calibri" w:hAnsi="Calibri" w:eastAsia="Calibri" w:cs="Calibri"/>
          <w:noProof w:val="0"/>
          <w:sz w:val="20"/>
          <w:szCs w:val="20"/>
          <w:lang w:val="en-US"/>
        </w:rPr>
        <w:t xml:space="preserve"> – ierobežo rezultātu skaitu.</w:t>
      </w:r>
    </w:p>
    <w:p w:rsidR="206C46FF" w:rsidP="23B851D9" w:rsidRDefault="206C46FF" w14:paraId="5FEE662F" w14:textId="62A115D3">
      <w:pPr>
        <w:pStyle w:val="ListParagraph"/>
        <w:numPr>
          <w:ilvl w:val="0"/>
          <w:numId w:val="10"/>
        </w:numPr>
        <w:rPr>
          <w:rFonts w:ascii="Calibri" w:hAnsi="Calibri" w:eastAsia="Calibri" w:cs="Calibri"/>
          <w:noProof w:val="0"/>
          <w:sz w:val="20"/>
          <w:szCs w:val="20"/>
          <w:lang w:val="en-US"/>
        </w:rPr>
      </w:pPr>
      <w:r w:rsidRPr="23B851D9" w:rsidR="206C46FF">
        <w:rPr>
          <w:rFonts w:ascii="Consolas" w:hAnsi="Consolas" w:eastAsia="Consolas" w:cs="Consolas"/>
          <w:noProof w:val="0"/>
          <w:sz w:val="20"/>
          <w:szCs w:val="20"/>
          <w:lang w:val="en-US"/>
        </w:rPr>
        <w:t>DISTINCT</w:t>
      </w:r>
      <w:r w:rsidRPr="23B851D9" w:rsidR="206C46FF">
        <w:rPr>
          <w:rFonts w:ascii="Calibri" w:hAnsi="Calibri" w:eastAsia="Calibri" w:cs="Calibri"/>
          <w:noProof w:val="0"/>
          <w:sz w:val="20"/>
          <w:szCs w:val="20"/>
          <w:lang w:val="en-US"/>
        </w:rPr>
        <w:t xml:space="preserve"> – parāda tikai unikālas vērtības.</w:t>
      </w:r>
    </w:p>
    <w:p w:rsidR="206C46FF" w:rsidP="23B851D9" w:rsidRDefault="206C46FF" w14:paraId="4BF53D0A" w14:textId="6F87D95E">
      <w:pPr>
        <w:pStyle w:val="ListParagraph"/>
        <w:numPr>
          <w:ilvl w:val="0"/>
          <w:numId w:val="10"/>
        </w:numPr>
        <w:rPr>
          <w:rFonts w:ascii="Calibri" w:hAnsi="Calibri" w:eastAsia="Calibri" w:cs="Calibri"/>
          <w:noProof w:val="0"/>
          <w:sz w:val="20"/>
          <w:szCs w:val="20"/>
          <w:lang w:val="en-US"/>
        </w:rPr>
      </w:pPr>
      <w:r w:rsidRPr="23B851D9" w:rsidR="206C46FF">
        <w:rPr>
          <w:rFonts w:ascii="Consolas" w:hAnsi="Consolas" w:eastAsia="Consolas" w:cs="Consolas"/>
          <w:noProof w:val="0"/>
          <w:sz w:val="20"/>
          <w:szCs w:val="20"/>
          <w:lang w:val="en-US"/>
        </w:rPr>
        <w:t>BETWEEN</w:t>
      </w:r>
      <w:r w:rsidRPr="23B851D9" w:rsidR="206C46FF">
        <w:rPr>
          <w:rFonts w:ascii="Calibri" w:hAnsi="Calibri" w:eastAsia="Calibri" w:cs="Calibri"/>
          <w:noProof w:val="0"/>
          <w:sz w:val="20"/>
          <w:szCs w:val="20"/>
          <w:lang w:val="en-US"/>
        </w:rPr>
        <w:t xml:space="preserve"> – atlasa vērtības noteiktā diapazonā.</w:t>
      </w:r>
    </w:p>
    <w:p w:rsidR="206C46FF" w:rsidP="23B851D9" w:rsidRDefault="206C46FF" w14:paraId="16F7BF6B" w14:textId="6043B159">
      <w:pPr>
        <w:pStyle w:val="ListParagraph"/>
        <w:numPr>
          <w:ilvl w:val="0"/>
          <w:numId w:val="10"/>
        </w:numPr>
        <w:rPr>
          <w:rFonts w:ascii="Calibri" w:hAnsi="Calibri" w:eastAsia="Calibri" w:cs="Calibri"/>
          <w:noProof w:val="0"/>
          <w:sz w:val="20"/>
          <w:szCs w:val="20"/>
          <w:lang w:val="en-US"/>
        </w:rPr>
      </w:pPr>
      <w:r w:rsidRPr="23B851D9" w:rsidR="206C46FF">
        <w:rPr>
          <w:rFonts w:ascii="Consolas" w:hAnsi="Consolas" w:eastAsia="Consolas" w:cs="Consolas"/>
          <w:noProof w:val="0"/>
          <w:sz w:val="20"/>
          <w:szCs w:val="20"/>
          <w:lang w:val="en-US"/>
        </w:rPr>
        <w:t>LIKE</w:t>
      </w:r>
      <w:r w:rsidRPr="23B851D9" w:rsidR="206C46FF">
        <w:rPr>
          <w:rFonts w:ascii="Calibri" w:hAnsi="Calibri" w:eastAsia="Calibri" w:cs="Calibri"/>
          <w:noProof w:val="0"/>
          <w:sz w:val="20"/>
          <w:szCs w:val="20"/>
          <w:lang w:val="en-US"/>
        </w:rPr>
        <w:t xml:space="preserve"> – meklē tekstu pēc parauga.</w:t>
      </w:r>
    </w:p>
    <w:p w:rsidR="206C46FF" w:rsidP="23B851D9" w:rsidRDefault="206C46FF" w14:paraId="306A10F1" w14:textId="5A5B2086">
      <w:pPr>
        <w:pStyle w:val="ListParagraph"/>
        <w:numPr>
          <w:ilvl w:val="0"/>
          <w:numId w:val="10"/>
        </w:numPr>
        <w:rPr>
          <w:rFonts w:ascii="Calibri" w:hAnsi="Calibri" w:eastAsia="Calibri" w:cs="Calibri"/>
          <w:noProof w:val="0"/>
          <w:sz w:val="20"/>
          <w:szCs w:val="20"/>
          <w:lang w:val="en-US"/>
        </w:rPr>
      </w:pPr>
      <w:r w:rsidRPr="23B851D9" w:rsidR="206C46FF">
        <w:rPr>
          <w:rFonts w:ascii="Consolas" w:hAnsi="Consolas" w:eastAsia="Consolas" w:cs="Consolas"/>
          <w:noProof w:val="0"/>
          <w:sz w:val="20"/>
          <w:szCs w:val="20"/>
          <w:lang w:val="en-US"/>
        </w:rPr>
        <w:t>IN</w:t>
      </w:r>
      <w:r w:rsidRPr="23B851D9" w:rsidR="206C46FF">
        <w:rPr>
          <w:rFonts w:ascii="Calibri" w:hAnsi="Calibri" w:eastAsia="Calibri" w:cs="Calibri"/>
          <w:noProof w:val="0"/>
          <w:sz w:val="20"/>
          <w:szCs w:val="20"/>
          <w:lang w:val="en-US"/>
        </w:rPr>
        <w:t xml:space="preserve"> / </w:t>
      </w:r>
      <w:r w:rsidRPr="23B851D9" w:rsidR="206C46FF">
        <w:rPr>
          <w:rFonts w:ascii="Consolas" w:hAnsi="Consolas" w:eastAsia="Consolas" w:cs="Consolas"/>
          <w:noProof w:val="0"/>
          <w:sz w:val="20"/>
          <w:szCs w:val="20"/>
          <w:lang w:val="en-US"/>
        </w:rPr>
        <w:t>NOT IN</w:t>
      </w:r>
      <w:r w:rsidRPr="23B851D9" w:rsidR="206C46FF">
        <w:rPr>
          <w:rFonts w:ascii="Calibri" w:hAnsi="Calibri" w:eastAsia="Calibri" w:cs="Calibri"/>
          <w:noProof w:val="0"/>
          <w:sz w:val="20"/>
          <w:szCs w:val="20"/>
          <w:lang w:val="en-US"/>
        </w:rPr>
        <w:t xml:space="preserve"> – pārbauda, vai vērtība ir vai nav sarakstā.</w:t>
      </w:r>
    </w:p>
    <w:p w:rsidR="206C46FF" w:rsidP="23B851D9" w:rsidRDefault="206C46FF" w14:paraId="23C51473" w14:textId="35A821BB">
      <w:pPr>
        <w:pStyle w:val="ListParagraph"/>
        <w:numPr>
          <w:ilvl w:val="0"/>
          <w:numId w:val="10"/>
        </w:numPr>
        <w:rPr>
          <w:rFonts w:ascii="Calibri" w:hAnsi="Calibri" w:eastAsia="Calibri" w:cs="Calibri"/>
          <w:noProof w:val="0"/>
          <w:sz w:val="20"/>
          <w:szCs w:val="20"/>
          <w:lang w:val="en-US"/>
        </w:rPr>
      </w:pPr>
      <w:r w:rsidRPr="23B851D9" w:rsidR="206C46FF">
        <w:rPr>
          <w:rFonts w:ascii="Consolas" w:hAnsi="Consolas" w:eastAsia="Consolas" w:cs="Consolas"/>
          <w:noProof w:val="0"/>
          <w:sz w:val="20"/>
          <w:szCs w:val="20"/>
          <w:lang w:val="en-US"/>
        </w:rPr>
        <w:t>IS NULL</w:t>
      </w:r>
      <w:r w:rsidRPr="23B851D9" w:rsidR="206C46FF">
        <w:rPr>
          <w:rFonts w:ascii="Calibri" w:hAnsi="Calibri" w:eastAsia="Calibri" w:cs="Calibri"/>
          <w:noProof w:val="0"/>
          <w:sz w:val="20"/>
          <w:szCs w:val="20"/>
          <w:lang w:val="en-US"/>
        </w:rPr>
        <w:t xml:space="preserve"> / </w:t>
      </w:r>
      <w:r w:rsidRPr="23B851D9" w:rsidR="206C46FF">
        <w:rPr>
          <w:rFonts w:ascii="Consolas" w:hAnsi="Consolas" w:eastAsia="Consolas" w:cs="Consolas"/>
          <w:noProof w:val="0"/>
          <w:sz w:val="20"/>
          <w:szCs w:val="20"/>
          <w:lang w:val="en-US"/>
        </w:rPr>
        <w:t>IS NOT NULL</w:t>
      </w:r>
      <w:r w:rsidRPr="23B851D9" w:rsidR="206C46FF">
        <w:rPr>
          <w:rFonts w:ascii="Calibri" w:hAnsi="Calibri" w:eastAsia="Calibri" w:cs="Calibri"/>
          <w:noProof w:val="0"/>
          <w:sz w:val="20"/>
          <w:szCs w:val="20"/>
          <w:lang w:val="en-US"/>
        </w:rPr>
        <w:t xml:space="preserve"> – pārbauda NULL vērtības.</w:t>
      </w:r>
    </w:p>
    <w:p w:rsidR="206C46FF" w:rsidP="23B851D9" w:rsidRDefault="206C46FF" w14:paraId="57D8942E" w14:textId="2C0F8099">
      <w:pPr>
        <w:pStyle w:val="ListParagraph"/>
        <w:numPr>
          <w:ilvl w:val="0"/>
          <w:numId w:val="10"/>
        </w:numPr>
        <w:rPr>
          <w:rFonts w:ascii="Calibri" w:hAnsi="Calibri" w:eastAsia="Calibri" w:cs="Calibri"/>
          <w:noProof w:val="0"/>
          <w:sz w:val="20"/>
          <w:szCs w:val="20"/>
          <w:lang w:val="en-US"/>
        </w:rPr>
      </w:pPr>
      <w:r w:rsidRPr="23B851D9" w:rsidR="206C46FF">
        <w:rPr>
          <w:rFonts w:ascii="Consolas" w:hAnsi="Consolas" w:eastAsia="Consolas" w:cs="Consolas"/>
          <w:noProof w:val="0"/>
          <w:sz w:val="20"/>
          <w:szCs w:val="20"/>
          <w:lang w:val="en-US"/>
        </w:rPr>
        <w:t>COUNT()</w:t>
      </w:r>
      <w:r w:rsidRPr="23B851D9" w:rsidR="206C46FF">
        <w:rPr>
          <w:rFonts w:ascii="Calibri" w:hAnsi="Calibri" w:eastAsia="Calibri" w:cs="Calibri"/>
          <w:noProof w:val="0"/>
          <w:sz w:val="20"/>
          <w:szCs w:val="20"/>
          <w:lang w:val="en-US"/>
        </w:rPr>
        <w:t xml:space="preserve">, </w:t>
      </w:r>
      <w:r w:rsidRPr="23B851D9" w:rsidR="206C46FF">
        <w:rPr>
          <w:rFonts w:ascii="Consolas" w:hAnsi="Consolas" w:eastAsia="Consolas" w:cs="Consolas"/>
          <w:noProof w:val="0"/>
          <w:sz w:val="20"/>
          <w:szCs w:val="20"/>
          <w:lang w:val="en-US"/>
        </w:rPr>
        <w:t>SUM()</w:t>
      </w:r>
      <w:r w:rsidRPr="23B851D9" w:rsidR="206C46FF">
        <w:rPr>
          <w:rFonts w:ascii="Calibri" w:hAnsi="Calibri" w:eastAsia="Calibri" w:cs="Calibri"/>
          <w:noProof w:val="0"/>
          <w:sz w:val="20"/>
          <w:szCs w:val="20"/>
          <w:lang w:val="en-US"/>
        </w:rPr>
        <w:t xml:space="preserve">, </w:t>
      </w:r>
      <w:r w:rsidRPr="23B851D9" w:rsidR="206C46FF">
        <w:rPr>
          <w:rFonts w:ascii="Consolas" w:hAnsi="Consolas" w:eastAsia="Consolas" w:cs="Consolas"/>
          <w:noProof w:val="0"/>
          <w:sz w:val="20"/>
          <w:szCs w:val="20"/>
          <w:lang w:val="en-US"/>
        </w:rPr>
        <w:t>AVG()</w:t>
      </w:r>
      <w:r w:rsidRPr="23B851D9" w:rsidR="206C46FF">
        <w:rPr>
          <w:rFonts w:ascii="Calibri" w:hAnsi="Calibri" w:eastAsia="Calibri" w:cs="Calibri"/>
          <w:noProof w:val="0"/>
          <w:sz w:val="20"/>
          <w:szCs w:val="20"/>
          <w:lang w:val="en-US"/>
        </w:rPr>
        <w:t xml:space="preserve">, </w:t>
      </w:r>
      <w:r w:rsidRPr="23B851D9" w:rsidR="206C46FF">
        <w:rPr>
          <w:rFonts w:ascii="Consolas" w:hAnsi="Consolas" w:eastAsia="Consolas" w:cs="Consolas"/>
          <w:noProof w:val="0"/>
          <w:sz w:val="20"/>
          <w:szCs w:val="20"/>
          <w:lang w:val="en-US"/>
        </w:rPr>
        <w:t>MIN()</w:t>
      </w:r>
      <w:r w:rsidRPr="23B851D9" w:rsidR="206C46FF">
        <w:rPr>
          <w:rFonts w:ascii="Calibri" w:hAnsi="Calibri" w:eastAsia="Calibri" w:cs="Calibri"/>
          <w:noProof w:val="0"/>
          <w:sz w:val="20"/>
          <w:szCs w:val="20"/>
          <w:lang w:val="en-US"/>
        </w:rPr>
        <w:t xml:space="preserve">, </w:t>
      </w:r>
      <w:r w:rsidRPr="23B851D9" w:rsidR="206C46FF">
        <w:rPr>
          <w:rFonts w:ascii="Consolas" w:hAnsi="Consolas" w:eastAsia="Consolas" w:cs="Consolas"/>
          <w:noProof w:val="0"/>
          <w:sz w:val="20"/>
          <w:szCs w:val="20"/>
          <w:lang w:val="en-US"/>
        </w:rPr>
        <w:t>MAX()</w:t>
      </w:r>
      <w:r w:rsidRPr="23B851D9" w:rsidR="206C46FF">
        <w:rPr>
          <w:rFonts w:ascii="Calibri" w:hAnsi="Calibri" w:eastAsia="Calibri" w:cs="Calibri"/>
          <w:noProof w:val="0"/>
          <w:sz w:val="20"/>
          <w:szCs w:val="20"/>
          <w:lang w:val="en-US"/>
        </w:rPr>
        <w:t xml:space="preserve"> – agregātfunkcijas datu apkopošanai.</w:t>
      </w:r>
    </w:p>
    <w:p w:rsidR="206C46FF" w:rsidP="23B851D9" w:rsidRDefault="206C46FF" w14:paraId="455C767D" w14:textId="4D333287">
      <w:pPr>
        <w:pStyle w:val="ListParagraph"/>
        <w:numPr>
          <w:ilvl w:val="0"/>
          <w:numId w:val="10"/>
        </w:numPr>
        <w:rPr>
          <w:rFonts w:ascii="Calibri" w:hAnsi="Calibri" w:eastAsia="Calibri" w:cs="Calibri"/>
          <w:noProof w:val="0"/>
          <w:sz w:val="20"/>
          <w:szCs w:val="20"/>
          <w:lang w:val="en-US"/>
        </w:rPr>
      </w:pPr>
      <w:r w:rsidRPr="23B851D9" w:rsidR="206C46FF">
        <w:rPr>
          <w:rFonts w:ascii="Consolas" w:hAnsi="Consolas" w:eastAsia="Consolas" w:cs="Consolas"/>
          <w:noProof w:val="0"/>
          <w:sz w:val="20"/>
          <w:szCs w:val="20"/>
          <w:lang w:val="en-US"/>
        </w:rPr>
        <w:t>GROUP BY</w:t>
      </w:r>
      <w:r w:rsidRPr="23B851D9" w:rsidR="206C46FF">
        <w:rPr>
          <w:rFonts w:ascii="Calibri" w:hAnsi="Calibri" w:eastAsia="Calibri" w:cs="Calibri"/>
          <w:noProof w:val="0"/>
          <w:sz w:val="20"/>
          <w:szCs w:val="20"/>
          <w:lang w:val="en-US"/>
        </w:rPr>
        <w:t xml:space="preserve"> – grupē datus.</w:t>
      </w:r>
    </w:p>
    <w:p w:rsidR="206C46FF" w:rsidP="23B851D9" w:rsidRDefault="206C46FF" w14:paraId="1C9E83DF" w14:textId="20D9B1DB">
      <w:pPr>
        <w:pStyle w:val="ListParagraph"/>
        <w:numPr>
          <w:ilvl w:val="0"/>
          <w:numId w:val="10"/>
        </w:numPr>
        <w:rPr>
          <w:rFonts w:ascii="Calibri" w:hAnsi="Calibri" w:eastAsia="Calibri" w:cs="Calibri"/>
          <w:noProof w:val="0"/>
          <w:sz w:val="20"/>
          <w:szCs w:val="20"/>
          <w:lang w:val="en-US"/>
        </w:rPr>
      </w:pPr>
      <w:r w:rsidRPr="23B851D9" w:rsidR="206C46FF">
        <w:rPr>
          <w:rFonts w:ascii="Consolas" w:hAnsi="Consolas" w:eastAsia="Consolas" w:cs="Consolas"/>
          <w:noProof w:val="0"/>
          <w:sz w:val="20"/>
          <w:szCs w:val="20"/>
          <w:lang w:val="en-US"/>
        </w:rPr>
        <w:t>INNER JOIN</w:t>
      </w:r>
      <w:r w:rsidRPr="23B851D9" w:rsidR="206C46FF">
        <w:rPr>
          <w:rFonts w:ascii="Calibri" w:hAnsi="Calibri" w:eastAsia="Calibri" w:cs="Calibri"/>
          <w:noProof w:val="0"/>
          <w:sz w:val="20"/>
          <w:szCs w:val="20"/>
          <w:lang w:val="en-US"/>
        </w:rPr>
        <w:t xml:space="preserve">, </w:t>
      </w:r>
      <w:r w:rsidRPr="23B851D9" w:rsidR="206C46FF">
        <w:rPr>
          <w:rFonts w:ascii="Consolas" w:hAnsi="Consolas" w:eastAsia="Consolas" w:cs="Consolas"/>
          <w:noProof w:val="0"/>
          <w:sz w:val="20"/>
          <w:szCs w:val="20"/>
          <w:lang w:val="en-US"/>
        </w:rPr>
        <w:t>LEFT JOIN</w:t>
      </w:r>
      <w:r w:rsidRPr="23B851D9" w:rsidR="206C46FF">
        <w:rPr>
          <w:rFonts w:ascii="Calibri" w:hAnsi="Calibri" w:eastAsia="Calibri" w:cs="Calibri"/>
          <w:noProof w:val="0"/>
          <w:sz w:val="20"/>
          <w:szCs w:val="20"/>
          <w:lang w:val="en-US"/>
        </w:rPr>
        <w:t xml:space="preserve">, </w:t>
      </w:r>
      <w:r w:rsidRPr="23B851D9" w:rsidR="206C46FF">
        <w:rPr>
          <w:rFonts w:ascii="Consolas" w:hAnsi="Consolas" w:eastAsia="Consolas" w:cs="Consolas"/>
          <w:noProof w:val="0"/>
          <w:sz w:val="20"/>
          <w:szCs w:val="20"/>
          <w:lang w:val="en-US"/>
        </w:rPr>
        <w:t>FULL OUTER JOIN</w:t>
      </w:r>
      <w:r w:rsidRPr="23B851D9" w:rsidR="206C46FF">
        <w:rPr>
          <w:rFonts w:ascii="Calibri" w:hAnsi="Calibri" w:eastAsia="Calibri" w:cs="Calibri"/>
          <w:noProof w:val="0"/>
          <w:sz w:val="20"/>
          <w:szCs w:val="20"/>
          <w:lang w:val="en-US"/>
        </w:rPr>
        <w:t xml:space="preserve">, </w:t>
      </w:r>
      <w:r w:rsidRPr="23B851D9" w:rsidR="206C46FF">
        <w:rPr>
          <w:rFonts w:ascii="Consolas" w:hAnsi="Consolas" w:eastAsia="Consolas" w:cs="Consolas"/>
          <w:noProof w:val="0"/>
          <w:sz w:val="20"/>
          <w:szCs w:val="20"/>
          <w:lang w:val="en-US"/>
        </w:rPr>
        <w:t>CROSS JOIN</w:t>
      </w:r>
      <w:r w:rsidRPr="23B851D9" w:rsidR="206C46FF">
        <w:rPr>
          <w:rFonts w:ascii="Calibri" w:hAnsi="Calibri" w:eastAsia="Calibri" w:cs="Calibri"/>
          <w:noProof w:val="0"/>
          <w:sz w:val="20"/>
          <w:szCs w:val="20"/>
          <w:lang w:val="en-US"/>
        </w:rPr>
        <w:t xml:space="preserve"> – apvieno datus no vairākām tabulām.</w:t>
      </w:r>
    </w:p>
    <w:p w:rsidR="206C46FF" w:rsidP="23B851D9" w:rsidRDefault="206C46FF" w14:paraId="0C24EB70" w14:textId="5459FB1F">
      <w:pPr>
        <w:pStyle w:val="ListParagraph"/>
        <w:numPr>
          <w:ilvl w:val="0"/>
          <w:numId w:val="10"/>
        </w:numPr>
        <w:rPr>
          <w:rFonts w:ascii="Calibri" w:hAnsi="Calibri" w:eastAsia="Calibri" w:cs="Calibri"/>
          <w:noProof w:val="0"/>
          <w:sz w:val="20"/>
          <w:szCs w:val="20"/>
          <w:lang w:val="en-US"/>
        </w:rPr>
      </w:pPr>
      <w:r w:rsidRPr="23B851D9" w:rsidR="206C46FF">
        <w:rPr>
          <w:rFonts w:ascii="Consolas" w:hAnsi="Consolas" w:eastAsia="Consolas" w:cs="Consolas"/>
          <w:noProof w:val="0"/>
          <w:sz w:val="20"/>
          <w:szCs w:val="20"/>
          <w:lang w:val="en-US"/>
        </w:rPr>
        <w:t>UNION</w:t>
      </w:r>
      <w:r w:rsidRPr="23B851D9" w:rsidR="206C46FF">
        <w:rPr>
          <w:rFonts w:ascii="Calibri" w:hAnsi="Calibri" w:eastAsia="Calibri" w:cs="Calibri"/>
          <w:noProof w:val="0"/>
          <w:sz w:val="20"/>
          <w:szCs w:val="20"/>
          <w:lang w:val="en-US"/>
        </w:rPr>
        <w:t xml:space="preserve"> – apvieno divu </w:t>
      </w:r>
      <w:r w:rsidRPr="23B851D9" w:rsidR="206C46FF">
        <w:rPr>
          <w:rFonts w:ascii="Consolas" w:hAnsi="Consolas" w:eastAsia="Consolas" w:cs="Consolas"/>
          <w:noProof w:val="0"/>
          <w:sz w:val="20"/>
          <w:szCs w:val="20"/>
          <w:lang w:val="en-US"/>
        </w:rPr>
        <w:t>SELECT</w:t>
      </w:r>
      <w:r w:rsidRPr="23B851D9" w:rsidR="206C46FF">
        <w:rPr>
          <w:rFonts w:ascii="Calibri" w:hAnsi="Calibri" w:eastAsia="Calibri" w:cs="Calibri"/>
          <w:noProof w:val="0"/>
          <w:sz w:val="20"/>
          <w:szCs w:val="20"/>
          <w:lang w:val="en-US"/>
        </w:rPr>
        <w:t xml:space="preserve"> rezultātus.</w:t>
      </w:r>
    </w:p>
    <w:p w:rsidR="206C46FF" w:rsidP="23B851D9" w:rsidRDefault="206C46FF" w14:paraId="71753D0C" w14:textId="304B6ACB">
      <w:pPr>
        <w:pStyle w:val="ListParagraph"/>
        <w:numPr>
          <w:ilvl w:val="0"/>
          <w:numId w:val="10"/>
        </w:numPr>
        <w:rPr>
          <w:rFonts w:ascii="Calibri" w:hAnsi="Calibri" w:eastAsia="Calibri" w:cs="Calibri"/>
          <w:noProof w:val="0"/>
          <w:sz w:val="20"/>
          <w:szCs w:val="20"/>
          <w:lang w:val="en-US"/>
        </w:rPr>
      </w:pPr>
      <w:r w:rsidRPr="23B851D9" w:rsidR="206C46FF">
        <w:rPr>
          <w:rFonts w:ascii="Consolas" w:hAnsi="Consolas" w:eastAsia="Consolas" w:cs="Consolas"/>
          <w:noProof w:val="0"/>
          <w:sz w:val="20"/>
          <w:szCs w:val="20"/>
          <w:lang w:val="en-US"/>
        </w:rPr>
        <w:t>CREATE INDEX</w:t>
      </w:r>
      <w:r w:rsidRPr="23B851D9" w:rsidR="206C46FF">
        <w:rPr>
          <w:rFonts w:ascii="Calibri" w:hAnsi="Calibri" w:eastAsia="Calibri" w:cs="Calibri"/>
          <w:noProof w:val="0"/>
          <w:sz w:val="20"/>
          <w:szCs w:val="20"/>
          <w:lang w:val="en-US"/>
        </w:rPr>
        <w:t xml:space="preserve"> – izveido indeksu ātrākai datu meklēšanai.</w:t>
      </w:r>
    </w:p>
    <w:p w:rsidR="206C46FF" w:rsidP="23B851D9" w:rsidRDefault="206C46FF" w14:paraId="0E7FE68C" w14:textId="5B94DE33">
      <w:pPr>
        <w:pStyle w:val="ListParagraph"/>
        <w:numPr>
          <w:ilvl w:val="0"/>
          <w:numId w:val="10"/>
        </w:numPr>
        <w:rPr>
          <w:rFonts w:ascii="Calibri" w:hAnsi="Calibri" w:eastAsia="Calibri" w:cs="Calibri"/>
          <w:noProof w:val="0"/>
          <w:sz w:val="20"/>
          <w:szCs w:val="20"/>
          <w:lang w:val="en-US"/>
        </w:rPr>
      </w:pPr>
      <w:r w:rsidRPr="23B851D9" w:rsidR="206C46FF">
        <w:rPr>
          <w:rFonts w:ascii="Consolas" w:hAnsi="Consolas" w:eastAsia="Consolas" w:cs="Consolas"/>
          <w:noProof w:val="0"/>
          <w:sz w:val="20"/>
          <w:szCs w:val="20"/>
          <w:lang w:val="en-US"/>
        </w:rPr>
        <w:t>CREATE VIEW</w:t>
      </w:r>
      <w:r w:rsidRPr="23B851D9" w:rsidR="206C46FF">
        <w:rPr>
          <w:rFonts w:ascii="Calibri" w:hAnsi="Calibri" w:eastAsia="Calibri" w:cs="Calibri"/>
          <w:noProof w:val="0"/>
          <w:sz w:val="20"/>
          <w:szCs w:val="20"/>
          <w:lang w:val="en-US"/>
        </w:rPr>
        <w:t xml:space="preserve"> – izveido virtuālu tabulu.</w:t>
      </w:r>
    </w:p>
    <w:p w:rsidR="206C46FF" w:rsidP="23B851D9" w:rsidRDefault="206C46FF" w14:paraId="179DE6AE" w14:textId="2C9E1BB5">
      <w:pPr>
        <w:pStyle w:val="ListParagraph"/>
        <w:numPr>
          <w:ilvl w:val="0"/>
          <w:numId w:val="10"/>
        </w:numPr>
        <w:rPr>
          <w:rFonts w:ascii="Calibri" w:hAnsi="Calibri" w:eastAsia="Calibri" w:cs="Calibri"/>
          <w:noProof w:val="0"/>
          <w:sz w:val="20"/>
          <w:szCs w:val="20"/>
          <w:lang w:val="en-US"/>
        </w:rPr>
      </w:pPr>
      <w:r w:rsidRPr="23B851D9" w:rsidR="206C46FF">
        <w:rPr>
          <w:rFonts w:ascii="Consolas" w:hAnsi="Consolas" w:eastAsia="Consolas" w:cs="Consolas"/>
          <w:noProof w:val="0"/>
          <w:sz w:val="20"/>
          <w:szCs w:val="20"/>
          <w:lang w:val="en-US"/>
        </w:rPr>
        <w:t>COALESCE()</w:t>
      </w:r>
      <w:r w:rsidRPr="23B851D9" w:rsidR="206C46FF">
        <w:rPr>
          <w:rFonts w:ascii="Calibri" w:hAnsi="Calibri" w:eastAsia="Calibri" w:cs="Calibri"/>
          <w:noProof w:val="0"/>
          <w:sz w:val="20"/>
          <w:szCs w:val="20"/>
          <w:lang w:val="en-US"/>
        </w:rPr>
        <w:t xml:space="preserve"> – aizvieto </w:t>
      </w:r>
      <w:r w:rsidRPr="23B851D9" w:rsidR="206C46FF">
        <w:rPr>
          <w:rFonts w:ascii="Consolas" w:hAnsi="Consolas" w:eastAsia="Consolas" w:cs="Consolas"/>
          <w:noProof w:val="0"/>
          <w:sz w:val="20"/>
          <w:szCs w:val="20"/>
          <w:lang w:val="en-US"/>
        </w:rPr>
        <w:t>NULL</w:t>
      </w:r>
      <w:r w:rsidRPr="23B851D9" w:rsidR="206C46FF">
        <w:rPr>
          <w:rFonts w:ascii="Calibri" w:hAnsi="Calibri" w:eastAsia="Calibri" w:cs="Calibri"/>
          <w:noProof w:val="0"/>
          <w:sz w:val="20"/>
          <w:szCs w:val="20"/>
          <w:lang w:val="en-US"/>
        </w:rPr>
        <w:t xml:space="preserve"> ar norādīto vērtību.</w:t>
      </w:r>
    </w:p>
    <w:p w:rsidR="206C46FF" w:rsidP="23B851D9" w:rsidRDefault="206C46FF" w14:paraId="03957C62" w14:textId="588BFDE4">
      <w:pPr>
        <w:pStyle w:val="ListParagraph"/>
        <w:numPr>
          <w:ilvl w:val="0"/>
          <w:numId w:val="10"/>
        </w:numPr>
        <w:rPr>
          <w:rFonts w:ascii="Calibri" w:hAnsi="Calibri" w:eastAsia="Calibri" w:cs="Calibri"/>
          <w:noProof w:val="0"/>
          <w:sz w:val="20"/>
          <w:szCs w:val="20"/>
          <w:lang w:val="en-US"/>
        </w:rPr>
      </w:pPr>
      <w:r w:rsidRPr="23B851D9" w:rsidR="206C46FF">
        <w:rPr>
          <w:rFonts w:ascii="Consolas" w:hAnsi="Consolas" w:eastAsia="Consolas" w:cs="Consolas"/>
          <w:noProof w:val="0"/>
          <w:sz w:val="20"/>
          <w:szCs w:val="20"/>
          <w:lang w:val="en-US"/>
        </w:rPr>
        <w:t>UPPER()</w:t>
      </w:r>
      <w:r w:rsidRPr="23B851D9" w:rsidR="206C46FF">
        <w:rPr>
          <w:rFonts w:ascii="Calibri" w:hAnsi="Calibri" w:eastAsia="Calibri" w:cs="Calibri"/>
          <w:noProof w:val="0"/>
          <w:sz w:val="20"/>
          <w:szCs w:val="20"/>
          <w:lang w:val="en-US"/>
        </w:rPr>
        <w:t xml:space="preserve">, </w:t>
      </w:r>
      <w:r w:rsidRPr="23B851D9" w:rsidR="206C46FF">
        <w:rPr>
          <w:rFonts w:ascii="Consolas" w:hAnsi="Consolas" w:eastAsia="Consolas" w:cs="Consolas"/>
          <w:noProof w:val="0"/>
          <w:sz w:val="20"/>
          <w:szCs w:val="20"/>
          <w:lang w:val="en-US"/>
        </w:rPr>
        <w:t>LOWER()</w:t>
      </w:r>
      <w:r w:rsidRPr="23B851D9" w:rsidR="206C46FF">
        <w:rPr>
          <w:rFonts w:ascii="Calibri" w:hAnsi="Calibri" w:eastAsia="Calibri" w:cs="Calibri"/>
          <w:noProof w:val="0"/>
          <w:sz w:val="20"/>
          <w:szCs w:val="20"/>
          <w:lang w:val="en-US"/>
        </w:rPr>
        <w:t xml:space="preserve">, </w:t>
      </w:r>
      <w:r w:rsidRPr="23B851D9" w:rsidR="206C46FF">
        <w:rPr>
          <w:rFonts w:ascii="Consolas" w:hAnsi="Consolas" w:eastAsia="Consolas" w:cs="Consolas"/>
          <w:noProof w:val="0"/>
          <w:sz w:val="20"/>
          <w:szCs w:val="20"/>
          <w:lang w:val="en-US"/>
        </w:rPr>
        <w:t>TRIM()</w:t>
      </w:r>
      <w:r w:rsidRPr="23B851D9" w:rsidR="206C46FF">
        <w:rPr>
          <w:rFonts w:ascii="Calibri" w:hAnsi="Calibri" w:eastAsia="Calibri" w:cs="Calibri"/>
          <w:noProof w:val="0"/>
          <w:sz w:val="20"/>
          <w:szCs w:val="20"/>
          <w:lang w:val="en-US"/>
        </w:rPr>
        <w:t xml:space="preserve"> – teksta apstrādes funkcijas.</w:t>
      </w:r>
    </w:p>
    <w:p w:rsidR="206C46FF" w:rsidP="23B851D9" w:rsidRDefault="206C46FF" w14:paraId="48980371" w14:textId="162F1A65">
      <w:pPr>
        <w:pStyle w:val="ListParagraph"/>
        <w:numPr>
          <w:ilvl w:val="0"/>
          <w:numId w:val="10"/>
        </w:numPr>
        <w:rPr>
          <w:rFonts w:ascii="Calibri" w:hAnsi="Calibri" w:eastAsia="Calibri" w:cs="Calibri"/>
          <w:noProof w:val="0"/>
          <w:sz w:val="20"/>
          <w:szCs w:val="20"/>
          <w:lang w:val="en-US"/>
        </w:rPr>
      </w:pPr>
      <w:r w:rsidRPr="23B851D9" w:rsidR="206C46FF">
        <w:rPr>
          <w:rFonts w:ascii="Consolas" w:hAnsi="Consolas" w:eastAsia="Consolas" w:cs="Consolas"/>
          <w:noProof w:val="0"/>
          <w:sz w:val="20"/>
          <w:szCs w:val="20"/>
          <w:lang w:val="en-US"/>
        </w:rPr>
        <w:t>COMMIT</w:t>
      </w:r>
      <w:r w:rsidRPr="23B851D9" w:rsidR="206C46FF">
        <w:rPr>
          <w:rFonts w:ascii="Calibri" w:hAnsi="Calibri" w:eastAsia="Calibri" w:cs="Calibri"/>
          <w:noProof w:val="0"/>
          <w:sz w:val="20"/>
          <w:szCs w:val="20"/>
          <w:lang w:val="en-US"/>
        </w:rPr>
        <w:t xml:space="preserve"> – saglabā transakcijas izmaiņas.</w:t>
      </w:r>
    </w:p>
    <w:p w:rsidR="206C46FF" w:rsidP="23B851D9" w:rsidRDefault="206C46FF" w14:paraId="63B94504" w14:textId="6E613541">
      <w:pPr>
        <w:pStyle w:val="ListParagraph"/>
        <w:numPr>
          <w:ilvl w:val="0"/>
          <w:numId w:val="10"/>
        </w:numPr>
        <w:rPr>
          <w:rFonts w:ascii="Calibri" w:hAnsi="Calibri" w:eastAsia="Calibri" w:cs="Calibri"/>
          <w:noProof w:val="0"/>
          <w:sz w:val="20"/>
          <w:szCs w:val="20"/>
          <w:lang w:val="en-US"/>
        </w:rPr>
      </w:pPr>
      <w:r w:rsidRPr="23B851D9" w:rsidR="206C46FF">
        <w:rPr>
          <w:rFonts w:ascii="Consolas" w:hAnsi="Consolas" w:eastAsia="Consolas" w:cs="Consolas"/>
          <w:noProof w:val="0"/>
          <w:sz w:val="20"/>
          <w:szCs w:val="20"/>
          <w:lang w:val="en-US"/>
        </w:rPr>
        <w:t>ROLLBACK</w:t>
      </w:r>
      <w:r w:rsidRPr="23B851D9" w:rsidR="206C46FF">
        <w:rPr>
          <w:rFonts w:ascii="Calibri" w:hAnsi="Calibri" w:eastAsia="Calibri" w:cs="Calibri"/>
          <w:noProof w:val="0"/>
          <w:sz w:val="20"/>
          <w:szCs w:val="20"/>
          <w:lang w:val="en-US"/>
        </w:rPr>
        <w:t xml:space="preserve"> – atceļ transakcijas izmaiņas.</w:t>
      </w:r>
    </w:p>
    <w:p w:rsidR="206C46FF" w:rsidP="23B851D9" w:rsidRDefault="206C46FF" w14:paraId="7AA8B018" w14:textId="3A04E8EC">
      <w:pPr>
        <w:pStyle w:val="ListParagraph"/>
        <w:numPr>
          <w:ilvl w:val="0"/>
          <w:numId w:val="10"/>
        </w:numPr>
        <w:rPr>
          <w:rFonts w:ascii="Calibri" w:hAnsi="Calibri" w:eastAsia="Calibri" w:cs="Calibri"/>
          <w:noProof w:val="0"/>
          <w:sz w:val="20"/>
          <w:szCs w:val="20"/>
          <w:lang w:val="en-US"/>
        </w:rPr>
      </w:pPr>
      <w:r w:rsidRPr="23B851D9" w:rsidR="206C46FF">
        <w:rPr>
          <w:rFonts w:ascii="Consolas" w:hAnsi="Consolas" w:eastAsia="Consolas" w:cs="Consolas"/>
          <w:noProof w:val="0"/>
          <w:sz w:val="20"/>
          <w:szCs w:val="20"/>
          <w:lang w:val="en-US"/>
        </w:rPr>
        <w:t>SAVEPOINT</w:t>
      </w:r>
      <w:r w:rsidRPr="23B851D9" w:rsidR="206C46FF">
        <w:rPr>
          <w:rFonts w:ascii="Calibri" w:hAnsi="Calibri" w:eastAsia="Calibri" w:cs="Calibri"/>
          <w:noProof w:val="0"/>
          <w:sz w:val="20"/>
          <w:szCs w:val="20"/>
          <w:lang w:val="en-US"/>
        </w:rPr>
        <w:t xml:space="preserve"> – izveido starppunktu transakcijā.</w:t>
      </w:r>
    </w:p>
    <w:p w:rsidR="732D3DEE" w:rsidP="23B851D9" w:rsidRDefault="732D3DEE" w14:paraId="4A8FF3ED" w14:textId="6E2497CB">
      <w:pPr>
        <w:pStyle w:val="Heading1"/>
      </w:pPr>
      <w:r w:rsidRPr="23B851D9" w:rsidR="732D3DEE">
        <w:rPr>
          <w:rFonts w:ascii="Times New Roman" w:hAnsi="Times New Roman" w:eastAsia="Times New Roman" w:cs="Times New Roman"/>
          <w:noProof w:val="0"/>
          <w:sz w:val="20"/>
          <w:szCs w:val="20"/>
          <w:lang w:val="en-US"/>
        </w:rPr>
        <w:t>1. Darba secība</w:t>
      </w:r>
    </w:p>
    <w:p w:rsidR="732D3DEE" w:rsidRDefault="732D3DEE" w14:paraId="57055BC9" w14:textId="3D7B7D6A">
      <w:r w:rsidRPr="23B851D9" w:rsidR="732D3DEE">
        <w:rPr>
          <w:rFonts w:ascii="Times New Roman" w:hAnsi="Times New Roman" w:eastAsia="Times New Roman" w:cs="Times New Roman"/>
          <w:noProof w:val="0"/>
          <w:sz w:val="20"/>
          <w:szCs w:val="20"/>
          <w:lang w:val="en-US"/>
        </w:rPr>
        <w:t>✅ 1. Izveidot ER diagrammu</w:t>
      </w:r>
      <w:r>
        <w:br/>
      </w:r>
      <w:r w:rsidRPr="23B851D9" w:rsidR="732D3DEE">
        <w:rPr>
          <w:rFonts w:ascii="Times New Roman" w:hAnsi="Times New Roman" w:eastAsia="Times New Roman" w:cs="Times New Roman"/>
          <w:noProof w:val="0"/>
          <w:sz w:val="20"/>
          <w:szCs w:val="20"/>
          <w:lang w:val="en-US"/>
        </w:rPr>
        <w:t xml:space="preserve"> ✅ 2. Izveidot DB (</w:t>
      </w:r>
      <w:r w:rsidRPr="23B851D9" w:rsidR="732D3DEE">
        <w:rPr>
          <w:rFonts w:ascii="Consolas" w:hAnsi="Consolas" w:eastAsia="Consolas" w:cs="Consolas"/>
          <w:noProof w:val="0"/>
          <w:sz w:val="20"/>
          <w:szCs w:val="20"/>
          <w:lang w:val="en-US"/>
        </w:rPr>
        <w:t>CREATE DATABASE</w:t>
      </w:r>
      <w:r w:rsidRPr="23B851D9" w:rsidR="732D3DEE">
        <w:rPr>
          <w:rFonts w:ascii="Times New Roman" w:hAnsi="Times New Roman" w:eastAsia="Times New Roman" w:cs="Times New Roman"/>
          <w:noProof w:val="0"/>
          <w:sz w:val="20"/>
          <w:szCs w:val="20"/>
          <w:lang w:val="en-US"/>
        </w:rPr>
        <w:t>)</w:t>
      </w:r>
      <w:r>
        <w:br/>
      </w:r>
      <w:r w:rsidRPr="23B851D9" w:rsidR="732D3DEE">
        <w:rPr>
          <w:rFonts w:ascii="Times New Roman" w:hAnsi="Times New Roman" w:eastAsia="Times New Roman" w:cs="Times New Roman"/>
          <w:noProof w:val="0"/>
          <w:sz w:val="20"/>
          <w:szCs w:val="20"/>
          <w:lang w:val="en-US"/>
        </w:rPr>
        <w:t xml:space="preserve"> ✅ 3. Izveidot tabulas (</w:t>
      </w:r>
      <w:r w:rsidRPr="23B851D9" w:rsidR="732D3DEE">
        <w:rPr>
          <w:rFonts w:ascii="Consolas" w:hAnsi="Consolas" w:eastAsia="Consolas" w:cs="Consolas"/>
          <w:noProof w:val="0"/>
          <w:sz w:val="20"/>
          <w:szCs w:val="20"/>
          <w:lang w:val="en-US"/>
        </w:rPr>
        <w:t>CREATE TABLE</w:t>
      </w:r>
      <w:r w:rsidRPr="23B851D9" w:rsidR="732D3DEE">
        <w:rPr>
          <w:rFonts w:ascii="Times New Roman" w:hAnsi="Times New Roman" w:eastAsia="Times New Roman" w:cs="Times New Roman"/>
          <w:noProof w:val="0"/>
          <w:sz w:val="20"/>
          <w:szCs w:val="20"/>
          <w:lang w:val="en-US"/>
        </w:rPr>
        <w:t>)</w:t>
      </w:r>
      <w:r>
        <w:br/>
      </w:r>
      <w:r w:rsidRPr="23B851D9" w:rsidR="732D3DEE">
        <w:rPr>
          <w:rFonts w:ascii="Times New Roman" w:hAnsi="Times New Roman" w:eastAsia="Times New Roman" w:cs="Times New Roman"/>
          <w:noProof w:val="0"/>
          <w:sz w:val="20"/>
          <w:szCs w:val="20"/>
          <w:lang w:val="en-US"/>
        </w:rPr>
        <w:t xml:space="preserve"> ✅ 4. Izveidot PRIMARY KEY</w:t>
      </w:r>
      <w:r>
        <w:br/>
      </w:r>
      <w:r w:rsidRPr="23B851D9" w:rsidR="732D3DEE">
        <w:rPr>
          <w:rFonts w:ascii="Times New Roman" w:hAnsi="Times New Roman" w:eastAsia="Times New Roman" w:cs="Times New Roman"/>
          <w:noProof w:val="0"/>
          <w:sz w:val="20"/>
          <w:szCs w:val="20"/>
          <w:lang w:val="en-US"/>
        </w:rPr>
        <w:t xml:space="preserve"> ✅ 5. Izveidot FOREIGN KEY</w:t>
      </w:r>
      <w:r>
        <w:br/>
      </w:r>
      <w:r w:rsidRPr="23B851D9" w:rsidR="732D3DEE">
        <w:rPr>
          <w:rFonts w:ascii="Times New Roman" w:hAnsi="Times New Roman" w:eastAsia="Times New Roman" w:cs="Times New Roman"/>
          <w:noProof w:val="0"/>
          <w:sz w:val="20"/>
          <w:szCs w:val="20"/>
          <w:lang w:val="en-US"/>
        </w:rPr>
        <w:t xml:space="preserve"> ✅ 6. Izveidot indeksus (</w:t>
      </w:r>
      <w:r w:rsidRPr="23B851D9" w:rsidR="732D3DEE">
        <w:rPr>
          <w:rFonts w:ascii="Consolas" w:hAnsi="Consolas" w:eastAsia="Consolas" w:cs="Consolas"/>
          <w:noProof w:val="0"/>
          <w:sz w:val="20"/>
          <w:szCs w:val="20"/>
          <w:lang w:val="en-US"/>
        </w:rPr>
        <w:t>KEY</w:t>
      </w:r>
      <w:r w:rsidRPr="23B851D9" w:rsidR="732D3DEE">
        <w:rPr>
          <w:rFonts w:ascii="Times New Roman" w:hAnsi="Times New Roman" w:eastAsia="Times New Roman" w:cs="Times New Roman"/>
          <w:noProof w:val="0"/>
          <w:sz w:val="20"/>
          <w:szCs w:val="20"/>
          <w:lang w:val="en-US"/>
        </w:rPr>
        <w:t xml:space="preserve">, </w:t>
      </w:r>
      <w:r w:rsidRPr="23B851D9" w:rsidR="732D3DEE">
        <w:rPr>
          <w:rFonts w:ascii="Consolas" w:hAnsi="Consolas" w:eastAsia="Consolas" w:cs="Consolas"/>
          <w:noProof w:val="0"/>
          <w:sz w:val="20"/>
          <w:szCs w:val="20"/>
          <w:lang w:val="en-US"/>
        </w:rPr>
        <w:t>UNIQUE</w:t>
      </w:r>
      <w:r w:rsidRPr="23B851D9" w:rsidR="732D3DEE">
        <w:rPr>
          <w:rFonts w:ascii="Times New Roman" w:hAnsi="Times New Roman" w:eastAsia="Times New Roman" w:cs="Times New Roman"/>
          <w:noProof w:val="0"/>
          <w:sz w:val="20"/>
          <w:szCs w:val="20"/>
          <w:lang w:val="en-US"/>
        </w:rPr>
        <w:t>)</w:t>
      </w:r>
      <w:r>
        <w:br/>
      </w:r>
      <w:r w:rsidRPr="23B851D9" w:rsidR="732D3DEE">
        <w:rPr>
          <w:rFonts w:ascii="Times New Roman" w:hAnsi="Times New Roman" w:eastAsia="Times New Roman" w:cs="Times New Roman"/>
          <w:noProof w:val="0"/>
          <w:sz w:val="20"/>
          <w:szCs w:val="20"/>
          <w:lang w:val="en-US"/>
        </w:rPr>
        <w:t xml:space="preserve"> ✅ 7. Importēt CSV failus</w:t>
      </w:r>
      <w:r>
        <w:br/>
      </w:r>
      <w:r w:rsidRPr="23B851D9" w:rsidR="732D3DEE">
        <w:rPr>
          <w:rFonts w:ascii="Times New Roman" w:hAnsi="Times New Roman" w:eastAsia="Times New Roman" w:cs="Times New Roman"/>
          <w:noProof w:val="0"/>
          <w:sz w:val="20"/>
          <w:szCs w:val="20"/>
          <w:lang w:val="en-US"/>
        </w:rPr>
        <w:t xml:space="preserve"> ✅ 8. Izveidot VIEW (pieprasījumu)</w:t>
      </w:r>
      <w:r>
        <w:br/>
      </w:r>
      <w:r w:rsidRPr="23B851D9" w:rsidR="732D3DEE">
        <w:rPr>
          <w:rFonts w:ascii="Times New Roman" w:hAnsi="Times New Roman" w:eastAsia="Times New Roman" w:cs="Times New Roman"/>
          <w:noProof w:val="0"/>
          <w:sz w:val="20"/>
          <w:szCs w:val="20"/>
          <w:lang w:val="en-US"/>
        </w:rPr>
        <w:t xml:space="preserve"> ✅ 9. Pārbaudīt datus (</w:t>
      </w:r>
      <w:r w:rsidRPr="23B851D9" w:rsidR="732D3DEE">
        <w:rPr>
          <w:rFonts w:ascii="Consolas" w:hAnsi="Consolas" w:eastAsia="Consolas" w:cs="Consolas"/>
          <w:noProof w:val="0"/>
          <w:sz w:val="20"/>
          <w:szCs w:val="20"/>
          <w:lang w:val="en-US"/>
        </w:rPr>
        <w:t>SELECT * FROM ...</w:t>
      </w:r>
      <w:r w:rsidRPr="23B851D9" w:rsidR="732D3DEE">
        <w:rPr>
          <w:rFonts w:ascii="Times New Roman" w:hAnsi="Times New Roman" w:eastAsia="Times New Roman" w:cs="Times New Roman"/>
          <w:noProof w:val="0"/>
          <w:sz w:val="20"/>
          <w:szCs w:val="20"/>
          <w:lang w:val="en-US"/>
        </w:rPr>
        <w:t>)</w:t>
      </w:r>
      <w:r>
        <w:br/>
      </w:r>
      <w:r w:rsidRPr="23B851D9" w:rsidR="732D3DEE">
        <w:rPr>
          <w:rFonts w:ascii="Times New Roman" w:hAnsi="Times New Roman" w:eastAsia="Times New Roman" w:cs="Times New Roman"/>
          <w:noProof w:val="0"/>
          <w:sz w:val="20"/>
          <w:szCs w:val="20"/>
          <w:lang w:val="en-US"/>
        </w:rPr>
        <w:t xml:space="preserve"> ✅ 10. Eksportēt </w:t>
      </w:r>
      <w:r w:rsidRPr="23B851D9" w:rsidR="732D3DEE">
        <w:rPr>
          <w:rFonts w:ascii="Consolas" w:hAnsi="Consolas" w:eastAsia="Consolas" w:cs="Consolas"/>
          <w:noProof w:val="0"/>
          <w:sz w:val="20"/>
          <w:szCs w:val="20"/>
          <w:lang w:val="en-US"/>
        </w:rPr>
        <w:t>.sql</w:t>
      </w:r>
    </w:p>
    <w:p w:rsidR="732D3DEE" w:rsidP="23B851D9" w:rsidRDefault="732D3DEE" w14:paraId="3329967E" w14:textId="2DEB474B">
      <w:pPr>
        <w:pStyle w:val="Heading1"/>
      </w:pPr>
      <w:r w:rsidRPr="23B851D9" w:rsidR="732D3DEE">
        <w:rPr>
          <w:rFonts w:ascii="Times New Roman" w:hAnsi="Times New Roman" w:eastAsia="Times New Roman" w:cs="Times New Roman"/>
          <w:noProof w:val="0"/>
          <w:sz w:val="20"/>
          <w:szCs w:val="20"/>
          <w:lang w:val="en-US"/>
        </w:rPr>
        <w:t>2. Kā no Excel izveidot tabulas</w:t>
      </w:r>
    </w:p>
    <w:p w:rsidR="732D3DEE" w:rsidP="23B851D9" w:rsidRDefault="732D3DEE" w14:paraId="60793FE2" w14:textId="412522A6">
      <w:pPr>
        <w:pStyle w:val="Normal"/>
        <w:suppressLineNumbers w:val="0"/>
        <w:bidi w:val="0"/>
        <w:spacing w:before="0" w:beforeAutospacing="off" w:after="200" w:afterAutospacing="off" w:line="276" w:lineRule="auto"/>
        <w:ind w:left="0" w:right="0"/>
        <w:jc w:val="left"/>
      </w:pPr>
      <w:r w:rsidRPr="23B851D9" w:rsidR="732D3DEE">
        <w:rPr>
          <w:rFonts w:ascii="Times New Roman" w:hAnsi="Times New Roman" w:eastAsia="Times New Roman" w:cs="Times New Roman"/>
          <w:noProof w:val="0"/>
          <w:sz w:val="20"/>
          <w:szCs w:val="20"/>
          <w:lang w:val="en-US"/>
        </w:rPr>
        <w:t>Izvēlēties objektus.</w:t>
      </w:r>
    </w:p>
    <w:p w:rsidR="732D3DEE" w:rsidRDefault="732D3DEE" w14:paraId="06CC2E7F" w14:textId="1F1713BF">
      <w:r w:rsidRPr="23B851D9" w:rsidR="732D3DEE">
        <w:rPr>
          <w:rFonts w:ascii="Times New Roman" w:hAnsi="Times New Roman" w:eastAsia="Times New Roman" w:cs="Times New Roman"/>
          <w:noProof w:val="0"/>
          <w:sz w:val="20"/>
          <w:szCs w:val="20"/>
          <w:lang w:val="en-US"/>
        </w:rPr>
        <w:t>Šajā darbā:</w:t>
      </w:r>
    </w:p>
    <w:p w:rsidR="732D3DEE" w:rsidRDefault="732D3DEE" w14:paraId="029A2FE4" w14:textId="4F96064A">
      <w:r w:rsidRPr="23B851D9" w:rsidR="732D3DEE">
        <w:rPr>
          <w:rFonts w:ascii="Consolas" w:hAnsi="Consolas" w:eastAsia="Consolas" w:cs="Consolas"/>
          <w:noProof w:val="0"/>
          <w:sz w:val="20"/>
          <w:szCs w:val="20"/>
          <w:lang w:val="en-US"/>
        </w:rPr>
        <w:t>Maksātājs</w:t>
      </w:r>
      <w:r>
        <w:br/>
      </w:r>
      <w:r w:rsidRPr="23B851D9" w:rsidR="732D3DEE">
        <w:rPr>
          <w:rFonts w:ascii="Consolas" w:hAnsi="Consolas" w:eastAsia="Consolas" w:cs="Consolas"/>
          <w:noProof w:val="0"/>
          <w:sz w:val="20"/>
          <w:szCs w:val="20"/>
          <w:lang w:val="en-US"/>
        </w:rPr>
        <w:t>Īpašums</w:t>
      </w:r>
      <w:r>
        <w:br/>
      </w:r>
      <w:r w:rsidRPr="23B851D9" w:rsidR="732D3DEE">
        <w:rPr>
          <w:rFonts w:ascii="Consolas" w:hAnsi="Consolas" w:eastAsia="Consolas" w:cs="Consolas"/>
          <w:noProof w:val="0"/>
          <w:sz w:val="20"/>
          <w:szCs w:val="20"/>
          <w:lang w:val="en-US"/>
        </w:rPr>
        <w:t>NĪN tips</w:t>
      </w:r>
      <w:r>
        <w:br/>
      </w:r>
      <w:r w:rsidRPr="23B851D9" w:rsidR="732D3DEE">
        <w:rPr>
          <w:rFonts w:ascii="Consolas" w:hAnsi="Consolas" w:eastAsia="Consolas" w:cs="Consolas"/>
          <w:noProof w:val="0"/>
          <w:sz w:val="20"/>
          <w:szCs w:val="20"/>
          <w:lang w:val="en-US"/>
        </w:rPr>
        <w:t>Nodokļu konts</w:t>
      </w:r>
      <w:r>
        <w:br/>
      </w:r>
      <w:r w:rsidRPr="23B851D9" w:rsidR="732D3DEE">
        <w:rPr>
          <w:rFonts w:ascii="Consolas" w:hAnsi="Consolas" w:eastAsia="Consolas" w:cs="Consolas"/>
          <w:noProof w:val="0"/>
          <w:sz w:val="20"/>
          <w:szCs w:val="20"/>
          <w:lang w:val="en-US"/>
        </w:rPr>
        <w:t>Maksājuma termiņš</w:t>
      </w:r>
    </w:p>
    <w:p w:rsidR="732D3DEE" w:rsidRDefault="732D3DEE" w14:paraId="63D049CF" w14:textId="088547E0">
      <w:r w:rsidRPr="23B851D9" w:rsidR="732D3DEE">
        <w:rPr>
          <w:rFonts w:ascii="Times New Roman" w:hAnsi="Times New Roman" w:eastAsia="Times New Roman" w:cs="Times New Roman"/>
          <w:noProof w:val="0"/>
          <w:sz w:val="20"/>
          <w:szCs w:val="20"/>
          <w:lang w:val="en-US"/>
        </w:rPr>
        <w:t>Katrs objekts = viena tabula.</w:t>
      </w:r>
    </w:p>
    <w:p w:rsidR="732D3DEE" w:rsidRDefault="732D3DEE" w14:paraId="098BF286" w14:textId="5925BE9B">
      <w:r w:rsidRPr="23B851D9" w:rsidR="732D3DEE">
        <w:rPr>
          <w:rFonts w:ascii="Times New Roman" w:hAnsi="Times New Roman" w:eastAsia="Times New Roman" w:cs="Times New Roman"/>
          <w:noProof w:val="0"/>
          <w:sz w:val="20"/>
          <w:szCs w:val="20"/>
          <w:lang w:val="en-US"/>
        </w:rPr>
        <w:t>Ja kāda informācija atkārtojas (piem. "NĪN par zemi"), taisa atsevišķu tabulu.</w:t>
      </w:r>
    </w:p>
    <w:p w:rsidR="1C6F8C93" w:rsidP="23B851D9" w:rsidRDefault="1C6F8C93" w14:paraId="2F9721D6" w14:textId="6E8C7633">
      <w:pPr>
        <w:pStyle w:val="Heading1"/>
        <w:suppressLineNumbers w:val="0"/>
        <w:bidi w:val="0"/>
        <w:spacing w:before="480" w:beforeAutospacing="off" w:after="0" w:afterAutospacing="off" w:line="276" w:lineRule="auto"/>
        <w:ind w:left="0" w:right="0"/>
        <w:jc w:val="left"/>
      </w:pPr>
      <w:r w:rsidRPr="23B851D9" w:rsidR="1C6F8C93">
        <w:rPr>
          <w:rFonts w:ascii="Times New Roman" w:hAnsi="Times New Roman" w:eastAsia="Times New Roman" w:cs="Times New Roman"/>
          <w:noProof w:val="0"/>
          <w:sz w:val="20"/>
          <w:szCs w:val="20"/>
          <w:lang w:val="en-US"/>
        </w:rPr>
        <w:t>2. Par datu tipiem</w:t>
      </w:r>
    </w:p>
    <w:p w:rsidR="1C6F8C93" w:rsidP="23B851D9" w:rsidRDefault="1C6F8C93" w14:paraId="3BF97370" w14:textId="398BA286">
      <w:pPr>
        <w:pStyle w:val="Normal"/>
      </w:pPr>
      <w:r w:rsidR="1C6F8C93">
        <w:drawing>
          <wp:inline wp14:editId="016E2D30" wp14:anchorId="54FCE122">
            <wp:extent cx="2953162" cy="1761618"/>
            <wp:effectExtent l="0" t="0" r="0" b="0"/>
            <wp:docPr id="25617751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56177517" name="Picture 256177517"/>
                    <pic:cNvPicPr/>
                  </pic:nvPicPr>
                  <pic:blipFill>
                    <a:blip xmlns:r="http://schemas.openxmlformats.org/officeDocument/2006/relationships" r:embed="rId614826422">
                      <a:extLst>
                        <a:ext uri="{28A0092B-C50C-407E-A947-70E740481C1C}">
                          <a14:useLocalDpi xmlns:a14="http://schemas.microsoft.com/office/drawing/2010/main"/>
                        </a:ext>
                      </a:extLst>
                    </a:blip>
                    <a:stretch>
                      <a:fillRect/>
                    </a:stretch>
                  </pic:blipFill>
                  <pic:spPr>
                    <a:xfrm rot="0">
                      <a:off x="0" y="0"/>
                      <a:ext cx="2953162" cy="1761618"/>
                    </a:xfrm>
                    <a:prstGeom prst="rect">
                      <a:avLst/>
                    </a:prstGeom>
                  </pic:spPr>
                </pic:pic>
              </a:graphicData>
            </a:graphic>
          </wp:inline>
        </w:drawing>
      </w:r>
    </w:p>
    <w:p w:rsidR="4CEF8EEF" w:rsidP="23B851D9" w:rsidRDefault="4CEF8EEF" w14:paraId="68CABEE4" w14:textId="1EDA6D38">
      <w:pPr>
        <w:pStyle w:val="Heading2"/>
      </w:pPr>
      <w:r w:rsidRPr="23B851D9" w:rsidR="4CEF8EEF">
        <w:rPr>
          <w:rFonts w:ascii="Calibri" w:hAnsi="Calibri" w:eastAsia="Calibri" w:cs="Calibri"/>
          <w:noProof w:val="0"/>
          <w:sz w:val="20"/>
          <w:szCs w:val="20"/>
          <w:lang w:val="en-US"/>
        </w:rPr>
        <w:t>PRIMARY KEY</w:t>
      </w:r>
    </w:p>
    <w:p w:rsidR="4CEF8EEF" w:rsidRDefault="4CEF8EEF" w14:paraId="64546B68" w14:textId="437281E7">
      <w:r w:rsidRPr="23B851D9" w:rsidR="4CEF8EEF">
        <w:rPr>
          <w:rFonts w:ascii="Calibri" w:hAnsi="Calibri" w:eastAsia="Calibri" w:cs="Calibri"/>
          <w:noProof w:val="0"/>
          <w:sz w:val="20"/>
          <w:szCs w:val="20"/>
          <w:lang w:val="en-US"/>
        </w:rPr>
        <w:t>Galvenā atslēga.</w:t>
      </w:r>
    </w:p>
    <w:p w:rsidR="4CEF8EEF" w:rsidP="23B851D9" w:rsidRDefault="4CEF8EEF" w14:paraId="1F51B9B3" w14:textId="4760091A">
      <w:pPr>
        <w:pStyle w:val="ListParagraph"/>
        <w:numPr>
          <w:ilvl w:val="0"/>
          <w:numId w:val="11"/>
        </w:numPr>
        <w:bidi w:val="0"/>
        <w:spacing w:before="0" w:beforeAutospacing="off" w:after="0" w:afterAutospacing="off"/>
        <w:rPr>
          <w:rFonts w:ascii="Calibri" w:hAnsi="Calibri" w:eastAsia="Calibri" w:cs="Calibri"/>
          <w:noProof w:val="0"/>
          <w:sz w:val="20"/>
          <w:szCs w:val="20"/>
          <w:lang w:val="en-US"/>
        </w:rPr>
      </w:pPr>
      <w:r w:rsidRPr="23B851D9" w:rsidR="4CEF8EEF">
        <w:rPr>
          <w:rFonts w:ascii="Calibri" w:hAnsi="Calibri" w:eastAsia="Calibri" w:cs="Calibri"/>
          <w:noProof w:val="0"/>
          <w:sz w:val="20"/>
          <w:szCs w:val="20"/>
          <w:lang w:val="en-US"/>
        </w:rPr>
        <w:t xml:space="preserve">unikāla </w:t>
      </w:r>
    </w:p>
    <w:p w:rsidR="4CEF8EEF" w:rsidP="23B851D9" w:rsidRDefault="4CEF8EEF" w14:paraId="2E56116F" w14:textId="33815D60">
      <w:pPr>
        <w:pStyle w:val="ListParagraph"/>
        <w:numPr>
          <w:ilvl w:val="0"/>
          <w:numId w:val="11"/>
        </w:numPr>
        <w:bidi w:val="0"/>
        <w:spacing w:before="0" w:beforeAutospacing="off" w:after="0" w:afterAutospacing="off"/>
        <w:rPr>
          <w:rFonts w:ascii="Calibri" w:hAnsi="Calibri" w:eastAsia="Calibri" w:cs="Calibri"/>
          <w:noProof w:val="0"/>
          <w:sz w:val="20"/>
          <w:szCs w:val="20"/>
          <w:lang w:val="en-US"/>
        </w:rPr>
      </w:pPr>
      <w:r w:rsidRPr="23B851D9" w:rsidR="4CEF8EEF">
        <w:rPr>
          <w:rFonts w:ascii="Calibri" w:hAnsi="Calibri" w:eastAsia="Calibri" w:cs="Calibri"/>
          <w:noProof w:val="0"/>
          <w:sz w:val="20"/>
          <w:szCs w:val="20"/>
          <w:lang w:val="en-US"/>
        </w:rPr>
        <w:t xml:space="preserve">nevar atkārtoties </w:t>
      </w:r>
    </w:p>
    <w:p w:rsidR="4CEF8EEF" w:rsidP="23B851D9" w:rsidRDefault="4CEF8EEF" w14:paraId="0CD1C301" w14:textId="42D595E8">
      <w:pPr>
        <w:pStyle w:val="ListParagraph"/>
        <w:numPr>
          <w:ilvl w:val="0"/>
          <w:numId w:val="11"/>
        </w:numPr>
        <w:bidi w:val="0"/>
        <w:spacing w:before="0" w:beforeAutospacing="off" w:after="0" w:afterAutospacing="off"/>
        <w:rPr>
          <w:rFonts w:ascii="Calibri" w:hAnsi="Calibri" w:eastAsia="Calibri" w:cs="Calibri"/>
          <w:noProof w:val="0"/>
          <w:sz w:val="20"/>
          <w:szCs w:val="20"/>
          <w:lang w:val="en-US"/>
        </w:rPr>
      </w:pPr>
      <w:r w:rsidRPr="23B851D9" w:rsidR="4CEF8EEF">
        <w:rPr>
          <w:rFonts w:ascii="Calibri" w:hAnsi="Calibri" w:eastAsia="Calibri" w:cs="Calibri"/>
          <w:noProof w:val="0"/>
          <w:sz w:val="20"/>
          <w:szCs w:val="20"/>
          <w:lang w:val="en-US"/>
        </w:rPr>
        <w:t xml:space="preserve">identificē ierakstu </w:t>
      </w:r>
    </w:p>
    <w:p w:rsidR="4CEF8EEF" w:rsidRDefault="4CEF8EEF" w14:paraId="7FD676D7" w14:textId="55D7C1FB">
      <w:r w:rsidRPr="23B851D9" w:rsidR="4CEF8EEF">
        <w:rPr>
          <w:rFonts w:ascii="Calibri" w:hAnsi="Calibri" w:eastAsia="Calibri" w:cs="Calibri"/>
          <w:noProof w:val="0"/>
          <w:sz w:val="20"/>
          <w:szCs w:val="20"/>
          <w:lang w:val="en-US"/>
        </w:rPr>
        <w:t>Piemērs</w:t>
      </w:r>
    </w:p>
    <w:p w:rsidR="4CEF8EEF" w:rsidRDefault="4CEF8EEF" w14:paraId="2B6FE7A8" w14:textId="1ED0B304">
      <w:r w:rsidRPr="23B851D9" w:rsidR="4CEF8EEF">
        <w:rPr>
          <w:rFonts w:ascii="Consolas" w:hAnsi="Consolas" w:eastAsia="Consolas" w:cs="Consolas"/>
          <w:noProof w:val="0"/>
          <w:sz w:val="20"/>
          <w:szCs w:val="20"/>
          <w:lang w:val="en-US"/>
        </w:rPr>
        <w:t>maksatajs_id</w:t>
      </w:r>
      <w:r>
        <w:br/>
      </w:r>
      <w:r w:rsidRPr="23B851D9" w:rsidR="4CEF8EEF">
        <w:rPr>
          <w:rFonts w:ascii="Consolas" w:hAnsi="Consolas" w:eastAsia="Consolas" w:cs="Consolas"/>
          <w:noProof w:val="0"/>
          <w:sz w:val="20"/>
          <w:szCs w:val="20"/>
          <w:lang w:val="en-US"/>
        </w:rPr>
        <w:t>ipasums_id</w:t>
      </w:r>
      <w:r>
        <w:br/>
      </w:r>
      <w:r w:rsidRPr="23B851D9" w:rsidR="4CEF8EEF">
        <w:rPr>
          <w:rFonts w:ascii="Consolas" w:hAnsi="Consolas" w:eastAsia="Consolas" w:cs="Consolas"/>
          <w:noProof w:val="0"/>
          <w:sz w:val="20"/>
          <w:szCs w:val="20"/>
          <w:lang w:val="en-US"/>
        </w:rPr>
        <w:t>tips_id</w:t>
      </w:r>
    </w:p>
    <w:p w:rsidR="4CEF8EEF" w:rsidRDefault="4CEF8EEF" w14:paraId="098E328B" w14:textId="2706D5C8">
      <w:r w:rsidRPr="23B851D9" w:rsidR="4CEF8EEF">
        <w:rPr>
          <w:rFonts w:ascii="Calibri" w:hAnsi="Calibri" w:eastAsia="Calibri" w:cs="Calibri"/>
          <w:noProof w:val="0"/>
          <w:sz w:val="20"/>
          <w:szCs w:val="20"/>
          <w:lang w:val="en-US"/>
        </w:rPr>
        <w:t>Parasti:</w:t>
      </w:r>
    </w:p>
    <w:p w:rsidR="4CEF8EEF" w:rsidRDefault="4CEF8EEF" w14:paraId="57A84EAF" w14:textId="532912C9">
      <w:r w:rsidRPr="23B851D9" w:rsidR="4CEF8EEF">
        <w:rPr>
          <w:rFonts w:ascii="Consolas" w:hAnsi="Consolas" w:eastAsia="Consolas" w:cs="Consolas"/>
          <w:noProof w:val="0"/>
          <w:sz w:val="20"/>
          <w:szCs w:val="20"/>
          <w:lang w:val="en-US"/>
        </w:rPr>
        <w:t>INT AUTO_INCREMENT</w:t>
      </w:r>
      <w:r>
        <w:br/>
      </w:r>
      <w:r w:rsidRPr="23B851D9" w:rsidR="4CEF8EEF">
        <w:rPr>
          <w:rFonts w:ascii="Consolas" w:hAnsi="Consolas" w:eastAsia="Consolas" w:cs="Consolas"/>
          <w:noProof w:val="0"/>
          <w:sz w:val="20"/>
          <w:szCs w:val="20"/>
          <w:lang w:val="en-US"/>
        </w:rPr>
        <w:t>PRIMARY KEY</w:t>
      </w:r>
    </w:p>
    <w:p w:rsidR="23B851D9" w:rsidRDefault="23B851D9" w14:paraId="316AC5B7" w14:textId="21269C83"/>
    <w:p w:rsidR="4CEF8EEF" w:rsidP="23B851D9" w:rsidRDefault="4CEF8EEF" w14:paraId="1252A8F3" w14:textId="33D0AD81">
      <w:pPr>
        <w:pStyle w:val="Heading2"/>
      </w:pPr>
      <w:r w:rsidRPr="23B851D9" w:rsidR="4CEF8EEF">
        <w:rPr>
          <w:rFonts w:ascii="Calibri" w:hAnsi="Calibri" w:eastAsia="Calibri" w:cs="Calibri"/>
          <w:noProof w:val="0"/>
          <w:sz w:val="20"/>
          <w:szCs w:val="20"/>
          <w:lang w:val="en-US"/>
        </w:rPr>
        <w:t>FOREIGN KEY</w:t>
      </w:r>
    </w:p>
    <w:p w:rsidR="4CEF8EEF" w:rsidRDefault="4CEF8EEF" w14:paraId="7289FD7F" w14:textId="6ACA4825">
      <w:r w:rsidRPr="23B851D9" w:rsidR="4CEF8EEF">
        <w:rPr>
          <w:rFonts w:ascii="Calibri" w:hAnsi="Calibri" w:eastAsia="Calibri" w:cs="Calibri"/>
          <w:noProof w:val="0"/>
          <w:sz w:val="20"/>
          <w:szCs w:val="20"/>
          <w:lang w:val="en-US"/>
        </w:rPr>
        <w:t>Savieno tabulas.</w:t>
      </w:r>
    </w:p>
    <w:p w:rsidR="4CEF8EEF" w:rsidRDefault="4CEF8EEF" w14:paraId="2DBFFC16" w14:textId="7AC3318E">
      <w:r w:rsidRPr="23B851D9" w:rsidR="4CEF8EEF">
        <w:rPr>
          <w:rFonts w:ascii="Calibri" w:hAnsi="Calibri" w:eastAsia="Calibri" w:cs="Calibri"/>
          <w:noProof w:val="0"/>
          <w:sz w:val="20"/>
          <w:szCs w:val="20"/>
          <w:lang w:val="en-US"/>
        </w:rPr>
        <w:t>viens maksātājs → daudzi īpašumi</w:t>
      </w:r>
    </w:p>
    <w:p w:rsidR="4CEF8EEF" w:rsidRDefault="4CEF8EEF" w14:paraId="2D013A4A" w14:textId="46F3CD05">
      <w:r w:rsidRPr="23B851D9" w:rsidR="4CEF8EEF">
        <w:rPr>
          <w:rFonts w:ascii="Calibri" w:hAnsi="Calibri" w:eastAsia="Calibri" w:cs="Calibri"/>
          <w:noProof w:val="0"/>
          <w:sz w:val="20"/>
          <w:szCs w:val="20"/>
          <w:lang w:val="en-US"/>
        </w:rPr>
        <w:t>SQL:</w:t>
      </w:r>
    </w:p>
    <w:p w:rsidR="4CEF8EEF" w:rsidRDefault="4CEF8EEF" w14:paraId="428EF88C" w14:textId="1A5CBE8B">
      <w:r w:rsidRPr="23B851D9" w:rsidR="4CEF8EEF">
        <w:rPr>
          <w:rFonts w:ascii="Consolas" w:hAnsi="Consolas" w:eastAsia="Consolas" w:cs="Consolas"/>
          <w:noProof w:val="0"/>
          <w:sz w:val="20"/>
          <w:szCs w:val="20"/>
          <w:lang w:val="en-US"/>
        </w:rPr>
        <w:t>FOREIGN KEY (maksatajs_id)</w:t>
      </w:r>
      <w:r>
        <w:br/>
      </w:r>
      <w:r w:rsidRPr="23B851D9" w:rsidR="4CEF8EEF">
        <w:rPr>
          <w:rFonts w:ascii="Consolas" w:hAnsi="Consolas" w:eastAsia="Consolas" w:cs="Consolas"/>
          <w:noProof w:val="0"/>
          <w:sz w:val="20"/>
          <w:szCs w:val="20"/>
          <w:lang w:val="en-US"/>
        </w:rPr>
        <w:t>REFERENCES maksataji(maksatajs_id)</w:t>
      </w:r>
    </w:p>
    <w:p w:rsidR="23B851D9" w:rsidRDefault="23B851D9" w14:paraId="2A07AB79" w14:textId="60FC3C85"/>
    <w:p w:rsidR="4CEF8EEF" w:rsidP="23B851D9" w:rsidRDefault="4CEF8EEF" w14:paraId="292C4256" w14:textId="62C009FD">
      <w:pPr>
        <w:pStyle w:val="Heading2"/>
      </w:pPr>
      <w:r w:rsidRPr="23B851D9" w:rsidR="4CEF8EEF">
        <w:rPr>
          <w:rFonts w:ascii="Calibri" w:hAnsi="Calibri" w:eastAsia="Calibri" w:cs="Calibri"/>
          <w:noProof w:val="0"/>
          <w:sz w:val="20"/>
          <w:szCs w:val="20"/>
          <w:lang w:val="en-US"/>
        </w:rPr>
        <w:t>UNIQUE</w:t>
      </w:r>
    </w:p>
    <w:p w:rsidR="4CEF8EEF" w:rsidRDefault="4CEF8EEF" w14:paraId="30A24A6D" w14:textId="2A79ABE2">
      <w:r w:rsidRPr="23B851D9" w:rsidR="4CEF8EEF">
        <w:rPr>
          <w:rFonts w:ascii="Calibri" w:hAnsi="Calibri" w:eastAsia="Calibri" w:cs="Calibri"/>
          <w:noProof w:val="0"/>
          <w:sz w:val="20"/>
          <w:szCs w:val="20"/>
          <w:lang w:val="en-US"/>
        </w:rPr>
        <w:t>Neļauj ievadīt divas vienādas vērtības.</w:t>
      </w:r>
    </w:p>
    <w:p w:rsidR="4CEF8EEF" w:rsidRDefault="4CEF8EEF" w14:paraId="0FBADDD7" w14:textId="7E449D39">
      <w:r w:rsidRPr="23B851D9" w:rsidR="4CEF8EEF">
        <w:rPr>
          <w:rFonts w:ascii="Calibri" w:hAnsi="Calibri" w:eastAsia="Calibri" w:cs="Calibri"/>
          <w:noProof w:val="0"/>
          <w:sz w:val="20"/>
          <w:szCs w:val="20"/>
          <w:lang w:val="en-US"/>
        </w:rPr>
        <w:t>Piemērs</w:t>
      </w:r>
    </w:p>
    <w:p w:rsidR="4CEF8EEF" w:rsidRDefault="4CEF8EEF" w14:paraId="2ADF64AE" w14:textId="241A8595">
      <w:r w:rsidRPr="23B851D9" w:rsidR="4CEF8EEF">
        <w:rPr>
          <w:rFonts w:ascii="Consolas" w:hAnsi="Consolas" w:eastAsia="Consolas" w:cs="Consolas"/>
          <w:noProof w:val="0"/>
          <w:sz w:val="20"/>
          <w:szCs w:val="20"/>
          <w:lang w:val="en-US"/>
        </w:rPr>
        <w:t>kadastra_nr</w:t>
      </w:r>
    </w:p>
    <w:p w:rsidR="4CEF8EEF" w:rsidRDefault="4CEF8EEF" w14:paraId="2BC2BD0E" w14:textId="248B98EF">
      <w:r w:rsidRPr="23B851D9" w:rsidR="4CEF8EEF">
        <w:rPr>
          <w:rFonts w:ascii="Calibri" w:hAnsi="Calibri" w:eastAsia="Calibri" w:cs="Calibri"/>
          <w:noProof w:val="0"/>
          <w:sz w:val="20"/>
          <w:szCs w:val="20"/>
          <w:lang w:val="en-US"/>
        </w:rPr>
        <w:t>Divi vienādi kadastra numuri nevar būt.</w:t>
      </w:r>
    </w:p>
    <w:p w:rsidR="23B851D9" w:rsidRDefault="23B851D9" w14:paraId="1AFC3424" w14:textId="51460FB6"/>
    <w:p w:rsidR="4CEF8EEF" w:rsidP="23B851D9" w:rsidRDefault="4CEF8EEF" w14:paraId="5F474B41" w14:textId="60EED6D7">
      <w:pPr>
        <w:pStyle w:val="Heading2"/>
      </w:pPr>
      <w:r w:rsidRPr="23B851D9" w:rsidR="4CEF8EEF">
        <w:rPr>
          <w:rFonts w:ascii="Calibri" w:hAnsi="Calibri" w:eastAsia="Calibri" w:cs="Calibri"/>
          <w:noProof w:val="0"/>
          <w:sz w:val="20"/>
          <w:szCs w:val="20"/>
          <w:lang w:val="en-US"/>
        </w:rPr>
        <w:t>KEY (Index)</w:t>
      </w:r>
    </w:p>
    <w:p w:rsidR="4CEF8EEF" w:rsidRDefault="4CEF8EEF" w14:paraId="4E3E203E" w14:textId="53C92FB4">
      <w:r w:rsidRPr="23B851D9" w:rsidR="4CEF8EEF">
        <w:rPr>
          <w:rFonts w:ascii="Calibri" w:hAnsi="Calibri" w:eastAsia="Calibri" w:cs="Calibri"/>
          <w:noProof w:val="0"/>
          <w:sz w:val="20"/>
          <w:szCs w:val="20"/>
          <w:lang w:val="en-US"/>
        </w:rPr>
        <w:t>Paātrina meklēšanu.</w:t>
      </w:r>
    </w:p>
    <w:p w:rsidR="4CEF8EEF" w:rsidRDefault="4CEF8EEF" w14:paraId="01B4BC15" w14:textId="32784779">
      <w:r w:rsidRPr="23B851D9" w:rsidR="4CEF8EEF">
        <w:rPr>
          <w:rFonts w:ascii="Consolas" w:hAnsi="Consolas" w:eastAsia="Consolas" w:cs="Consolas"/>
          <w:noProof w:val="0"/>
          <w:sz w:val="20"/>
          <w:szCs w:val="20"/>
          <w:lang w:val="en-US"/>
        </w:rPr>
        <w:t>KEY idx_ipasumi(maksatajs_id)</w:t>
      </w:r>
    </w:p>
    <w:p w:rsidR="4CEF8EEF" w:rsidRDefault="4CEF8EEF" w14:paraId="64586C32" w14:textId="43FEC231">
      <w:r w:rsidRPr="23B851D9" w:rsidR="4CEF8EEF">
        <w:rPr>
          <w:rFonts w:ascii="Calibri" w:hAnsi="Calibri" w:eastAsia="Calibri" w:cs="Calibri"/>
          <w:noProof w:val="0"/>
          <w:sz w:val="20"/>
          <w:szCs w:val="20"/>
          <w:lang w:val="en-US"/>
        </w:rPr>
        <w:t>Eksāmenā pietiek zināt:</w:t>
      </w:r>
    </w:p>
    <w:p w:rsidR="4CEF8EEF" w:rsidRDefault="4CEF8EEF" w14:paraId="31D20E50" w14:textId="4C6235C0">
      <w:r w:rsidRPr="23B851D9" w:rsidR="4CEF8EEF">
        <w:rPr>
          <w:rFonts w:ascii="Calibri" w:hAnsi="Calibri" w:eastAsia="Calibri" w:cs="Calibri"/>
          <w:noProof w:val="0"/>
          <w:sz w:val="20"/>
          <w:szCs w:val="20"/>
          <w:lang w:val="en-US"/>
        </w:rPr>
        <w:t>KEY = indekss, lai vaicājumi būtu ātrāki.</w:t>
      </w:r>
    </w:p>
    <w:p w:rsidR="5AA47791" w:rsidP="23B851D9" w:rsidRDefault="5AA47791" w14:paraId="2821E71F" w14:textId="1D8E5A80">
      <w:pPr>
        <w:pStyle w:val="Normal"/>
      </w:pPr>
      <w:r w:rsidR="5AA47791">
        <w:rPr/>
        <w:t>Kā</w:t>
      </w:r>
      <w:r w:rsidR="5AA47791">
        <w:rPr/>
        <w:t xml:space="preserve"> </w:t>
      </w:r>
      <w:r w:rsidR="5AA47791">
        <w:rPr/>
        <w:t>pareizi</w:t>
      </w:r>
      <w:r w:rsidR="5AA47791">
        <w:rPr/>
        <w:t xml:space="preserve"> </w:t>
      </w:r>
      <w:r w:rsidR="5AA47791">
        <w:rPr/>
        <w:t>izveidot</w:t>
      </w:r>
      <w:r w:rsidR="5AA47791">
        <w:rPr/>
        <w:t xml:space="preserve"> tabulas?</w:t>
      </w:r>
    </w:p>
    <w:p w:rsidR="5AA47791" w:rsidRDefault="5AA47791" w14:paraId="2570FA0B" w14:textId="0E3E384F">
      <w:r w:rsidRPr="23B851D9" w:rsidR="5AA47791">
        <w:rPr>
          <w:rFonts w:ascii="Calibri" w:hAnsi="Calibri" w:eastAsia="Calibri" w:cs="Calibri"/>
          <w:noProof w:val="0"/>
          <w:sz w:val="20"/>
          <w:szCs w:val="20"/>
          <w:lang w:val="en-US"/>
        </w:rPr>
        <w:t>Veido šādā secībā, jo ārējās atslēgas vajag tikai tad, kad “galvenā” tabula jau eksistē:</w:t>
      </w:r>
    </w:p>
    <w:p w:rsidR="5AA47791" w:rsidP="23B851D9" w:rsidRDefault="5AA47791" w14:paraId="64C1C043" w14:textId="687AACFD">
      <w:pPr>
        <w:pStyle w:val="ListParagraph"/>
        <w:numPr>
          <w:ilvl w:val="0"/>
          <w:numId w:val="12"/>
        </w:numPr>
        <w:bidi w:val="0"/>
        <w:spacing w:before="0" w:beforeAutospacing="off" w:after="0" w:afterAutospacing="off"/>
        <w:rPr>
          <w:rFonts w:ascii="Calibri" w:hAnsi="Calibri" w:eastAsia="Calibri" w:cs="Calibri"/>
          <w:noProof w:val="0"/>
          <w:sz w:val="20"/>
          <w:szCs w:val="20"/>
          <w:lang w:val="en-US"/>
        </w:rPr>
      </w:pPr>
      <w:r w:rsidRPr="23B851D9" w:rsidR="5AA47791">
        <w:rPr>
          <w:rFonts w:ascii="Consolas" w:hAnsi="Consolas" w:eastAsia="Consolas" w:cs="Consolas"/>
          <w:noProof w:val="0"/>
          <w:sz w:val="20"/>
          <w:szCs w:val="20"/>
          <w:lang w:val="en-US"/>
        </w:rPr>
        <w:t>maksataji</w:t>
      </w:r>
      <w:r w:rsidRPr="23B851D9" w:rsidR="5AA47791">
        <w:rPr>
          <w:rFonts w:ascii="Calibri" w:hAnsi="Calibri" w:eastAsia="Calibri" w:cs="Calibri"/>
          <w:noProof w:val="0"/>
          <w:sz w:val="20"/>
          <w:szCs w:val="20"/>
          <w:lang w:val="en-US"/>
        </w:rPr>
        <w:t xml:space="preserve"> </w:t>
      </w:r>
    </w:p>
    <w:p w:rsidR="5AA47791" w:rsidP="23B851D9" w:rsidRDefault="5AA47791" w14:paraId="7599BE88" w14:textId="0C745B9F">
      <w:pPr>
        <w:pStyle w:val="ListParagraph"/>
        <w:numPr>
          <w:ilvl w:val="0"/>
          <w:numId w:val="12"/>
        </w:numPr>
        <w:bidi w:val="0"/>
        <w:spacing w:before="0" w:beforeAutospacing="off" w:after="0" w:afterAutospacing="off"/>
        <w:rPr>
          <w:rFonts w:ascii="Calibri" w:hAnsi="Calibri" w:eastAsia="Calibri" w:cs="Calibri"/>
          <w:noProof w:val="0"/>
          <w:sz w:val="20"/>
          <w:szCs w:val="20"/>
          <w:lang w:val="en-US"/>
        </w:rPr>
      </w:pPr>
      <w:r w:rsidRPr="23B851D9" w:rsidR="5AA47791">
        <w:rPr>
          <w:rFonts w:ascii="Consolas" w:hAnsi="Consolas" w:eastAsia="Consolas" w:cs="Consolas"/>
          <w:noProof w:val="0"/>
          <w:sz w:val="20"/>
          <w:szCs w:val="20"/>
          <w:lang w:val="en-US"/>
        </w:rPr>
        <w:t>ipasumi</w:t>
      </w:r>
      <w:r w:rsidRPr="23B851D9" w:rsidR="5AA47791">
        <w:rPr>
          <w:rFonts w:ascii="Calibri" w:hAnsi="Calibri" w:eastAsia="Calibri" w:cs="Calibri"/>
          <w:noProof w:val="0"/>
          <w:sz w:val="20"/>
          <w:szCs w:val="20"/>
          <w:lang w:val="en-US"/>
        </w:rPr>
        <w:t xml:space="preserve"> </w:t>
      </w:r>
    </w:p>
    <w:p w:rsidR="5AA47791" w:rsidP="23B851D9" w:rsidRDefault="5AA47791" w14:paraId="6675FA7B" w14:textId="0A9F64E6">
      <w:pPr>
        <w:pStyle w:val="ListParagraph"/>
        <w:numPr>
          <w:ilvl w:val="0"/>
          <w:numId w:val="12"/>
        </w:numPr>
        <w:bidi w:val="0"/>
        <w:spacing w:before="0" w:beforeAutospacing="off" w:after="0" w:afterAutospacing="off"/>
        <w:rPr>
          <w:rFonts w:ascii="Calibri" w:hAnsi="Calibri" w:eastAsia="Calibri" w:cs="Calibri"/>
          <w:noProof w:val="0"/>
          <w:sz w:val="20"/>
          <w:szCs w:val="20"/>
          <w:lang w:val="en-US"/>
        </w:rPr>
      </w:pPr>
      <w:r w:rsidRPr="23B851D9" w:rsidR="5AA47791">
        <w:rPr>
          <w:rFonts w:ascii="Consolas" w:hAnsi="Consolas" w:eastAsia="Consolas" w:cs="Consolas"/>
          <w:noProof w:val="0"/>
          <w:sz w:val="20"/>
          <w:szCs w:val="20"/>
          <w:lang w:val="en-US"/>
        </w:rPr>
        <w:t>nin_tipi</w:t>
      </w:r>
      <w:r w:rsidRPr="23B851D9" w:rsidR="5AA47791">
        <w:rPr>
          <w:rFonts w:ascii="Calibri" w:hAnsi="Calibri" w:eastAsia="Calibri" w:cs="Calibri"/>
          <w:noProof w:val="0"/>
          <w:sz w:val="20"/>
          <w:szCs w:val="20"/>
          <w:lang w:val="en-US"/>
        </w:rPr>
        <w:t xml:space="preserve"> </w:t>
      </w:r>
    </w:p>
    <w:p w:rsidR="5AA47791" w:rsidP="23B851D9" w:rsidRDefault="5AA47791" w14:paraId="62AB5EE5" w14:textId="77530315">
      <w:pPr>
        <w:pStyle w:val="ListParagraph"/>
        <w:numPr>
          <w:ilvl w:val="0"/>
          <w:numId w:val="12"/>
        </w:numPr>
        <w:bidi w:val="0"/>
        <w:spacing w:before="0" w:beforeAutospacing="off" w:after="0" w:afterAutospacing="off"/>
        <w:rPr>
          <w:rFonts w:ascii="Calibri" w:hAnsi="Calibri" w:eastAsia="Calibri" w:cs="Calibri"/>
          <w:noProof w:val="0"/>
          <w:sz w:val="20"/>
          <w:szCs w:val="20"/>
          <w:lang w:val="en-US"/>
        </w:rPr>
      </w:pPr>
      <w:r w:rsidRPr="23B851D9" w:rsidR="5AA47791">
        <w:rPr>
          <w:rFonts w:ascii="Consolas" w:hAnsi="Consolas" w:eastAsia="Consolas" w:cs="Consolas"/>
          <w:noProof w:val="0"/>
          <w:sz w:val="20"/>
          <w:szCs w:val="20"/>
          <w:lang w:val="en-US"/>
        </w:rPr>
        <w:t>nodoklu_konti</w:t>
      </w:r>
      <w:r w:rsidRPr="23B851D9" w:rsidR="5AA47791">
        <w:rPr>
          <w:rFonts w:ascii="Calibri" w:hAnsi="Calibri" w:eastAsia="Calibri" w:cs="Calibri"/>
          <w:noProof w:val="0"/>
          <w:sz w:val="20"/>
          <w:szCs w:val="20"/>
          <w:lang w:val="en-US"/>
        </w:rPr>
        <w:t xml:space="preserve"> </w:t>
      </w:r>
    </w:p>
    <w:p w:rsidR="5AA47791" w:rsidP="23B851D9" w:rsidRDefault="5AA47791" w14:paraId="15262B4A" w14:textId="75975BC3">
      <w:pPr>
        <w:pStyle w:val="ListParagraph"/>
        <w:numPr>
          <w:ilvl w:val="0"/>
          <w:numId w:val="12"/>
        </w:numPr>
        <w:bidi w:val="0"/>
        <w:spacing w:before="0" w:beforeAutospacing="off" w:after="0" w:afterAutospacing="off"/>
        <w:rPr>
          <w:rFonts w:ascii="Calibri" w:hAnsi="Calibri" w:eastAsia="Calibri" w:cs="Calibri"/>
          <w:noProof w:val="0"/>
          <w:sz w:val="20"/>
          <w:szCs w:val="20"/>
          <w:lang w:val="en-US"/>
        </w:rPr>
      </w:pPr>
      <w:r w:rsidRPr="23B851D9" w:rsidR="5AA47791">
        <w:rPr>
          <w:rFonts w:ascii="Consolas" w:hAnsi="Consolas" w:eastAsia="Consolas" w:cs="Consolas"/>
          <w:noProof w:val="0"/>
          <w:sz w:val="20"/>
          <w:szCs w:val="20"/>
          <w:lang w:val="en-US"/>
        </w:rPr>
        <w:t>maksajumu_termini</w:t>
      </w:r>
      <w:r w:rsidRPr="23B851D9" w:rsidR="5AA47791">
        <w:rPr>
          <w:rFonts w:ascii="Calibri" w:hAnsi="Calibri" w:eastAsia="Calibri" w:cs="Calibri"/>
          <w:noProof w:val="0"/>
          <w:sz w:val="20"/>
          <w:szCs w:val="20"/>
          <w:lang w:val="en-US"/>
        </w:rPr>
        <w:t xml:space="preserve"> </w:t>
      </w:r>
    </w:p>
    <w:p w:rsidR="5AA47791" w:rsidRDefault="5AA47791" w14:paraId="4177BBA2" w14:textId="3E0A4DDF">
      <w:r w:rsidRPr="23B851D9" w:rsidR="5AA47791">
        <w:rPr>
          <w:rFonts w:ascii="Calibri" w:hAnsi="Calibri" w:eastAsia="Calibri" w:cs="Calibri"/>
          <w:noProof w:val="0"/>
          <w:sz w:val="20"/>
          <w:szCs w:val="20"/>
          <w:lang w:val="en-US"/>
        </w:rPr>
        <w:t>Īsā loģika:</w:t>
      </w:r>
    </w:p>
    <w:p w:rsidR="5AA47791" w:rsidRDefault="5AA47791" w14:paraId="4875DB0F" w14:textId="49D20B46">
      <w:r w:rsidRPr="23B851D9" w:rsidR="5AA47791">
        <w:rPr>
          <w:rFonts w:ascii="Consolas" w:hAnsi="Consolas" w:eastAsia="Consolas" w:cs="Consolas"/>
          <w:noProof w:val="0"/>
          <w:sz w:val="20"/>
          <w:szCs w:val="20"/>
          <w:lang w:val="en-US"/>
        </w:rPr>
        <w:t>maksataji</w:t>
      </w:r>
      <w:r w:rsidRPr="23B851D9" w:rsidR="5AA47791">
        <w:rPr>
          <w:rFonts w:ascii="Calibri" w:hAnsi="Calibri" w:eastAsia="Calibri" w:cs="Calibri"/>
          <w:noProof w:val="0"/>
          <w:sz w:val="20"/>
          <w:szCs w:val="20"/>
          <w:lang w:val="en-US"/>
        </w:rPr>
        <w:t xml:space="preserve"> → </w:t>
      </w:r>
      <w:r w:rsidRPr="23B851D9" w:rsidR="5AA47791">
        <w:rPr>
          <w:rFonts w:ascii="Consolas" w:hAnsi="Consolas" w:eastAsia="Consolas" w:cs="Consolas"/>
          <w:noProof w:val="0"/>
          <w:sz w:val="20"/>
          <w:szCs w:val="20"/>
          <w:lang w:val="en-US"/>
        </w:rPr>
        <w:t>ipasumi</w:t>
      </w:r>
      <w:r w:rsidRPr="23B851D9" w:rsidR="5AA47791">
        <w:rPr>
          <w:rFonts w:ascii="Calibri" w:hAnsi="Calibri" w:eastAsia="Calibri" w:cs="Calibri"/>
          <w:noProof w:val="0"/>
          <w:sz w:val="20"/>
          <w:szCs w:val="20"/>
          <w:lang w:val="en-US"/>
        </w:rPr>
        <w:t xml:space="preserve"> → </w:t>
      </w:r>
      <w:r w:rsidRPr="23B851D9" w:rsidR="5AA47791">
        <w:rPr>
          <w:rFonts w:ascii="Consolas" w:hAnsi="Consolas" w:eastAsia="Consolas" w:cs="Consolas"/>
          <w:noProof w:val="0"/>
          <w:sz w:val="20"/>
          <w:szCs w:val="20"/>
          <w:lang w:val="en-US"/>
        </w:rPr>
        <w:t>nodoklu_konti</w:t>
      </w:r>
      <w:r w:rsidRPr="23B851D9" w:rsidR="5AA47791">
        <w:rPr>
          <w:rFonts w:ascii="Calibri" w:hAnsi="Calibri" w:eastAsia="Calibri" w:cs="Calibri"/>
          <w:noProof w:val="0"/>
          <w:sz w:val="20"/>
          <w:szCs w:val="20"/>
          <w:lang w:val="en-US"/>
        </w:rPr>
        <w:t xml:space="preserve"> → </w:t>
      </w:r>
      <w:r w:rsidRPr="23B851D9" w:rsidR="5AA47791">
        <w:rPr>
          <w:rFonts w:ascii="Consolas" w:hAnsi="Consolas" w:eastAsia="Consolas" w:cs="Consolas"/>
          <w:noProof w:val="0"/>
          <w:sz w:val="20"/>
          <w:szCs w:val="20"/>
          <w:lang w:val="en-US"/>
        </w:rPr>
        <w:t>maksajumu_termini</w:t>
      </w:r>
    </w:p>
    <w:p w:rsidR="5AA47791" w:rsidRDefault="5AA47791" w14:paraId="3D9307A6" w14:textId="0412BF51">
      <w:r w:rsidRPr="23B851D9" w:rsidR="5AA47791">
        <w:rPr>
          <w:rFonts w:ascii="Calibri" w:hAnsi="Calibri" w:eastAsia="Calibri" w:cs="Calibri"/>
          <w:noProof w:val="0"/>
          <w:sz w:val="20"/>
          <w:szCs w:val="20"/>
          <w:lang w:val="en-US"/>
        </w:rPr>
        <w:t>Un vēl:</w:t>
      </w:r>
    </w:p>
    <w:p w:rsidR="5AA47791" w:rsidRDefault="5AA47791" w14:paraId="509AD200" w14:textId="096A237B">
      <w:r w:rsidRPr="23B851D9" w:rsidR="5AA47791">
        <w:rPr>
          <w:rFonts w:ascii="Consolas" w:hAnsi="Consolas" w:eastAsia="Consolas" w:cs="Consolas"/>
          <w:noProof w:val="0"/>
          <w:sz w:val="20"/>
          <w:szCs w:val="20"/>
          <w:lang w:val="en-US"/>
        </w:rPr>
        <w:t>nin_tipi</w:t>
      </w:r>
      <w:r w:rsidRPr="23B851D9" w:rsidR="5AA47791">
        <w:rPr>
          <w:rFonts w:ascii="Calibri" w:hAnsi="Calibri" w:eastAsia="Calibri" w:cs="Calibri"/>
          <w:noProof w:val="0"/>
          <w:sz w:val="20"/>
          <w:szCs w:val="20"/>
          <w:lang w:val="en-US"/>
        </w:rPr>
        <w:t xml:space="preserve"> → </w:t>
      </w:r>
      <w:r w:rsidRPr="23B851D9" w:rsidR="5AA47791">
        <w:rPr>
          <w:rFonts w:ascii="Consolas" w:hAnsi="Consolas" w:eastAsia="Consolas" w:cs="Consolas"/>
          <w:noProof w:val="0"/>
          <w:sz w:val="20"/>
          <w:szCs w:val="20"/>
          <w:lang w:val="en-US"/>
        </w:rPr>
        <w:t>nodoklu_konti</w:t>
      </w:r>
    </w:p>
    <w:p w:rsidR="5AA47791" w:rsidRDefault="5AA47791" w14:paraId="27F8E298" w14:textId="469DBA67">
      <w:r w:rsidRPr="23B851D9" w:rsidR="5AA47791">
        <w:rPr>
          <w:rFonts w:ascii="Calibri" w:hAnsi="Calibri" w:eastAsia="Calibri" w:cs="Calibri"/>
          <w:noProof w:val="0"/>
          <w:sz w:val="20"/>
          <w:szCs w:val="20"/>
          <w:lang w:val="en-US"/>
        </w:rPr>
        <w:t>Tātad īpašums pieder maksātājam, nodokļu konts pieder īpašumam un nodokļa tipam, bet maksājuma termiņi pieder nodokļu kontam.</w:t>
      </w:r>
    </w:p>
    <w:p w:rsidR="23B851D9" w:rsidRDefault="23B851D9" w14:paraId="7288FC90" w14:textId="3627EAF6"/>
    <w:p w:rsidR="5AA47791" w:rsidP="23B851D9" w:rsidRDefault="5AA47791" w14:paraId="4D497B0F" w14:textId="6E5E47F4">
      <w:pPr>
        <w:pStyle w:val="Heading2"/>
      </w:pPr>
      <w:r w:rsidRPr="23B851D9" w:rsidR="5AA47791">
        <w:rPr>
          <w:rFonts w:ascii="Calibri" w:hAnsi="Calibri" w:eastAsia="Calibri" w:cs="Calibri"/>
          <w:noProof w:val="0"/>
          <w:sz w:val="20"/>
          <w:szCs w:val="20"/>
          <w:lang w:val="en-US"/>
        </w:rPr>
        <w:t>2. Kā manuāli izveidot tabulu HeidiSQL</w:t>
      </w:r>
    </w:p>
    <w:p w:rsidR="5AA47791" w:rsidRDefault="5AA47791" w14:paraId="66F90C1D" w14:textId="5398746A">
      <w:r w:rsidRPr="23B851D9" w:rsidR="5AA47791">
        <w:rPr>
          <w:rFonts w:ascii="Calibri" w:hAnsi="Calibri" w:eastAsia="Calibri" w:cs="Calibri"/>
          <w:noProof w:val="0"/>
          <w:sz w:val="20"/>
          <w:szCs w:val="20"/>
          <w:lang w:val="en-US"/>
        </w:rPr>
        <w:t>HeidiSQL:</w:t>
      </w:r>
    </w:p>
    <w:p w:rsidR="5AA47791" w:rsidRDefault="5AA47791" w14:paraId="154BE78B" w14:textId="243CA3F4">
      <w:r w:rsidRPr="23B851D9" w:rsidR="5AA47791">
        <w:rPr>
          <w:rFonts w:ascii="Calibri" w:hAnsi="Calibri" w:eastAsia="Calibri" w:cs="Calibri"/>
          <w:b w:val="1"/>
          <w:bCs w:val="1"/>
          <w:noProof w:val="0"/>
          <w:sz w:val="20"/>
          <w:szCs w:val="20"/>
          <w:lang w:val="en-US"/>
        </w:rPr>
        <w:t>Database / datubāze → Right click → Create new → Table</w:t>
      </w:r>
    </w:p>
    <w:p w:rsidR="5AA47791" w:rsidRDefault="5AA47791" w14:paraId="1C32F95B" w14:textId="3195665D">
      <w:r w:rsidRPr="23B851D9" w:rsidR="5AA47791">
        <w:rPr>
          <w:rFonts w:ascii="Calibri" w:hAnsi="Calibri" w:eastAsia="Calibri" w:cs="Calibri"/>
          <w:noProof w:val="0"/>
          <w:sz w:val="20"/>
          <w:szCs w:val="20"/>
          <w:lang w:val="en-US"/>
        </w:rPr>
        <w:t>Tad parasti ir sadaļas līdzīgas:</w:t>
      </w:r>
    </w:p>
    <w:p w:rsidR="5AA47791" w:rsidP="23B851D9" w:rsidRDefault="5AA47791" w14:paraId="37F6EDB2" w14:textId="09310DBE">
      <w:pPr>
        <w:pStyle w:val="ListParagraph"/>
        <w:numPr>
          <w:ilvl w:val="0"/>
          <w:numId w:val="13"/>
        </w:numPr>
        <w:bidi w:val="0"/>
        <w:spacing w:before="0" w:beforeAutospacing="off" w:after="0" w:afterAutospacing="off"/>
        <w:rPr>
          <w:rFonts w:ascii="Calibri" w:hAnsi="Calibri" w:eastAsia="Calibri" w:cs="Calibri"/>
          <w:noProof w:val="0"/>
          <w:sz w:val="20"/>
          <w:szCs w:val="20"/>
          <w:lang w:val="en-US"/>
        </w:rPr>
      </w:pPr>
      <w:r w:rsidRPr="23B851D9" w:rsidR="5AA47791">
        <w:rPr>
          <w:rFonts w:ascii="Calibri" w:hAnsi="Calibri" w:eastAsia="Calibri" w:cs="Calibri"/>
          <w:b w:val="1"/>
          <w:bCs w:val="1"/>
          <w:noProof w:val="0"/>
          <w:sz w:val="20"/>
          <w:szCs w:val="20"/>
          <w:lang w:val="en-US"/>
        </w:rPr>
        <w:t>Columns</w:t>
      </w:r>
      <w:r w:rsidRPr="23B851D9" w:rsidR="5AA47791">
        <w:rPr>
          <w:rFonts w:ascii="Calibri" w:hAnsi="Calibri" w:eastAsia="Calibri" w:cs="Calibri"/>
          <w:noProof w:val="0"/>
          <w:sz w:val="20"/>
          <w:szCs w:val="20"/>
          <w:lang w:val="en-US"/>
        </w:rPr>
        <w:t xml:space="preserve"> — te raksti laukus/kolonnas. </w:t>
      </w:r>
    </w:p>
    <w:p w:rsidR="5AA47791" w:rsidP="23B851D9" w:rsidRDefault="5AA47791" w14:paraId="7C8C861F" w14:textId="6155BAD5">
      <w:pPr>
        <w:pStyle w:val="ListParagraph"/>
        <w:numPr>
          <w:ilvl w:val="0"/>
          <w:numId w:val="13"/>
        </w:numPr>
        <w:bidi w:val="0"/>
        <w:spacing w:before="0" w:beforeAutospacing="off" w:after="0" w:afterAutospacing="off"/>
        <w:rPr>
          <w:rFonts w:ascii="Calibri" w:hAnsi="Calibri" w:eastAsia="Calibri" w:cs="Calibri"/>
          <w:noProof w:val="0"/>
          <w:sz w:val="20"/>
          <w:szCs w:val="20"/>
          <w:lang w:val="en-US"/>
        </w:rPr>
      </w:pPr>
      <w:r w:rsidRPr="23B851D9" w:rsidR="5AA47791">
        <w:rPr>
          <w:rFonts w:ascii="Calibri" w:hAnsi="Calibri" w:eastAsia="Calibri" w:cs="Calibri"/>
          <w:b w:val="1"/>
          <w:bCs w:val="1"/>
          <w:noProof w:val="0"/>
          <w:sz w:val="20"/>
          <w:szCs w:val="20"/>
          <w:lang w:val="en-US"/>
        </w:rPr>
        <w:t>Indexes / Keys</w:t>
      </w:r>
      <w:r w:rsidRPr="23B851D9" w:rsidR="5AA47791">
        <w:rPr>
          <w:rFonts w:ascii="Calibri" w:hAnsi="Calibri" w:eastAsia="Calibri" w:cs="Calibri"/>
          <w:noProof w:val="0"/>
          <w:sz w:val="20"/>
          <w:szCs w:val="20"/>
          <w:lang w:val="en-US"/>
        </w:rPr>
        <w:t xml:space="preserve"> — te liec PRIMARY KEY, UNIQUE, INDEX. </w:t>
      </w:r>
    </w:p>
    <w:p w:rsidR="5AA47791" w:rsidP="23B851D9" w:rsidRDefault="5AA47791" w14:paraId="0F67CDC3" w14:textId="0E3FC454">
      <w:pPr>
        <w:pStyle w:val="ListParagraph"/>
        <w:numPr>
          <w:ilvl w:val="0"/>
          <w:numId w:val="13"/>
        </w:numPr>
        <w:bidi w:val="0"/>
        <w:spacing w:before="0" w:beforeAutospacing="off" w:after="0" w:afterAutospacing="off"/>
        <w:rPr>
          <w:rFonts w:ascii="Calibri" w:hAnsi="Calibri" w:eastAsia="Calibri" w:cs="Calibri"/>
          <w:noProof w:val="0"/>
          <w:sz w:val="20"/>
          <w:szCs w:val="20"/>
          <w:lang w:val="en-US"/>
        </w:rPr>
      </w:pPr>
      <w:r w:rsidRPr="23B851D9" w:rsidR="5AA47791">
        <w:rPr>
          <w:rFonts w:ascii="Calibri" w:hAnsi="Calibri" w:eastAsia="Calibri" w:cs="Calibri"/>
          <w:b w:val="1"/>
          <w:bCs w:val="1"/>
          <w:noProof w:val="0"/>
          <w:sz w:val="20"/>
          <w:szCs w:val="20"/>
          <w:lang w:val="en-US"/>
        </w:rPr>
        <w:t>Foreign keys</w:t>
      </w:r>
      <w:r w:rsidRPr="23B851D9" w:rsidR="5AA47791">
        <w:rPr>
          <w:rFonts w:ascii="Calibri" w:hAnsi="Calibri" w:eastAsia="Calibri" w:cs="Calibri"/>
          <w:noProof w:val="0"/>
          <w:sz w:val="20"/>
          <w:szCs w:val="20"/>
          <w:lang w:val="en-US"/>
        </w:rPr>
        <w:t xml:space="preserve"> — te liec ārējās atslēgas. </w:t>
      </w:r>
    </w:p>
    <w:p w:rsidR="5AA47791" w:rsidP="23B851D9" w:rsidRDefault="5AA47791" w14:paraId="47EDB790" w14:textId="4A3900E4">
      <w:pPr>
        <w:pStyle w:val="ListParagraph"/>
        <w:numPr>
          <w:ilvl w:val="0"/>
          <w:numId w:val="13"/>
        </w:numPr>
        <w:bidi w:val="0"/>
        <w:spacing w:before="0" w:beforeAutospacing="off" w:after="0" w:afterAutospacing="off"/>
        <w:rPr>
          <w:rFonts w:ascii="Calibri" w:hAnsi="Calibri" w:eastAsia="Calibri" w:cs="Calibri"/>
          <w:noProof w:val="0"/>
          <w:sz w:val="20"/>
          <w:szCs w:val="20"/>
          <w:lang w:val="en-US"/>
        </w:rPr>
      </w:pPr>
      <w:r w:rsidRPr="23B851D9" w:rsidR="5AA47791">
        <w:rPr>
          <w:rFonts w:ascii="Calibri" w:hAnsi="Calibri" w:eastAsia="Calibri" w:cs="Calibri"/>
          <w:b w:val="1"/>
          <w:bCs w:val="1"/>
          <w:noProof w:val="0"/>
          <w:sz w:val="20"/>
          <w:szCs w:val="20"/>
          <w:lang w:val="en-US"/>
        </w:rPr>
        <w:t>Options</w:t>
      </w:r>
      <w:r w:rsidRPr="23B851D9" w:rsidR="5AA47791">
        <w:rPr>
          <w:rFonts w:ascii="Calibri" w:hAnsi="Calibri" w:eastAsia="Calibri" w:cs="Calibri"/>
          <w:noProof w:val="0"/>
          <w:sz w:val="20"/>
          <w:szCs w:val="20"/>
          <w:lang w:val="en-US"/>
        </w:rPr>
        <w:t xml:space="preserve"> — te izvēlies </w:t>
      </w:r>
      <w:r w:rsidRPr="23B851D9" w:rsidR="5AA47791">
        <w:rPr>
          <w:rFonts w:ascii="Consolas" w:hAnsi="Consolas" w:eastAsia="Consolas" w:cs="Consolas"/>
          <w:noProof w:val="0"/>
          <w:sz w:val="20"/>
          <w:szCs w:val="20"/>
          <w:lang w:val="en-US"/>
        </w:rPr>
        <w:t>Engine = InnoDB</w:t>
      </w:r>
      <w:r w:rsidRPr="23B851D9" w:rsidR="5AA47791">
        <w:rPr>
          <w:rFonts w:ascii="Calibri" w:hAnsi="Calibri" w:eastAsia="Calibri" w:cs="Calibri"/>
          <w:noProof w:val="0"/>
          <w:sz w:val="20"/>
          <w:szCs w:val="20"/>
          <w:lang w:val="en-US"/>
        </w:rPr>
        <w:t xml:space="preserve">. </w:t>
      </w:r>
    </w:p>
    <w:p w:rsidR="5AA47791" w:rsidRDefault="5AA47791" w14:paraId="524C993C" w14:textId="6ED0AA44">
      <w:r w:rsidRPr="23B851D9" w:rsidR="5AA47791">
        <w:rPr>
          <w:rFonts w:ascii="Calibri" w:hAnsi="Calibri" w:eastAsia="Calibri" w:cs="Calibri"/>
          <w:noProof w:val="0"/>
          <w:sz w:val="20"/>
          <w:szCs w:val="20"/>
          <w:lang w:val="en-US"/>
        </w:rPr>
        <w:t xml:space="preserve">Svarīgi: lai foreign key strādātu, tabulai jābūt </w:t>
      </w:r>
      <w:r w:rsidRPr="23B851D9" w:rsidR="5AA47791">
        <w:rPr>
          <w:rFonts w:ascii="Calibri" w:hAnsi="Calibri" w:eastAsia="Calibri" w:cs="Calibri"/>
          <w:b w:val="1"/>
          <w:bCs w:val="1"/>
          <w:noProof w:val="0"/>
          <w:sz w:val="20"/>
          <w:szCs w:val="20"/>
          <w:lang w:val="en-US"/>
        </w:rPr>
        <w:t>InnoDB</w:t>
      </w:r>
      <w:r w:rsidRPr="23B851D9" w:rsidR="5AA47791">
        <w:rPr>
          <w:rFonts w:ascii="Calibri" w:hAnsi="Calibri" w:eastAsia="Calibri" w:cs="Calibri"/>
          <w:noProof w:val="0"/>
          <w:sz w:val="20"/>
          <w:szCs w:val="20"/>
          <w:lang w:val="en-US"/>
        </w:rPr>
        <w:t>.</w:t>
      </w:r>
    </w:p>
    <w:p w:rsidR="23B851D9" w:rsidRDefault="23B851D9" w14:paraId="32BA3BDF" w14:textId="25A91448"/>
    <w:p w:rsidR="5AA47791" w:rsidP="23B851D9" w:rsidRDefault="5AA47791" w14:paraId="0AF1991A" w14:textId="22CA45E1">
      <w:pPr>
        <w:pStyle w:val="Heading2"/>
      </w:pPr>
      <w:r w:rsidRPr="23B851D9" w:rsidR="5AA47791">
        <w:rPr>
          <w:rFonts w:ascii="Calibri" w:hAnsi="Calibri" w:eastAsia="Calibri" w:cs="Calibri"/>
          <w:noProof w:val="0"/>
          <w:sz w:val="20"/>
          <w:szCs w:val="20"/>
          <w:lang w:val="en-US"/>
        </w:rPr>
        <w:t>3. Ko nozīmē atslēgas</w:t>
      </w:r>
    </w:p>
    <w:p w:rsidR="5AA47791" w:rsidP="23B851D9" w:rsidRDefault="5AA47791" w14:paraId="79083D06" w14:textId="20082E92">
      <w:pPr>
        <w:pStyle w:val="Heading3"/>
      </w:pPr>
      <w:r w:rsidRPr="23B851D9" w:rsidR="5AA47791">
        <w:rPr>
          <w:rFonts w:ascii="Calibri" w:hAnsi="Calibri" w:eastAsia="Calibri" w:cs="Calibri"/>
          <w:noProof w:val="0"/>
          <w:sz w:val="20"/>
          <w:szCs w:val="20"/>
          <w:lang w:val="en-US"/>
        </w:rPr>
        <w:t>PRIMARY KEY</w:t>
      </w:r>
    </w:p>
    <w:p w:rsidR="5AA47791" w:rsidRDefault="5AA47791" w14:paraId="63D2C0EA" w14:textId="25E92B8A">
      <w:r w:rsidRPr="23B851D9" w:rsidR="5AA47791">
        <w:rPr>
          <w:rFonts w:ascii="Calibri" w:hAnsi="Calibri" w:eastAsia="Calibri" w:cs="Calibri"/>
          <w:noProof w:val="0"/>
          <w:sz w:val="20"/>
          <w:szCs w:val="20"/>
          <w:lang w:val="en-US"/>
        </w:rPr>
        <w:t>Tā ir galvenā unikālā atslēga tabulā.</w:t>
      </w:r>
    </w:p>
    <w:p w:rsidR="5AA47791" w:rsidRDefault="5AA47791" w14:paraId="034E2097" w14:textId="42BBAF07">
      <w:r w:rsidRPr="23B851D9" w:rsidR="5AA47791">
        <w:rPr>
          <w:rFonts w:ascii="Calibri" w:hAnsi="Calibri" w:eastAsia="Calibri" w:cs="Calibri"/>
          <w:noProof w:val="0"/>
          <w:sz w:val="20"/>
          <w:szCs w:val="20"/>
          <w:lang w:val="en-US"/>
        </w:rPr>
        <w:t>Piemērs:</w:t>
      </w:r>
    </w:p>
    <w:p w:rsidR="5AA47791" w:rsidRDefault="5AA47791" w14:paraId="23182DC7" w14:textId="4B627045">
      <w:r w:rsidRPr="23B851D9" w:rsidR="5AA47791">
        <w:rPr>
          <w:rFonts w:ascii="Consolas" w:hAnsi="Consolas" w:eastAsia="Consolas" w:cs="Consolas"/>
          <w:noProof w:val="0"/>
          <w:sz w:val="20"/>
          <w:szCs w:val="20"/>
          <w:lang w:val="en-US"/>
        </w:rPr>
        <w:t>maksataji.maksatajs_id</w:t>
      </w:r>
    </w:p>
    <w:p w:rsidR="5AA47791" w:rsidRDefault="5AA47791" w14:paraId="27EC31B6" w14:textId="3C26DC94">
      <w:r w:rsidRPr="23B851D9" w:rsidR="5AA47791">
        <w:rPr>
          <w:rFonts w:ascii="Calibri" w:hAnsi="Calibri" w:eastAsia="Calibri" w:cs="Calibri"/>
          <w:noProof w:val="0"/>
          <w:sz w:val="20"/>
          <w:szCs w:val="20"/>
          <w:lang w:val="en-US"/>
        </w:rPr>
        <w:t>Katram maksātājam savs ID. Divi vienādi ID nedrīkst būt.</w:t>
      </w:r>
    </w:p>
    <w:p w:rsidR="5AA47791" w:rsidRDefault="5AA47791" w14:paraId="245D196B" w14:textId="6E3B2F73">
      <w:r w:rsidRPr="23B851D9" w:rsidR="5AA47791">
        <w:rPr>
          <w:rFonts w:ascii="Calibri" w:hAnsi="Calibri" w:eastAsia="Calibri" w:cs="Calibri"/>
          <w:noProof w:val="0"/>
          <w:sz w:val="20"/>
          <w:szCs w:val="20"/>
          <w:lang w:val="en-US"/>
        </w:rPr>
        <w:t>HeidiSQL:</w:t>
      </w:r>
    </w:p>
    <w:p w:rsidR="5AA47791" w:rsidRDefault="5AA47791" w14:paraId="4718CDE9" w14:textId="6CBCA768">
      <w:r w:rsidRPr="23B851D9" w:rsidR="5AA47791">
        <w:rPr>
          <w:rFonts w:ascii="Calibri" w:hAnsi="Calibri" w:eastAsia="Calibri" w:cs="Calibri"/>
          <w:b w:val="1"/>
          <w:bCs w:val="1"/>
          <w:noProof w:val="0"/>
          <w:sz w:val="20"/>
          <w:szCs w:val="20"/>
          <w:lang w:val="en-US"/>
        </w:rPr>
        <w:t>Indexes/Keys → Add → Type: PRIMARY → Column: maksatajs_id</w:t>
      </w:r>
    </w:p>
    <w:p w:rsidR="5AA47791" w:rsidRDefault="5AA47791" w14:paraId="1921F63D" w14:textId="3A86BD03">
      <w:r w:rsidRPr="23B851D9" w:rsidR="5AA47791">
        <w:rPr>
          <w:rFonts w:ascii="Calibri" w:hAnsi="Calibri" w:eastAsia="Calibri" w:cs="Calibri"/>
          <w:noProof w:val="0"/>
          <w:sz w:val="20"/>
          <w:szCs w:val="20"/>
          <w:lang w:val="en-US"/>
        </w:rPr>
        <w:t xml:space="preserve">Ja kolonnai ir </w:t>
      </w:r>
      <w:r w:rsidRPr="23B851D9" w:rsidR="5AA47791">
        <w:rPr>
          <w:rFonts w:ascii="Consolas" w:hAnsi="Consolas" w:eastAsia="Consolas" w:cs="Consolas"/>
          <w:noProof w:val="0"/>
          <w:sz w:val="20"/>
          <w:szCs w:val="20"/>
          <w:lang w:val="en-US"/>
        </w:rPr>
        <w:t>AUTO_INCREMENT</w:t>
      </w:r>
      <w:r w:rsidRPr="23B851D9" w:rsidR="5AA47791">
        <w:rPr>
          <w:rFonts w:ascii="Calibri" w:hAnsi="Calibri" w:eastAsia="Calibri" w:cs="Calibri"/>
          <w:noProof w:val="0"/>
          <w:sz w:val="20"/>
          <w:szCs w:val="20"/>
          <w:lang w:val="en-US"/>
        </w:rPr>
        <w:t>, tad ID pats palielināsies: 1, 2, 3…</w:t>
      </w:r>
    </w:p>
    <w:p w:rsidR="23B851D9" w:rsidRDefault="23B851D9" w14:paraId="7D7E3628" w14:textId="58C5E52D"/>
    <w:p w:rsidR="5AA47791" w:rsidP="23B851D9" w:rsidRDefault="5AA47791" w14:paraId="2399D738" w14:textId="56648585">
      <w:pPr>
        <w:pStyle w:val="Heading3"/>
      </w:pPr>
      <w:r w:rsidRPr="23B851D9" w:rsidR="5AA47791">
        <w:rPr>
          <w:rFonts w:ascii="Calibri" w:hAnsi="Calibri" w:eastAsia="Calibri" w:cs="Calibri"/>
          <w:noProof w:val="0"/>
          <w:sz w:val="20"/>
          <w:szCs w:val="20"/>
          <w:lang w:val="en-US"/>
        </w:rPr>
        <w:t>UNIQUE KEY</w:t>
      </w:r>
    </w:p>
    <w:p w:rsidR="5AA47791" w:rsidRDefault="5AA47791" w14:paraId="2A7D5061" w14:textId="0409C8A3">
      <w:r w:rsidRPr="23B851D9" w:rsidR="5AA47791">
        <w:rPr>
          <w:rFonts w:ascii="Calibri" w:hAnsi="Calibri" w:eastAsia="Calibri" w:cs="Calibri"/>
          <w:noProof w:val="0"/>
          <w:sz w:val="20"/>
          <w:szCs w:val="20"/>
          <w:lang w:val="en-US"/>
        </w:rPr>
        <w:t>Tas nozīmē, ka vērtība nedrīkst atkārtoties.</w:t>
      </w:r>
    </w:p>
    <w:p w:rsidR="5AA47791" w:rsidRDefault="5AA47791" w14:paraId="4897FD38" w14:textId="2AF509E3">
      <w:r w:rsidRPr="23B851D9" w:rsidR="5AA47791">
        <w:rPr>
          <w:rFonts w:ascii="Calibri" w:hAnsi="Calibri" w:eastAsia="Calibri" w:cs="Calibri"/>
          <w:noProof w:val="0"/>
          <w:sz w:val="20"/>
          <w:szCs w:val="20"/>
          <w:lang w:val="en-US"/>
        </w:rPr>
        <w:t>Piemēri:</w:t>
      </w:r>
    </w:p>
    <w:p w:rsidR="5AA47791" w:rsidRDefault="5AA47791" w14:paraId="54AB7AFD" w14:textId="4044CA51">
      <w:r w:rsidRPr="23B851D9" w:rsidR="5AA47791">
        <w:rPr>
          <w:rFonts w:ascii="Consolas" w:hAnsi="Consolas" w:eastAsia="Consolas" w:cs="Consolas"/>
          <w:noProof w:val="0"/>
          <w:sz w:val="20"/>
          <w:szCs w:val="20"/>
          <w:lang w:val="en-US"/>
        </w:rPr>
        <w:t>ipasumi.kadastra_nr</w:t>
      </w:r>
      <w:r w:rsidRPr="23B851D9" w:rsidR="5AA47791">
        <w:rPr>
          <w:rFonts w:ascii="Calibri" w:hAnsi="Calibri" w:eastAsia="Calibri" w:cs="Calibri"/>
          <w:noProof w:val="0"/>
          <w:sz w:val="20"/>
          <w:szCs w:val="20"/>
          <w:lang w:val="en-US"/>
        </w:rPr>
        <w:t xml:space="preserve"> — kadastra numurs katram īpašumam unikāls.</w:t>
      </w:r>
    </w:p>
    <w:p w:rsidR="5AA47791" w:rsidRDefault="5AA47791" w14:paraId="1E8BCD12" w14:textId="3E5B26E8">
      <w:r w:rsidRPr="23B851D9" w:rsidR="5AA47791">
        <w:rPr>
          <w:rFonts w:ascii="Consolas" w:hAnsi="Consolas" w:eastAsia="Consolas" w:cs="Consolas"/>
          <w:noProof w:val="0"/>
          <w:sz w:val="20"/>
          <w:szCs w:val="20"/>
          <w:lang w:val="en-US"/>
        </w:rPr>
        <w:t>nin_tipi.nosaukums</w:t>
      </w:r>
      <w:r w:rsidRPr="23B851D9" w:rsidR="5AA47791">
        <w:rPr>
          <w:rFonts w:ascii="Calibri" w:hAnsi="Calibri" w:eastAsia="Calibri" w:cs="Calibri"/>
          <w:noProof w:val="0"/>
          <w:sz w:val="20"/>
          <w:szCs w:val="20"/>
          <w:lang w:val="en-US"/>
        </w:rPr>
        <w:t xml:space="preserve"> — viens nodokļa tips nevar atkārtoties divreiz.</w:t>
      </w:r>
    </w:p>
    <w:p w:rsidR="5AA47791" w:rsidRDefault="5AA47791" w14:paraId="2DFA408C" w14:textId="3CFF1964">
      <w:r w:rsidRPr="23B851D9" w:rsidR="5AA47791">
        <w:rPr>
          <w:rFonts w:ascii="Calibri" w:hAnsi="Calibri" w:eastAsia="Calibri" w:cs="Calibri"/>
          <w:noProof w:val="0"/>
          <w:sz w:val="20"/>
          <w:szCs w:val="20"/>
          <w:lang w:val="en-US"/>
        </w:rPr>
        <w:t>HeidiSQL:</w:t>
      </w:r>
    </w:p>
    <w:p w:rsidR="5AA47791" w:rsidRDefault="5AA47791" w14:paraId="52835AFE" w14:textId="3102BE75">
      <w:r w:rsidRPr="23B851D9" w:rsidR="5AA47791">
        <w:rPr>
          <w:rFonts w:ascii="Calibri" w:hAnsi="Calibri" w:eastAsia="Calibri" w:cs="Calibri"/>
          <w:b w:val="1"/>
          <w:bCs w:val="1"/>
          <w:noProof w:val="0"/>
          <w:sz w:val="20"/>
          <w:szCs w:val="20"/>
          <w:lang w:val="en-US"/>
        </w:rPr>
        <w:t>Indexes/Keys → Add → Type: UNIQUE → izvēlies kolonnu</w:t>
      </w:r>
    </w:p>
    <w:p w:rsidR="23B851D9" w:rsidRDefault="23B851D9" w14:paraId="52DB9041" w14:textId="04E017C2"/>
    <w:p w:rsidR="5AA47791" w:rsidP="23B851D9" w:rsidRDefault="5AA47791" w14:paraId="2D0550CB" w14:textId="7C6304DD">
      <w:pPr>
        <w:pStyle w:val="Heading3"/>
      </w:pPr>
      <w:r w:rsidRPr="23B851D9" w:rsidR="5AA47791">
        <w:rPr>
          <w:rFonts w:ascii="Calibri" w:hAnsi="Calibri" w:eastAsia="Calibri" w:cs="Calibri"/>
          <w:noProof w:val="0"/>
          <w:sz w:val="20"/>
          <w:szCs w:val="20"/>
          <w:lang w:val="en-US"/>
        </w:rPr>
        <w:t>INDEX / KEY</w:t>
      </w:r>
    </w:p>
    <w:p w:rsidR="5AA47791" w:rsidRDefault="5AA47791" w14:paraId="315E8358" w14:textId="4B7555E5">
      <w:r w:rsidRPr="23B851D9" w:rsidR="5AA47791">
        <w:rPr>
          <w:rFonts w:ascii="Calibri" w:hAnsi="Calibri" w:eastAsia="Calibri" w:cs="Calibri"/>
          <w:noProof w:val="0"/>
          <w:sz w:val="20"/>
          <w:szCs w:val="20"/>
          <w:lang w:val="en-US"/>
        </w:rPr>
        <w:t>Tas nav tik stingrs kā UNIQUE. Tas vienkārši palīdz datubāzei ātrāk meklēt un bieži vajadzīgs foreign key laukiem.</w:t>
      </w:r>
    </w:p>
    <w:p w:rsidR="5AA47791" w:rsidRDefault="5AA47791" w14:paraId="0578C9FD" w14:textId="6E12448F">
      <w:r w:rsidRPr="23B851D9" w:rsidR="5AA47791">
        <w:rPr>
          <w:rFonts w:ascii="Calibri" w:hAnsi="Calibri" w:eastAsia="Calibri" w:cs="Calibri"/>
          <w:noProof w:val="0"/>
          <w:sz w:val="20"/>
          <w:szCs w:val="20"/>
          <w:lang w:val="en-US"/>
        </w:rPr>
        <w:t>Piemēri:</w:t>
      </w:r>
    </w:p>
    <w:p w:rsidR="5AA47791" w:rsidRDefault="5AA47791" w14:paraId="1413A5B2" w14:textId="492C0313">
      <w:r w:rsidRPr="23B851D9" w:rsidR="5AA47791">
        <w:rPr>
          <w:rFonts w:ascii="Consolas" w:hAnsi="Consolas" w:eastAsia="Consolas" w:cs="Consolas"/>
          <w:noProof w:val="0"/>
          <w:sz w:val="20"/>
          <w:szCs w:val="20"/>
          <w:lang w:val="en-US"/>
        </w:rPr>
        <w:t>ipasumi.maksatajs_id</w:t>
      </w:r>
    </w:p>
    <w:p w:rsidR="5AA47791" w:rsidRDefault="5AA47791" w14:paraId="3C704BD8" w14:textId="116CB12A">
      <w:r w:rsidRPr="23B851D9" w:rsidR="5AA47791">
        <w:rPr>
          <w:rFonts w:ascii="Consolas" w:hAnsi="Consolas" w:eastAsia="Consolas" w:cs="Consolas"/>
          <w:noProof w:val="0"/>
          <w:sz w:val="20"/>
          <w:szCs w:val="20"/>
          <w:lang w:val="en-US"/>
        </w:rPr>
        <w:t>nodoklu_konti.ipasums_id</w:t>
      </w:r>
    </w:p>
    <w:p w:rsidR="5AA47791" w:rsidRDefault="5AA47791" w14:paraId="74B0C5EF" w14:textId="029CB39B">
      <w:r w:rsidRPr="23B851D9" w:rsidR="5AA47791">
        <w:rPr>
          <w:rFonts w:ascii="Consolas" w:hAnsi="Consolas" w:eastAsia="Consolas" w:cs="Consolas"/>
          <w:noProof w:val="0"/>
          <w:sz w:val="20"/>
          <w:szCs w:val="20"/>
          <w:lang w:val="en-US"/>
        </w:rPr>
        <w:t>nodoklu_konti.tips_id</w:t>
      </w:r>
    </w:p>
    <w:p w:rsidR="5AA47791" w:rsidRDefault="5AA47791" w14:paraId="0B1B973E" w14:textId="2878D59A">
      <w:r w:rsidRPr="23B851D9" w:rsidR="5AA47791">
        <w:rPr>
          <w:rFonts w:ascii="Consolas" w:hAnsi="Consolas" w:eastAsia="Consolas" w:cs="Consolas"/>
          <w:noProof w:val="0"/>
          <w:sz w:val="20"/>
          <w:szCs w:val="20"/>
          <w:lang w:val="en-US"/>
        </w:rPr>
        <w:t>maksajumu_termini.konta_nr</w:t>
      </w:r>
    </w:p>
    <w:p w:rsidR="5AA47791" w:rsidRDefault="5AA47791" w14:paraId="7489ED66" w14:textId="511E809E">
      <w:r w:rsidRPr="23B851D9" w:rsidR="5AA47791">
        <w:rPr>
          <w:rFonts w:ascii="Calibri" w:hAnsi="Calibri" w:eastAsia="Calibri" w:cs="Calibri"/>
          <w:noProof w:val="0"/>
          <w:sz w:val="20"/>
          <w:szCs w:val="20"/>
          <w:lang w:val="en-US"/>
        </w:rPr>
        <w:t>HeidiSQL:</w:t>
      </w:r>
    </w:p>
    <w:p w:rsidR="5AA47791" w:rsidRDefault="5AA47791" w14:paraId="76823225" w14:textId="6BD091E2">
      <w:r w:rsidRPr="23B851D9" w:rsidR="5AA47791">
        <w:rPr>
          <w:rFonts w:ascii="Calibri" w:hAnsi="Calibri" w:eastAsia="Calibri" w:cs="Calibri"/>
          <w:b w:val="1"/>
          <w:bCs w:val="1"/>
          <w:noProof w:val="0"/>
          <w:sz w:val="20"/>
          <w:szCs w:val="20"/>
          <w:lang w:val="en-US"/>
        </w:rPr>
        <w:t>Indexes/Keys → Add → Type: INDEX / KEY → izvēlies kolonnu</w:t>
      </w:r>
    </w:p>
    <w:p w:rsidR="23B851D9" w:rsidRDefault="23B851D9" w14:paraId="01064C0F" w14:textId="01AFD723"/>
    <w:p w:rsidR="5AA47791" w:rsidP="23B851D9" w:rsidRDefault="5AA47791" w14:paraId="22879074" w14:textId="50F67545">
      <w:pPr>
        <w:pStyle w:val="Heading3"/>
      </w:pPr>
      <w:r w:rsidRPr="23B851D9" w:rsidR="5AA47791">
        <w:rPr>
          <w:rFonts w:ascii="Calibri" w:hAnsi="Calibri" w:eastAsia="Calibri" w:cs="Calibri"/>
          <w:noProof w:val="0"/>
          <w:sz w:val="20"/>
          <w:szCs w:val="20"/>
          <w:lang w:val="en-US"/>
        </w:rPr>
        <w:t>FOREIGN KEY</w:t>
      </w:r>
    </w:p>
    <w:p w:rsidR="5AA47791" w:rsidRDefault="5AA47791" w14:paraId="212C7503" w14:textId="6CA7ED48">
      <w:r w:rsidRPr="23B851D9" w:rsidR="5AA47791">
        <w:rPr>
          <w:rFonts w:ascii="Calibri" w:hAnsi="Calibri" w:eastAsia="Calibri" w:cs="Calibri"/>
          <w:noProof w:val="0"/>
          <w:sz w:val="20"/>
          <w:szCs w:val="20"/>
          <w:lang w:val="en-US"/>
        </w:rPr>
        <w:t>Tā ir ārējā atslēga — saite uz citu tabulu.</w:t>
      </w:r>
    </w:p>
    <w:p w:rsidR="5AA47791" w:rsidRDefault="5AA47791" w14:paraId="3D8A4C12" w14:textId="5534BD50">
      <w:r w:rsidRPr="23B851D9" w:rsidR="5AA47791">
        <w:rPr>
          <w:rFonts w:ascii="Calibri" w:hAnsi="Calibri" w:eastAsia="Calibri" w:cs="Calibri"/>
          <w:noProof w:val="0"/>
          <w:sz w:val="20"/>
          <w:szCs w:val="20"/>
          <w:lang w:val="en-US"/>
        </w:rPr>
        <w:t>Piemēram:</w:t>
      </w:r>
    </w:p>
    <w:p w:rsidR="5AA47791" w:rsidRDefault="5AA47791" w14:paraId="76930DE7" w14:textId="30E9B67F">
      <w:r w:rsidRPr="23B851D9" w:rsidR="5AA47791">
        <w:rPr>
          <w:rFonts w:ascii="Consolas" w:hAnsi="Consolas" w:eastAsia="Consolas" w:cs="Consolas"/>
          <w:noProof w:val="0"/>
          <w:sz w:val="20"/>
          <w:szCs w:val="20"/>
          <w:lang w:val="en-US"/>
        </w:rPr>
        <w:t>ipasumi.maksatajs_id</w:t>
      </w:r>
      <w:r w:rsidRPr="23B851D9" w:rsidR="5AA47791">
        <w:rPr>
          <w:rFonts w:ascii="Calibri" w:hAnsi="Calibri" w:eastAsia="Calibri" w:cs="Calibri"/>
          <w:noProof w:val="0"/>
          <w:sz w:val="20"/>
          <w:szCs w:val="20"/>
          <w:lang w:val="en-US"/>
        </w:rPr>
        <w:t xml:space="preserve"> atsaucas uz </w:t>
      </w:r>
      <w:r w:rsidRPr="23B851D9" w:rsidR="5AA47791">
        <w:rPr>
          <w:rFonts w:ascii="Consolas" w:hAnsi="Consolas" w:eastAsia="Consolas" w:cs="Consolas"/>
          <w:noProof w:val="0"/>
          <w:sz w:val="20"/>
          <w:szCs w:val="20"/>
          <w:lang w:val="en-US"/>
        </w:rPr>
        <w:t>maksataji.maksatajs_id</w:t>
      </w:r>
    </w:p>
    <w:p w:rsidR="5AA47791" w:rsidRDefault="5AA47791" w14:paraId="15513DED" w14:textId="5E89AACA">
      <w:r w:rsidRPr="23B851D9" w:rsidR="5AA47791">
        <w:rPr>
          <w:rFonts w:ascii="Calibri" w:hAnsi="Calibri" w:eastAsia="Calibri" w:cs="Calibri"/>
          <w:noProof w:val="0"/>
          <w:sz w:val="20"/>
          <w:szCs w:val="20"/>
          <w:lang w:val="en-US"/>
        </w:rPr>
        <w:t xml:space="preserve">Tas nozīmē: īpašumam obligāti jābūt īpašniekam no tabulas </w:t>
      </w:r>
      <w:r w:rsidRPr="23B851D9" w:rsidR="5AA47791">
        <w:rPr>
          <w:rFonts w:ascii="Consolas" w:hAnsi="Consolas" w:eastAsia="Consolas" w:cs="Consolas"/>
          <w:noProof w:val="0"/>
          <w:sz w:val="20"/>
          <w:szCs w:val="20"/>
          <w:lang w:val="en-US"/>
        </w:rPr>
        <w:t>maksataji</w:t>
      </w:r>
      <w:r w:rsidRPr="23B851D9" w:rsidR="5AA47791">
        <w:rPr>
          <w:rFonts w:ascii="Calibri" w:hAnsi="Calibri" w:eastAsia="Calibri" w:cs="Calibri"/>
          <w:noProof w:val="0"/>
          <w:sz w:val="20"/>
          <w:szCs w:val="20"/>
          <w:lang w:val="en-US"/>
        </w:rPr>
        <w:t>.</w:t>
      </w:r>
    </w:p>
    <w:p w:rsidR="5AA47791" w:rsidRDefault="5AA47791" w14:paraId="64C85F16" w14:textId="6BFA1217">
      <w:r w:rsidRPr="23B851D9" w:rsidR="5AA47791">
        <w:rPr>
          <w:rFonts w:ascii="Calibri" w:hAnsi="Calibri" w:eastAsia="Calibri" w:cs="Calibri"/>
          <w:noProof w:val="0"/>
          <w:sz w:val="20"/>
          <w:szCs w:val="20"/>
          <w:lang w:val="en-US"/>
        </w:rPr>
        <w:t>HeidiSQL:</w:t>
      </w:r>
    </w:p>
    <w:p w:rsidR="5AA47791" w:rsidRDefault="5AA47791" w14:paraId="08949906" w14:textId="34836BA7">
      <w:r w:rsidRPr="23B851D9" w:rsidR="5AA47791">
        <w:rPr>
          <w:rFonts w:ascii="Calibri" w:hAnsi="Calibri" w:eastAsia="Calibri" w:cs="Calibri"/>
          <w:b w:val="1"/>
          <w:bCs w:val="1"/>
          <w:noProof w:val="0"/>
          <w:sz w:val="20"/>
          <w:szCs w:val="20"/>
          <w:lang w:val="en-US"/>
        </w:rPr>
        <w:t>Foreign keys → Add</w:t>
      </w:r>
    </w:p>
    <w:p w:rsidR="5AA47791" w:rsidRDefault="5AA47791" w14:paraId="12E45DDA" w14:textId="06710CE5">
      <w:r w:rsidRPr="23B851D9" w:rsidR="5AA47791">
        <w:rPr>
          <w:rFonts w:ascii="Calibri" w:hAnsi="Calibri" w:eastAsia="Calibri" w:cs="Calibri"/>
          <w:noProof w:val="0"/>
          <w:sz w:val="20"/>
          <w:szCs w:val="20"/>
          <w:lang w:val="en-US"/>
        </w:rPr>
        <w:t>Tur izvēlies:</w:t>
      </w:r>
    </w:p>
    <w:p w:rsidR="5AA47791" w:rsidP="23B851D9" w:rsidRDefault="5AA47791" w14:paraId="0AFAAAC1" w14:textId="254074FD">
      <w:pPr>
        <w:pStyle w:val="ListParagraph"/>
        <w:numPr>
          <w:ilvl w:val="0"/>
          <w:numId w:val="14"/>
        </w:numPr>
        <w:bidi w:val="0"/>
        <w:spacing w:before="0" w:beforeAutospacing="off" w:after="0" w:afterAutospacing="off"/>
        <w:rPr>
          <w:rFonts w:ascii="Calibri" w:hAnsi="Calibri" w:eastAsia="Calibri" w:cs="Calibri"/>
          <w:noProof w:val="0"/>
          <w:sz w:val="20"/>
          <w:szCs w:val="20"/>
          <w:lang w:val="en-US"/>
        </w:rPr>
      </w:pPr>
      <w:r w:rsidRPr="23B851D9" w:rsidR="5AA47791">
        <w:rPr>
          <w:rFonts w:ascii="Calibri" w:hAnsi="Calibri" w:eastAsia="Calibri" w:cs="Calibri"/>
          <w:noProof w:val="0"/>
          <w:sz w:val="20"/>
          <w:szCs w:val="20"/>
          <w:lang w:val="en-US"/>
        </w:rPr>
        <w:t xml:space="preserve">local column: piemēram, </w:t>
      </w:r>
      <w:r w:rsidRPr="23B851D9" w:rsidR="5AA47791">
        <w:rPr>
          <w:rFonts w:ascii="Consolas" w:hAnsi="Consolas" w:eastAsia="Consolas" w:cs="Consolas"/>
          <w:noProof w:val="0"/>
          <w:sz w:val="20"/>
          <w:szCs w:val="20"/>
          <w:lang w:val="en-US"/>
        </w:rPr>
        <w:t>maksatajs_id</w:t>
      </w:r>
      <w:r w:rsidRPr="23B851D9" w:rsidR="5AA47791">
        <w:rPr>
          <w:rFonts w:ascii="Calibri" w:hAnsi="Calibri" w:eastAsia="Calibri" w:cs="Calibri"/>
          <w:noProof w:val="0"/>
          <w:sz w:val="20"/>
          <w:szCs w:val="20"/>
          <w:lang w:val="en-US"/>
        </w:rPr>
        <w:t xml:space="preserve"> </w:t>
      </w:r>
    </w:p>
    <w:p w:rsidR="5AA47791" w:rsidP="23B851D9" w:rsidRDefault="5AA47791" w14:paraId="465E74E9" w14:textId="74423366">
      <w:pPr>
        <w:pStyle w:val="ListParagraph"/>
        <w:numPr>
          <w:ilvl w:val="0"/>
          <w:numId w:val="14"/>
        </w:numPr>
        <w:bidi w:val="0"/>
        <w:spacing w:before="0" w:beforeAutospacing="off" w:after="0" w:afterAutospacing="off"/>
        <w:rPr>
          <w:rFonts w:ascii="Calibri" w:hAnsi="Calibri" w:eastAsia="Calibri" w:cs="Calibri"/>
          <w:noProof w:val="0"/>
          <w:sz w:val="20"/>
          <w:szCs w:val="20"/>
          <w:lang w:val="en-US"/>
        </w:rPr>
      </w:pPr>
      <w:r w:rsidRPr="23B851D9" w:rsidR="5AA47791">
        <w:rPr>
          <w:rFonts w:ascii="Calibri" w:hAnsi="Calibri" w:eastAsia="Calibri" w:cs="Calibri"/>
          <w:noProof w:val="0"/>
          <w:sz w:val="20"/>
          <w:szCs w:val="20"/>
          <w:lang w:val="en-US"/>
        </w:rPr>
        <w:t xml:space="preserve">reference table: </w:t>
      </w:r>
      <w:r w:rsidRPr="23B851D9" w:rsidR="5AA47791">
        <w:rPr>
          <w:rFonts w:ascii="Consolas" w:hAnsi="Consolas" w:eastAsia="Consolas" w:cs="Consolas"/>
          <w:noProof w:val="0"/>
          <w:sz w:val="20"/>
          <w:szCs w:val="20"/>
          <w:lang w:val="en-US"/>
        </w:rPr>
        <w:t>maksataji</w:t>
      </w:r>
      <w:r w:rsidRPr="23B851D9" w:rsidR="5AA47791">
        <w:rPr>
          <w:rFonts w:ascii="Calibri" w:hAnsi="Calibri" w:eastAsia="Calibri" w:cs="Calibri"/>
          <w:noProof w:val="0"/>
          <w:sz w:val="20"/>
          <w:szCs w:val="20"/>
          <w:lang w:val="en-US"/>
        </w:rPr>
        <w:t xml:space="preserve"> </w:t>
      </w:r>
    </w:p>
    <w:p w:rsidR="5AA47791" w:rsidP="23B851D9" w:rsidRDefault="5AA47791" w14:paraId="3100CFD4" w14:textId="0799FF8C">
      <w:pPr>
        <w:pStyle w:val="ListParagraph"/>
        <w:numPr>
          <w:ilvl w:val="0"/>
          <w:numId w:val="14"/>
        </w:numPr>
        <w:bidi w:val="0"/>
        <w:spacing w:before="0" w:beforeAutospacing="off" w:after="0" w:afterAutospacing="off"/>
        <w:rPr>
          <w:rFonts w:ascii="Calibri" w:hAnsi="Calibri" w:eastAsia="Calibri" w:cs="Calibri"/>
          <w:noProof w:val="0"/>
          <w:sz w:val="20"/>
          <w:szCs w:val="20"/>
          <w:lang w:val="en-US"/>
        </w:rPr>
      </w:pPr>
      <w:r w:rsidRPr="23B851D9" w:rsidR="5AA47791">
        <w:rPr>
          <w:rFonts w:ascii="Calibri" w:hAnsi="Calibri" w:eastAsia="Calibri" w:cs="Calibri"/>
          <w:noProof w:val="0"/>
          <w:sz w:val="20"/>
          <w:szCs w:val="20"/>
          <w:lang w:val="en-US"/>
        </w:rPr>
        <w:t xml:space="preserve">reference column: </w:t>
      </w:r>
      <w:r w:rsidRPr="23B851D9" w:rsidR="5AA47791">
        <w:rPr>
          <w:rFonts w:ascii="Consolas" w:hAnsi="Consolas" w:eastAsia="Consolas" w:cs="Consolas"/>
          <w:noProof w:val="0"/>
          <w:sz w:val="20"/>
          <w:szCs w:val="20"/>
          <w:lang w:val="en-US"/>
        </w:rPr>
        <w:t>maksatajs_id</w:t>
      </w:r>
      <w:r w:rsidRPr="23B851D9" w:rsidR="5AA47791">
        <w:rPr>
          <w:rFonts w:ascii="Calibri" w:hAnsi="Calibri" w:eastAsia="Calibri" w:cs="Calibri"/>
          <w:noProof w:val="0"/>
          <w:sz w:val="20"/>
          <w:szCs w:val="20"/>
          <w:lang w:val="en-US"/>
        </w:rPr>
        <w:t xml:space="preserve"> </w:t>
      </w:r>
    </w:p>
    <w:p w:rsidR="5AA47791" w:rsidP="23B851D9" w:rsidRDefault="5AA47791" w14:paraId="6EAB9F0F" w14:textId="466212FA">
      <w:pPr>
        <w:pStyle w:val="ListParagraph"/>
        <w:numPr>
          <w:ilvl w:val="0"/>
          <w:numId w:val="14"/>
        </w:numPr>
        <w:bidi w:val="0"/>
        <w:spacing w:before="0" w:beforeAutospacing="off" w:after="0" w:afterAutospacing="off"/>
        <w:rPr>
          <w:rFonts w:ascii="Calibri" w:hAnsi="Calibri" w:eastAsia="Calibri" w:cs="Calibri"/>
          <w:noProof w:val="0"/>
          <w:sz w:val="20"/>
          <w:szCs w:val="20"/>
          <w:lang w:val="en-US"/>
        </w:rPr>
      </w:pPr>
      <w:r w:rsidRPr="23B851D9" w:rsidR="5AA47791">
        <w:rPr>
          <w:rFonts w:ascii="Calibri" w:hAnsi="Calibri" w:eastAsia="Calibri" w:cs="Calibri"/>
          <w:noProof w:val="0"/>
          <w:sz w:val="20"/>
          <w:szCs w:val="20"/>
          <w:lang w:val="en-US"/>
        </w:rPr>
        <w:t xml:space="preserve">ON UPDATE: </w:t>
      </w:r>
      <w:r w:rsidRPr="23B851D9" w:rsidR="5AA47791">
        <w:rPr>
          <w:rFonts w:ascii="Consolas" w:hAnsi="Consolas" w:eastAsia="Consolas" w:cs="Consolas"/>
          <w:noProof w:val="0"/>
          <w:sz w:val="20"/>
          <w:szCs w:val="20"/>
          <w:lang w:val="en-US"/>
        </w:rPr>
        <w:t>CASCADE</w:t>
      </w:r>
      <w:r w:rsidRPr="23B851D9" w:rsidR="5AA47791">
        <w:rPr>
          <w:rFonts w:ascii="Calibri" w:hAnsi="Calibri" w:eastAsia="Calibri" w:cs="Calibri"/>
          <w:noProof w:val="0"/>
          <w:sz w:val="20"/>
          <w:szCs w:val="20"/>
          <w:lang w:val="en-US"/>
        </w:rPr>
        <w:t xml:space="preserve"> </w:t>
      </w:r>
    </w:p>
    <w:p w:rsidR="5AA47791" w:rsidP="23B851D9" w:rsidRDefault="5AA47791" w14:paraId="3349E600" w14:textId="41C8B08D">
      <w:pPr>
        <w:pStyle w:val="ListParagraph"/>
        <w:numPr>
          <w:ilvl w:val="0"/>
          <w:numId w:val="14"/>
        </w:numPr>
        <w:bidi w:val="0"/>
        <w:spacing w:before="0" w:beforeAutospacing="off" w:after="0" w:afterAutospacing="off"/>
        <w:rPr>
          <w:rFonts w:ascii="Consolas" w:hAnsi="Consolas" w:eastAsia="Consolas" w:cs="Consolas"/>
          <w:noProof w:val="0"/>
          <w:sz w:val="20"/>
          <w:szCs w:val="20"/>
          <w:lang w:val="en-US"/>
        </w:rPr>
      </w:pPr>
      <w:r w:rsidRPr="23B851D9" w:rsidR="5AA47791">
        <w:rPr>
          <w:rFonts w:ascii="Calibri" w:hAnsi="Calibri" w:eastAsia="Calibri" w:cs="Calibri"/>
          <w:noProof w:val="0"/>
          <w:sz w:val="20"/>
          <w:szCs w:val="20"/>
          <w:lang w:val="en-US"/>
        </w:rPr>
        <w:t xml:space="preserve">ON DELETE: </w:t>
      </w:r>
      <w:r w:rsidRPr="23B851D9" w:rsidR="5AA47791">
        <w:rPr>
          <w:rFonts w:ascii="Consolas" w:hAnsi="Consolas" w:eastAsia="Consolas" w:cs="Consolas"/>
          <w:noProof w:val="0"/>
          <w:sz w:val="20"/>
          <w:szCs w:val="20"/>
          <w:lang w:val="en-US"/>
        </w:rPr>
        <w:t>RESTRICT</w:t>
      </w:r>
    </w:p>
    <w:p w:rsidR="23B851D9" w:rsidP="23B851D9" w:rsidRDefault="23B851D9" w14:paraId="436D7723" w14:textId="3C81201F">
      <w:pPr>
        <w:pStyle w:val="ListParagraph"/>
        <w:bidi w:val="0"/>
        <w:spacing w:before="0" w:beforeAutospacing="off" w:after="0" w:afterAutospacing="off"/>
        <w:ind w:left="720"/>
        <w:rPr>
          <w:rFonts w:ascii="Consolas" w:hAnsi="Consolas" w:eastAsia="Consolas" w:cs="Consolas"/>
          <w:noProof w:val="0"/>
          <w:sz w:val="20"/>
          <w:szCs w:val="20"/>
          <w:lang w:val="en-US"/>
        </w:rPr>
      </w:pPr>
    </w:p>
    <w:p w:rsidR="01D2D769" w:rsidP="23B851D9" w:rsidRDefault="01D2D769" w14:paraId="4E6BA987" w14:textId="289EAD1A">
      <w:pPr>
        <w:pStyle w:val="Heading2"/>
      </w:pPr>
      <w:r w:rsidRPr="23B851D9" w:rsidR="01D2D769">
        <w:rPr>
          <w:rFonts w:ascii="Calibri" w:hAnsi="Calibri" w:eastAsia="Calibri" w:cs="Calibri"/>
          <w:noProof w:val="0"/>
          <w:sz w:val="20"/>
          <w:szCs w:val="20"/>
          <w:lang w:val="en-US"/>
        </w:rPr>
        <w:t xml:space="preserve">1. Tabula </w:t>
      </w:r>
      <w:r w:rsidRPr="23B851D9" w:rsidR="01D2D769">
        <w:rPr>
          <w:rFonts w:ascii="Consolas" w:hAnsi="Consolas" w:eastAsia="Consolas" w:cs="Consolas"/>
          <w:noProof w:val="0"/>
          <w:sz w:val="20"/>
          <w:szCs w:val="20"/>
          <w:lang w:val="en-US"/>
        </w:rPr>
        <w:t>maksataji</w:t>
      </w:r>
    </w:p>
    <w:p w:rsidR="01D2D769" w:rsidRDefault="01D2D769" w14:paraId="18603FD7" w14:textId="193F81EB">
      <w:r w:rsidRPr="23B851D9" w:rsidR="01D2D769">
        <w:rPr>
          <w:rFonts w:ascii="Calibri" w:hAnsi="Calibri" w:eastAsia="Calibri" w:cs="Calibri"/>
          <w:noProof w:val="0"/>
          <w:sz w:val="20"/>
          <w:szCs w:val="20"/>
          <w:lang w:val="en-US"/>
        </w:rPr>
        <w:t>Kolonnas:</w:t>
      </w:r>
    </w:p>
    <w:p w:rsidR="01D2D769" w:rsidRDefault="01D2D769" w14:paraId="7C1E815F" w14:textId="0DDC2DEE">
      <w:r w:rsidRPr="23B851D9" w:rsidR="01D2D769">
        <w:rPr>
          <w:rFonts w:ascii="Consolas" w:hAnsi="Consolas" w:eastAsia="Consolas" w:cs="Consolas"/>
          <w:noProof w:val="0"/>
          <w:sz w:val="20"/>
          <w:szCs w:val="20"/>
          <w:lang w:val="en-US"/>
        </w:rPr>
        <w:t>maksatajs_id</w:t>
      </w:r>
      <w:r>
        <w:br/>
      </w:r>
      <w:r w:rsidRPr="23B851D9" w:rsidR="01D2D769">
        <w:rPr>
          <w:rFonts w:ascii="Calibri" w:hAnsi="Calibri" w:eastAsia="Calibri" w:cs="Calibri"/>
          <w:noProof w:val="0"/>
          <w:sz w:val="20"/>
          <w:szCs w:val="20"/>
          <w:lang w:val="en-US"/>
        </w:rPr>
        <w:t xml:space="preserve"> Tips: </w:t>
      </w:r>
      <w:r w:rsidRPr="23B851D9" w:rsidR="01D2D769">
        <w:rPr>
          <w:rFonts w:ascii="Consolas" w:hAnsi="Consolas" w:eastAsia="Consolas" w:cs="Consolas"/>
          <w:noProof w:val="0"/>
          <w:sz w:val="20"/>
          <w:szCs w:val="20"/>
          <w:lang w:val="en-US"/>
        </w:rPr>
        <w:t>INT UNSIGNED</w:t>
      </w:r>
      <w:r>
        <w:br/>
      </w:r>
      <w:r w:rsidRPr="23B851D9" w:rsidR="01D2D769">
        <w:rPr>
          <w:rFonts w:ascii="Calibri" w:hAnsi="Calibri" w:eastAsia="Calibri" w:cs="Calibri"/>
          <w:noProof w:val="0"/>
          <w:sz w:val="20"/>
          <w:szCs w:val="20"/>
          <w:lang w:val="en-US"/>
        </w:rPr>
        <w:t xml:space="preserve"> Jāatzīmē: </w:t>
      </w:r>
      <w:r w:rsidRPr="23B851D9" w:rsidR="01D2D769">
        <w:rPr>
          <w:rFonts w:ascii="Consolas" w:hAnsi="Consolas" w:eastAsia="Consolas" w:cs="Consolas"/>
          <w:noProof w:val="0"/>
          <w:sz w:val="20"/>
          <w:szCs w:val="20"/>
          <w:lang w:val="en-US"/>
        </w:rPr>
        <w:t>NOT NULL</w:t>
      </w:r>
      <w:r w:rsidRPr="23B851D9" w:rsidR="01D2D769">
        <w:rPr>
          <w:rFonts w:ascii="Calibri" w:hAnsi="Calibri" w:eastAsia="Calibri" w:cs="Calibri"/>
          <w:noProof w:val="0"/>
          <w:sz w:val="20"/>
          <w:szCs w:val="20"/>
          <w:lang w:val="en-US"/>
        </w:rPr>
        <w:t xml:space="preserve">, </w:t>
      </w:r>
      <w:r w:rsidRPr="23B851D9" w:rsidR="01D2D769">
        <w:rPr>
          <w:rFonts w:ascii="Consolas" w:hAnsi="Consolas" w:eastAsia="Consolas" w:cs="Consolas"/>
          <w:noProof w:val="0"/>
          <w:sz w:val="20"/>
          <w:szCs w:val="20"/>
          <w:lang w:val="en-US"/>
        </w:rPr>
        <w:t>AUTO_INCREMENT</w:t>
      </w:r>
      <w:r w:rsidRPr="23B851D9" w:rsidR="01D2D769">
        <w:rPr>
          <w:rFonts w:ascii="Calibri" w:hAnsi="Calibri" w:eastAsia="Calibri" w:cs="Calibri"/>
          <w:noProof w:val="0"/>
          <w:sz w:val="20"/>
          <w:szCs w:val="20"/>
          <w:lang w:val="en-US"/>
        </w:rPr>
        <w:t xml:space="preserve">, </w:t>
      </w:r>
      <w:r w:rsidRPr="23B851D9" w:rsidR="01D2D769">
        <w:rPr>
          <w:rFonts w:ascii="Consolas" w:hAnsi="Consolas" w:eastAsia="Consolas" w:cs="Consolas"/>
          <w:noProof w:val="0"/>
          <w:sz w:val="20"/>
          <w:szCs w:val="20"/>
          <w:lang w:val="en-US"/>
        </w:rPr>
        <w:t>PRIMARY KEY</w:t>
      </w:r>
    </w:p>
    <w:p w:rsidR="01D2D769" w:rsidRDefault="01D2D769" w14:paraId="56186855" w14:textId="4098D782">
      <w:r w:rsidRPr="23B851D9" w:rsidR="01D2D769">
        <w:rPr>
          <w:rFonts w:ascii="Consolas" w:hAnsi="Consolas" w:eastAsia="Consolas" w:cs="Consolas"/>
          <w:noProof w:val="0"/>
          <w:sz w:val="20"/>
          <w:szCs w:val="20"/>
          <w:lang w:val="en-US"/>
        </w:rPr>
        <w:t>vards</w:t>
      </w:r>
      <w:r>
        <w:br/>
      </w:r>
      <w:r w:rsidRPr="23B851D9" w:rsidR="01D2D769">
        <w:rPr>
          <w:rFonts w:ascii="Calibri" w:hAnsi="Calibri" w:eastAsia="Calibri" w:cs="Calibri"/>
          <w:noProof w:val="0"/>
          <w:sz w:val="20"/>
          <w:szCs w:val="20"/>
          <w:lang w:val="en-US"/>
        </w:rPr>
        <w:t xml:space="preserve"> Tips: </w:t>
      </w:r>
      <w:r w:rsidRPr="23B851D9" w:rsidR="01D2D769">
        <w:rPr>
          <w:rFonts w:ascii="Consolas" w:hAnsi="Consolas" w:eastAsia="Consolas" w:cs="Consolas"/>
          <w:noProof w:val="0"/>
          <w:sz w:val="20"/>
          <w:szCs w:val="20"/>
          <w:lang w:val="en-US"/>
        </w:rPr>
        <w:t>VARCHAR(50)</w:t>
      </w:r>
      <w:r>
        <w:br/>
      </w:r>
      <w:r w:rsidRPr="23B851D9" w:rsidR="01D2D769">
        <w:rPr>
          <w:rFonts w:ascii="Calibri" w:hAnsi="Calibri" w:eastAsia="Calibri" w:cs="Calibri"/>
          <w:noProof w:val="0"/>
          <w:sz w:val="20"/>
          <w:szCs w:val="20"/>
          <w:lang w:val="en-US"/>
        </w:rPr>
        <w:t xml:space="preserve"> Jāatzīmē: </w:t>
      </w:r>
      <w:r w:rsidRPr="23B851D9" w:rsidR="01D2D769">
        <w:rPr>
          <w:rFonts w:ascii="Consolas" w:hAnsi="Consolas" w:eastAsia="Consolas" w:cs="Consolas"/>
          <w:noProof w:val="0"/>
          <w:sz w:val="20"/>
          <w:szCs w:val="20"/>
          <w:lang w:val="en-US"/>
        </w:rPr>
        <w:t>NOT NULL</w:t>
      </w:r>
    </w:p>
    <w:p w:rsidR="01D2D769" w:rsidRDefault="01D2D769" w14:paraId="6020AF0A" w14:textId="77E41EDA">
      <w:r w:rsidRPr="23B851D9" w:rsidR="01D2D769">
        <w:rPr>
          <w:rFonts w:ascii="Consolas" w:hAnsi="Consolas" w:eastAsia="Consolas" w:cs="Consolas"/>
          <w:noProof w:val="0"/>
          <w:sz w:val="20"/>
          <w:szCs w:val="20"/>
          <w:lang w:val="en-US"/>
        </w:rPr>
        <w:t>uzvards</w:t>
      </w:r>
      <w:r>
        <w:br/>
      </w:r>
      <w:r w:rsidRPr="23B851D9" w:rsidR="01D2D769">
        <w:rPr>
          <w:rFonts w:ascii="Calibri" w:hAnsi="Calibri" w:eastAsia="Calibri" w:cs="Calibri"/>
          <w:noProof w:val="0"/>
          <w:sz w:val="20"/>
          <w:szCs w:val="20"/>
          <w:lang w:val="en-US"/>
        </w:rPr>
        <w:t xml:space="preserve"> Tips: </w:t>
      </w:r>
      <w:r w:rsidRPr="23B851D9" w:rsidR="01D2D769">
        <w:rPr>
          <w:rFonts w:ascii="Consolas" w:hAnsi="Consolas" w:eastAsia="Consolas" w:cs="Consolas"/>
          <w:noProof w:val="0"/>
          <w:sz w:val="20"/>
          <w:szCs w:val="20"/>
          <w:lang w:val="en-US"/>
        </w:rPr>
        <w:t>VARCHAR(50)</w:t>
      </w:r>
      <w:r>
        <w:br/>
      </w:r>
      <w:r w:rsidRPr="23B851D9" w:rsidR="01D2D769">
        <w:rPr>
          <w:rFonts w:ascii="Calibri" w:hAnsi="Calibri" w:eastAsia="Calibri" w:cs="Calibri"/>
          <w:noProof w:val="0"/>
          <w:sz w:val="20"/>
          <w:szCs w:val="20"/>
          <w:lang w:val="en-US"/>
        </w:rPr>
        <w:t xml:space="preserve"> Jāatzīmē: </w:t>
      </w:r>
      <w:r w:rsidRPr="23B851D9" w:rsidR="01D2D769">
        <w:rPr>
          <w:rFonts w:ascii="Consolas" w:hAnsi="Consolas" w:eastAsia="Consolas" w:cs="Consolas"/>
          <w:noProof w:val="0"/>
          <w:sz w:val="20"/>
          <w:szCs w:val="20"/>
          <w:lang w:val="en-US"/>
        </w:rPr>
        <w:t>NOT NULL</w:t>
      </w:r>
    </w:p>
    <w:p w:rsidR="01D2D769" w:rsidRDefault="01D2D769" w14:paraId="674A035B" w14:textId="04A16450">
      <w:r w:rsidRPr="23B851D9" w:rsidR="01D2D769">
        <w:rPr>
          <w:rFonts w:ascii="Calibri" w:hAnsi="Calibri" w:eastAsia="Calibri" w:cs="Calibri"/>
          <w:noProof w:val="0"/>
          <w:sz w:val="20"/>
          <w:szCs w:val="20"/>
          <w:lang w:val="en-US"/>
        </w:rPr>
        <w:t>Šai tabulai nav ārējo atslēgu.</w:t>
      </w:r>
    </w:p>
    <w:p w:rsidR="23B851D9" w:rsidRDefault="23B851D9" w14:paraId="7D60F3D1" w14:textId="1256F7CC"/>
    <w:p w:rsidR="01D2D769" w:rsidP="23B851D9" w:rsidRDefault="01D2D769" w14:paraId="65CE1929" w14:textId="1B1F5580">
      <w:pPr>
        <w:pStyle w:val="Heading2"/>
      </w:pPr>
      <w:r w:rsidRPr="23B851D9" w:rsidR="01D2D769">
        <w:rPr>
          <w:rFonts w:ascii="Calibri" w:hAnsi="Calibri" w:eastAsia="Calibri" w:cs="Calibri"/>
          <w:noProof w:val="0"/>
          <w:sz w:val="20"/>
          <w:szCs w:val="20"/>
          <w:lang w:val="en-US"/>
        </w:rPr>
        <w:t xml:space="preserve">2. Tabula </w:t>
      </w:r>
      <w:r w:rsidRPr="23B851D9" w:rsidR="01D2D769">
        <w:rPr>
          <w:rFonts w:ascii="Consolas" w:hAnsi="Consolas" w:eastAsia="Consolas" w:cs="Consolas"/>
          <w:noProof w:val="0"/>
          <w:sz w:val="20"/>
          <w:szCs w:val="20"/>
          <w:lang w:val="en-US"/>
        </w:rPr>
        <w:t>ipasumi</w:t>
      </w:r>
    </w:p>
    <w:p w:rsidR="01D2D769" w:rsidRDefault="01D2D769" w14:paraId="2C1E744C" w14:textId="5BB0A076">
      <w:r w:rsidRPr="23B851D9" w:rsidR="01D2D769">
        <w:rPr>
          <w:rFonts w:ascii="Calibri" w:hAnsi="Calibri" w:eastAsia="Calibri" w:cs="Calibri"/>
          <w:noProof w:val="0"/>
          <w:sz w:val="20"/>
          <w:szCs w:val="20"/>
          <w:lang w:val="en-US"/>
        </w:rPr>
        <w:t>Kolonnas:</w:t>
      </w:r>
    </w:p>
    <w:p w:rsidR="01D2D769" w:rsidRDefault="01D2D769" w14:paraId="4F32D18C" w14:textId="6DCF3A72">
      <w:r w:rsidRPr="23B851D9" w:rsidR="01D2D769">
        <w:rPr>
          <w:rFonts w:ascii="Consolas" w:hAnsi="Consolas" w:eastAsia="Consolas" w:cs="Consolas"/>
          <w:noProof w:val="0"/>
          <w:sz w:val="20"/>
          <w:szCs w:val="20"/>
          <w:lang w:val="en-US"/>
        </w:rPr>
        <w:t>ipasums_id</w:t>
      </w:r>
      <w:r>
        <w:br/>
      </w:r>
      <w:r w:rsidRPr="23B851D9" w:rsidR="01D2D769">
        <w:rPr>
          <w:rFonts w:ascii="Calibri" w:hAnsi="Calibri" w:eastAsia="Calibri" w:cs="Calibri"/>
          <w:noProof w:val="0"/>
          <w:sz w:val="20"/>
          <w:szCs w:val="20"/>
          <w:lang w:val="en-US"/>
        </w:rPr>
        <w:t xml:space="preserve"> Tips: </w:t>
      </w:r>
      <w:r w:rsidRPr="23B851D9" w:rsidR="01D2D769">
        <w:rPr>
          <w:rFonts w:ascii="Consolas" w:hAnsi="Consolas" w:eastAsia="Consolas" w:cs="Consolas"/>
          <w:noProof w:val="0"/>
          <w:sz w:val="20"/>
          <w:szCs w:val="20"/>
          <w:lang w:val="en-US"/>
        </w:rPr>
        <w:t>INT UNSIGNED</w:t>
      </w:r>
      <w:r>
        <w:br/>
      </w:r>
      <w:r w:rsidRPr="23B851D9" w:rsidR="01D2D769">
        <w:rPr>
          <w:rFonts w:ascii="Calibri" w:hAnsi="Calibri" w:eastAsia="Calibri" w:cs="Calibri"/>
          <w:noProof w:val="0"/>
          <w:sz w:val="20"/>
          <w:szCs w:val="20"/>
          <w:lang w:val="en-US"/>
        </w:rPr>
        <w:t xml:space="preserve"> Jāatzīmē: </w:t>
      </w:r>
      <w:r w:rsidRPr="23B851D9" w:rsidR="01D2D769">
        <w:rPr>
          <w:rFonts w:ascii="Consolas" w:hAnsi="Consolas" w:eastAsia="Consolas" w:cs="Consolas"/>
          <w:noProof w:val="0"/>
          <w:sz w:val="20"/>
          <w:szCs w:val="20"/>
          <w:lang w:val="en-US"/>
        </w:rPr>
        <w:t>NOT NULL</w:t>
      </w:r>
      <w:r w:rsidRPr="23B851D9" w:rsidR="01D2D769">
        <w:rPr>
          <w:rFonts w:ascii="Calibri" w:hAnsi="Calibri" w:eastAsia="Calibri" w:cs="Calibri"/>
          <w:noProof w:val="0"/>
          <w:sz w:val="20"/>
          <w:szCs w:val="20"/>
          <w:lang w:val="en-US"/>
        </w:rPr>
        <w:t xml:space="preserve">, </w:t>
      </w:r>
      <w:r w:rsidRPr="23B851D9" w:rsidR="01D2D769">
        <w:rPr>
          <w:rFonts w:ascii="Consolas" w:hAnsi="Consolas" w:eastAsia="Consolas" w:cs="Consolas"/>
          <w:noProof w:val="0"/>
          <w:sz w:val="20"/>
          <w:szCs w:val="20"/>
          <w:lang w:val="en-US"/>
        </w:rPr>
        <w:t>AUTO_INCREMENT</w:t>
      </w:r>
      <w:r w:rsidRPr="23B851D9" w:rsidR="01D2D769">
        <w:rPr>
          <w:rFonts w:ascii="Calibri" w:hAnsi="Calibri" w:eastAsia="Calibri" w:cs="Calibri"/>
          <w:noProof w:val="0"/>
          <w:sz w:val="20"/>
          <w:szCs w:val="20"/>
          <w:lang w:val="en-US"/>
        </w:rPr>
        <w:t xml:space="preserve">, </w:t>
      </w:r>
      <w:r w:rsidRPr="23B851D9" w:rsidR="01D2D769">
        <w:rPr>
          <w:rFonts w:ascii="Consolas" w:hAnsi="Consolas" w:eastAsia="Consolas" w:cs="Consolas"/>
          <w:noProof w:val="0"/>
          <w:sz w:val="20"/>
          <w:szCs w:val="20"/>
          <w:lang w:val="en-US"/>
        </w:rPr>
        <w:t>PRIMARY KEY</w:t>
      </w:r>
    </w:p>
    <w:p w:rsidR="01D2D769" w:rsidRDefault="01D2D769" w14:paraId="7EF4F135" w14:textId="3B5AFF0D">
      <w:r w:rsidRPr="23B851D9" w:rsidR="01D2D769">
        <w:rPr>
          <w:rFonts w:ascii="Consolas" w:hAnsi="Consolas" w:eastAsia="Consolas" w:cs="Consolas"/>
          <w:noProof w:val="0"/>
          <w:sz w:val="20"/>
          <w:szCs w:val="20"/>
          <w:lang w:val="en-US"/>
        </w:rPr>
        <w:t>nosaukums</w:t>
      </w:r>
      <w:r>
        <w:br/>
      </w:r>
      <w:r w:rsidRPr="23B851D9" w:rsidR="01D2D769">
        <w:rPr>
          <w:rFonts w:ascii="Calibri" w:hAnsi="Calibri" w:eastAsia="Calibri" w:cs="Calibri"/>
          <w:noProof w:val="0"/>
          <w:sz w:val="20"/>
          <w:szCs w:val="20"/>
          <w:lang w:val="en-US"/>
        </w:rPr>
        <w:t xml:space="preserve"> Tips: </w:t>
      </w:r>
      <w:r w:rsidRPr="23B851D9" w:rsidR="01D2D769">
        <w:rPr>
          <w:rFonts w:ascii="Consolas" w:hAnsi="Consolas" w:eastAsia="Consolas" w:cs="Consolas"/>
          <w:noProof w:val="0"/>
          <w:sz w:val="20"/>
          <w:szCs w:val="20"/>
          <w:lang w:val="en-US"/>
        </w:rPr>
        <w:t>VARCHAR(100)</w:t>
      </w:r>
      <w:r>
        <w:br/>
      </w:r>
      <w:r w:rsidRPr="23B851D9" w:rsidR="01D2D769">
        <w:rPr>
          <w:rFonts w:ascii="Calibri" w:hAnsi="Calibri" w:eastAsia="Calibri" w:cs="Calibri"/>
          <w:noProof w:val="0"/>
          <w:sz w:val="20"/>
          <w:szCs w:val="20"/>
          <w:lang w:val="en-US"/>
        </w:rPr>
        <w:t xml:space="preserve"> Jāatzīmē: </w:t>
      </w:r>
      <w:r w:rsidRPr="23B851D9" w:rsidR="01D2D769">
        <w:rPr>
          <w:rFonts w:ascii="Consolas" w:hAnsi="Consolas" w:eastAsia="Consolas" w:cs="Consolas"/>
          <w:noProof w:val="0"/>
          <w:sz w:val="20"/>
          <w:szCs w:val="20"/>
          <w:lang w:val="en-US"/>
        </w:rPr>
        <w:t>NOT NULL</w:t>
      </w:r>
    </w:p>
    <w:p w:rsidR="01D2D769" w:rsidRDefault="01D2D769" w14:paraId="023F7B42" w14:textId="5DA89660">
      <w:r w:rsidRPr="23B851D9" w:rsidR="01D2D769">
        <w:rPr>
          <w:rFonts w:ascii="Consolas" w:hAnsi="Consolas" w:eastAsia="Consolas" w:cs="Consolas"/>
          <w:noProof w:val="0"/>
          <w:sz w:val="20"/>
          <w:szCs w:val="20"/>
          <w:lang w:val="en-US"/>
        </w:rPr>
        <w:t>kadastra_nr</w:t>
      </w:r>
      <w:r>
        <w:br/>
      </w:r>
      <w:r w:rsidRPr="23B851D9" w:rsidR="01D2D769">
        <w:rPr>
          <w:rFonts w:ascii="Calibri" w:hAnsi="Calibri" w:eastAsia="Calibri" w:cs="Calibri"/>
          <w:noProof w:val="0"/>
          <w:sz w:val="20"/>
          <w:szCs w:val="20"/>
          <w:lang w:val="en-US"/>
        </w:rPr>
        <w:t xml:space="preserve"> Tips: </w:t>
      </w:r>
      <w:r w:rsidRPr="23B851D9" w:rsidR="01D2D769">
        <w:rPr>
          <w:rFonts w:ascii="Consolas" w:hAnsi="Consolas" w:eastAsia="Consolas" w:cs="Consolas"/>
          <w:noProof w:val="0"/>
          <w:sz w:val="20"/>
          <w:szCs w:val="20"/>
          <w:lang w:val="en-US"/>
        </w:rPr>
        <w:t>VARCHAR(20)</w:t>
      </w:r>
      <w:r>
        <w:br/>
      </w:r>
      <w:r w:rsidRPr="23B851D9" w:rsidR="01D2D769">
        <w:rPr>
          <w:rFonts w:ascii="Calibri" w:hAnsi="Calibri" w:eastAsia="Calibri" w:cs="Calibri"/>
          <w:noProof w:val="0"/>
          <w:sz w:val="20"/>
          <w:szCs w:val="20"/>
          <w:lang w:val="en-US"/>
        </w:rPr>
        <w:t xml:space="preserve"> Jāatzīmē: </w:t>
      </w:r>
      <w:r w:rsidRPr="23B851D9" w:rsidR="01D2D769">
        <w:rPr>
          <w:rFonts w:ascii="Consolas" w:hAnsi="Consolas" w:eastAsia="Consolas" w:cs="Consolas"/>
          <w:noProof w:val="0"/>
          <w:sz w:val="20"/>
          <w:szCs w:val="20"/>
          <w:lang w:val="en-US"/>
        </w:rPr>
        <w:t>NOT NULL</w:t>
      </w:r>
      <w:r w:rsidRPr="23B851D9" w:rsidR="01D2D769">
        <w:rPr>
          <w:rFonts w:ascii="Calibri" w:hAnsi="Calibri" w:eastAsia="Calibri" w:cs="Calibri"/>
          <w:noProof w:val="0"/>
          <w:sz w:val="20"/>
          <w:szCs w:val="20"/>
          <w:lang w:val="en-US"/>
        </w:rPr>
        <w:t xml:space="preserve">, </w:t>
      </w:r>
      <w:r w:rsidRPr="23B851D9" w:rsidR="01D2D769">
        <w:rPr>
          <w:rFonts w:ascii="Consolas" w:hAnsi="Consolas" w:eastAsia="Consolas" w:cs="Consolas"/>
          <w:noProof w:val="0"/>
          <w:sz w:val="20"/>
          <w:szCs w:val="20"/>
          <w:lang w:val="en-US"/>
        </w:rPr>
        <w:t>UNIQUE</w:t>
      </w:r>
    </w:p>
    <w:p w:rsidR="01D2D769" w:rsidRDefault="01D2D769" w14:paraId="58855399" w14:textId="4E84E693">
      <w:r w:rsidRPr="23B851D9" w:rsidR="01D2D769">
        <w:rPr>
          <w:rFonts w:ascii="Consolas" w:hAnsi="Consolas" w:eastAsia="Consolas" w:cs="Consolas"/>
          <w:noProof w:val="0"/>
          <w:sz w:val="20"/>
          <w:szCs w:val="20"/>
          <w:lang w:val="en-US"/>
        </w:rPr>
        <w:t>maksatajs_id</w:t>
      </w:r>
      <w:r>
        <w:br/>
      </w:r>
      <w:r w:rsidRPr="23B851D9" w:rsidR="01D2D769">
        <w:rPr>
          <w:rFonts w:ascii="Calibri" w:hAnsi="Calibri" w:eastAsia="Calibri" w:cs="Calibri"/>
          <w:noProof w:val="0"/>
          <w:sz w:val="20"/>
          <w:szCs w:val="20"/>
          <w:lang w:val="en-US"/>
        </w:rPr>
        <w:t xml:space="preserve"> Tips: </w:t>
      </w:r>
      <w:r w:rsidRPr="23B851D9" w:rsidR="01D2D769">
        <w:rPr>
          <w:rFonts w:ascii="Consolas" w:hAnsi="Consolas" w:eastAsia="Consolas" w:cs="Consolas"/>
          <w:noProof w:val="0"/>
          <w:sz w:val="20"/>
          <w:szCs w:val="20"/>
          <w:lang w:val="en-US"/>
        </w:rPr>
        <w:t>INT UNSIGNED</w:t>
      </w:r>
      <w:r>
        <w:br/>
      </w:r>
      <w:r w:rsidRPr="23B851D9" w:rsidR="01D2D769">
        <w:rPr>
          <w:rFonts w:ascii="Calibri" w:hAnsi="Calibri" w:eastAsia="Calibri" w:cs="Calibri"/>
          <w:noProof w:val="0"/>
          <w:sz w:val="20"/>
          <w:szCs w:val="20"/>
          <w:lang w:val="en-US"/>
        </w:rPr>
        <w:t xml:space="preserve"> Jāatzīmē: </w:t>
      </w:r>
      <w:r w:rsidRPr="23B851D9" w:rsidR="01D2D769">
        <w:rPr>
          <w:rFonts w:ascii="Consolas" w:hAnsi="Consolas" w:eastAsia="Consolas" w:cs="Consolas"/>
          <w:noProof w:val="0"/>
          <w:sz w:val="20"/>
          <w:szCs w:val="20"/>
          <w:lang w:val="en-US"/>
        </w:rPr>
        <w:t>NOT NULL</w:t>
      </w:r>
      <w:r w:rsidRPr="23B851D9" w:rsidR="01D2D769">
        <w:rPr>
          <w:rFonts w:ascii="Calibri" w:hAnsi="Calibri" w:eastAsia="Calibri" w:cs="Calibri"/>
          <w:noProof w:val="0"/>
          <w:sz w:val="20"/>
          <w:szCs w:val="20"/>
          <w:lang w:val="en-US"/>
        </w:rPr>
        <w:t xml:space="preserve">, </w:t>
      </w:r>
      <w:r w:rsidRPr="23B851D9" w:rsidR="01D2D769">
        <w:rPr>
          <w:rFonts w:ascii="Consolas" w:hAnsi="Consolas" w:eastAsia="Consolas" w:cs="Consolas"/>
          <w:noProof w:val="0"/>
          <w:sz w:val="20"/>
          <w:szCs w:val="20"/>
          <w:lang w:val="en-US"/>
        </w:rPr>
        <w:t>INDEX</w:t>
      </w:r>
      <w:r w:rsidRPr="23B851D9" w:rsidR="01D2D769">
        <w:rPr>
          <w:rFonts w:ascii="Calibri" w:hAnsi="Calibri" w:eastAsia="Calibri" w:cs="Calibri"/>
          <w:noProof w:val="0"/>
          <w:sz w:val="20"/>
          <w:szCs w:val="20"/>
          <w:lang w:val="en-US"/>
        </w:rPr>
        <w:t xml:space="preserve">, </w:t>
      </w:r>
      <w:r w:rsidRPr="23B851D9" w:rsidR="01D2D769">
        <w:rPr>
          <w:rFonts w:ascii="Consolas" w:hAnsi="Consolas" w:eastAsia="Consolas" w:cs="Consolas"/>
          <w:noProof w:val="0"/>
          <w:sz w:val="20"/>
          <w:szCs w:val="20"/>
          <w:lang w:val="en-US"/>
        </w:rPr>
        <w:t>FOREIGN KEY</w:t>
      </w:r>
    </w:p>
    <w:p w:rsidR="01D2D769" w:rsidRDefault="01D2D769" w14:paraId="51F64CFA" w14:textId="68903E2A">
      <w:r w:rsidRPr="23B851D9" w:rsidR="01D2D769">
        <w:rPr>
          <w:rFonts w:ascii="Calibri" w:hAnsi="Calibri" w:eastAsia="Calibri" w:cs="Calibri"/>
          <w:noProof w:val="0"/>
          <w:sz w:val="20"/>
          <w:szCs w:val="20"/>
          <w:lang w:val="en-US"/>
        </w:rPr>
        <w:t>Ārējā atslēga:</w:t>
      </w:r>
    </w:p>
    <w:p w:rsidR="01D2D769" w:rsidRDefault="01D2D769" w14:paraId="5460614C" w14:textId="39609D5F">
      <w:r w:rsidRPr="23B851D9" w:rsidR="01D2D769">
        <w:rPr>
          <w:rFonts w:ascii="Consolas" w:hAnsi="Consolas" w:eastAsia="Consolas" w:cs="Consolas"/>
          <w:noProof w:val="0"/>
          <w:sz w:val="20"/>
          <w:szCs w:val="20"/>
          <w:lang w:val="en-US"/>
        </w:rPr>
        <w:t>ipasumi.maksatajs_id</w:t>
      </w:r>
      <w:r w:rsidRPr="23B851D9" w:rsidR="01D2D769">
        <w:rPr>
          <w:rFonts w:ascii="Calibri" w:hAnsi="Calibri" w:eastAsia="Calibri" w:cs="Calibri"/>
          <w:noProof w:val="0"/>
          <w:sz w:val="20"/>
          <w:szCs w:val="20"/>
          <w:lang w:val="en-US"/>
        </w:rPr>
        <w:t xml:space="preserve"> atsaucas uz </w:t>
      </w:r>
      <w:r w:rsidRPr="23B851D9" w:rsidR="01D2D769">
        <w:rPr>
          <w:rFonts w:ascii="Consolas" w:hAnsi="Consolas" w:eastAsia="Consolas" w:cs="Consolas"/>
          <w:noProof w:val="0"/>
          <w:sz w:val="20"/>
          <w:szCs w:val="20"/>
          <w:lang w:val="en-US"/>
        </w:rPr>
        <w:t>maksataji.maksatajs_id</w:t>
      </w:r>
    </w:p>
    <w:p w:rsidR="01D2D769" w:rsidRDefault="01D2D769" w14:paraId="200D9192" w14:textId="1CE12487">
      <w:r w:rsidRPr="23B851D9" w:rsidR="01D2D769">
        <w:rPr>
          <w:rFonts w:ascii="Calibri" w:hAnsi="Calibri" w:eastAsia="Calibri" w:cs="Calibri"/>
          <w:noProof w:val="0"/>
          <w:sz w:val="20"/>
          <w:szCs w:val="20"/>
          <w:lang w:val="en-US"/>
        </w:rPr>
        <w:t xml:space="preserve">ON UPDATE: </w:t>
      </w:r>
      <w:r w:rsidRPr="23B851D9" w:rsidR="01D2D769">
        <w:rPr>
          <w:rFonts w:ascii="Consolas" w:hAnsi="Consolas" w:eastAsia="Consolas" w:cs="Consolas"/>
          <w:noProof w:val="0"/>
          <w:sz w:val="20"/>
          <w:szCs w:val="20"/>
          <w:lang w:val="en-US"/>
        </w:rPr>
        <w:t>CASCADE</w:t>
      </w:r>
      <w:r>
        <w:br/>
      </w:r>
      <w:r w:rsidRPr="23B851D9" w:rsidR="01D2D769">
        <w:rPr>
          <w:rFonts w:ascii="Calibri" w:hAnsi="Calibri" w:eastAsia="Calibri" w:cs="Calibri"/>
          <w:noProof w:val="0"/>
          <w:sz w:val="20"/>
          <w:szCs w:val="20"/>
          <w:lang w:val="en-US"/>
        </w:rPr>
        <w:t xml:space="preserve"> ON DELETE: </w:t>
      </w:r>
      <w:r w:rsidRPr="23B851D9" w:rsidR="01D2D769">
        <w:rPr>
          <w:rFonts w:ascii="Consolas" w:hAnsi="Consolas" w:eastAsia="Consolas" w:cs="Consolas"/>
          <w:noProof w:val="0"/>
          <w:sz w:val="20"/>
          <w:szCs w:val="20"/>
          <w:lang w:val="en-US"/>
        </w:rPr>
        <w:t>RESTRICT</w:t>
      </w:r>
    </w:p>
    <w:p w:rsidR="23B851D9" w:rsidRDefault="23B851D9" w14:paraId="353FF2FE" w14:textId="713D7436"/>
    <w:p w:rsidR="01D2D769" w:rsidP="23B851D9" w:rsidRDefault="01D2D769" w14:paraId="3A6BAFA0" w14:textId="000739A8">
      <w:pPr>
        <w:pStyle w:val="Heading2"/>
      </w:pPr>
      <w:r w:rsidRPr="23B851D9" w:rsidR="01D2D769">
        <w:rPr>
          <w:rFonts w:ascii="Calibri" w:hAnsi="Calibri" w:eastAsia="Calibri" w:cs="Calibri"/>
          <w:noProof w:val="0"/>
          <w:sz w:val="20"/>
          <w:szCs w:val="20"/>
          <w:lang w:val="en-US"/>
        </w:rPr>
        <w:t xml:space="preserve">3. Tabula </w:t>
      </w:r>
      <w:r w:rsidRPr="23B851D9" w:rsidR="01D2D769">
        <w:rPr>
          <w:rFonts w:ascii="Consolas" w:hAnsi="Consolas" w:eastAsia="Consolas" w:cs="Consolas"/>
          <w:noProof w:val="0"/>
          <w:sz w:val="20"/>
          <w:szCs w:val="20"/>
          <w:lang w:val="en-US"/>
        </w:rPr>
        <w:t>nin_tipi</w:t>
      </w:r>
    </w:p>
    <w:p w:rsidR="01D2D769" w:rsidRDefault="01D2D769" w14:paraId="07B3F069" w14:textId="002EEE83">
      <w:r w:rsidRPr="23B851D9" w:rsidR="01D2D769">
        <w:rPr>
          <w:rFonts w:ascii="Calibri" w:hAnsi="Calibri" w:eastAsia="Calibri" w:cs="Calibri"/>
          <w:noProof w:val="0"/>
          <w:sz w:val="20"/>
          <w:szCs w:val="20"/>
          <w:lang w:val="en-US"/>
        </w:rPr>
        <w:t>Kolonnas:</w:t>
      </w:r>
    </w:p>
    <w:p w:rsidR="01D2D769" w:rsidRDefault="01D2D769" w14:paraId="73865BBF" w14:textId="23FEF405">
      <w:r w:rsidRPr="23B851D9" w:rsidR="01D2D769">
        <w:rPr>
          <w:rFonts w:ascii="Consolas" w:hAnsi="Consolas" w:eastAsia="Consolas" w:cs="Consolas"/>
          <w:noProof w:val="0"/>
          <w:sz w:val="20"/>
          <w:szCs w:val="20"/>
          <w:lang w:val="en-US"/>
        </w:rPr>
        <w:t>tips_id</w:t>
      </w:r>
      <w:r>
        <w:br/>
      </w:r>
      <w:r w:rsidRPr="23B851D9" w:rsidR="01D2D769">
        <w:rPr>
          <w:rFonts w:ascii="Calibri" w:hAnsi="Calibri" w:eastAsia="Calibri" w:cs="Calibri"/>
          <w:noProof w:val="0"/>
          <w:sz w:val="20"/>
          <w:szCs w:val="20"/>
          <w:lang w:val="en-US"/>
        </w:rPr>
        <w:t xml:space="preserve"> Tips: </w:t>
      </w:r>
      <w:r w:rsidRPr="23B851D9" w:rsidR="01D2D769">
        <w:rPr>
          <w:rFonts w:ascii="Consolas" w:hAnsi="Consolas" w:eastAsia="Consolas" w:cs="Consolas"/>
          <w:noProof w:val="0"/>
          <w:sz w:val="20"/>
          <w:szCs w:val="20"/>
          <w:lang w:val="en-US"/>
        </w:rPr>
        <w:t>INT UNSIGNED</w:t>
      </w:r>
      <w:r>
        <w:br/>
      </w:r>
      <w:r w:rsidRPr="23B851D9" w:rsidR="01D2D769">
        <w:rPr>
          <w:rFonts w:ascii="Calibri" w:hAnsi="Calibri" w:eastAsia="Calibri" w:cs="Calibri"/>
          <w:noProof w:val="0"/>
          <w:sz w:val="20"/>
          <w:szCs w:val="20"/>
          <w:lang w:val="en-US"/>
        </w:rPr>
        <w:t xml:space="preserve"> Jāatzīmē: </w:t>
      </w:r>
      <w:r w:rsidRPr="23B851D9" w:rsidR="01D2D769">
        <w:rPr>
          <w:rFonts w:ascii="Consolas" w:hAnsi="Consolas" w:eastAsia="Consolas" w:cs="Consolas"/>
          <w:noProof w:val="0"/>
          <w:sz w:val="20"/>
          <w:szCs w:val="20"/>
          <w:lang w:val="en-US"/>
        </w:rPr>
        <w:t>NOT NULL</w:t>
      </w:r>
      <w:r w:rsidRPr="23B851D9" w:rsidR="01D2D769">
        <w:rPr>
          <w:rFonts w:ascii="Calibri" w:hAnsi="Calibri" w:eastAsia="Calibri" w:cs="Calibri"/>
          <w:noProof w:val="0"/>
          <w:sz w:val="20"/>
          <w:szCs w:val="20"/>
          <w:lang w:val="en-US"/>
        </w:rPr>
        <w:t xml:space="preserve">, </w:t>
      </w:r>
      <w:r w:rsidRPr="23B851D9" w:rsidR="01D2D769">
        <w:rPr>
          <w:rFonts w:ascii="Consolas" w:hAnsi="Consolas" w:eastAsia="Consolas" w:cs="Consolas"/>
          <w:noProof w:val="0"/>
          <w:sz w:val="20"/>
          <w:szCs w:val="20"/>
          <w:lang w:val="en-US"/>
        </w:rPr>
        <w:t>AUTO_INCREMENT</w:t>
      </w:r>
      <w:r w:rsidRPr="23B851D9" w:rsidR="01D2D769">
        <w:rPr>
          <w:rFonts w:ascii="Calibri" w:hAnsi="Calibri" w:eastAsia="Calibri" w:cs="Calibri"/>
          <w:noProof w:val="0"/>
          <w:sz w:val="20"/>
          <w:szCs w:val="20"/>
          <w:lang w:val="en-US"/>
        </w:rPr>
        <w:t xml:space="preserve">, </w:t>
      </w:r>
      <w:r w:rsidRPr="23B851D9" w:rsidR="01D2D769">
        <w:rPr>
          <w:rFonts w:ascii="Consolas" w:hAnsi="Consolas" w:eastAsia="Consolas" w:cs="Consolas"/>
          <w:noProof w:val="0"/>
          <w:sz w:val="20"/>
          <w:szCs w:val="20"/>
          <w:lang w:val="en-US"/>
        </w:rPr>
        <w:t>PRIMARY KEY</w:t>
      </w:r>
    </w:p>
    <w:p w:rsidR="01D2D769" w:rsidRDefault="01D2D769" w14:paraId="09CC40F9" w14:textId="2431F03A">
      <w:r w:rsidRPr="23B851D9" w:rsidR="01D2D769">
        <w:rPr>
          <w:rFonts w:ascii="Consolas" w:hAnsi="Consolas" w:eastAsia="Consolas" w:cs="Consolas"/>
          <w:noProof w:val="0"/>
          <w:sz w:val="20"/>
          <w:szCs w:val="20"/>
          <w:lang w:val="en-US"/>
        </w:rPr>
        <w:t>nosaukums</w:t>
      </w:r>
      <w:r>
        <w:br/>
      </w:r>
      <w:r w:rsidRPr="23B851D9" w:rsidR="01D2D769">
        <w:rPr>
          <w:rFonts w:ascii="Calibri" w:hAnsi="Calibri" w:eastAsia="Calibri" w:cs="Calibri"/>
          <w:noProof w:val="0"/>
          <w:sz w:val="20"/>
          <w:szCs w:val="20"/>
          <w:lang w:val="en-US"/>
        </w:rPr>
        <w:t xml:space="preserve"> Tips: </w:t>
      </w:r>
      <w:r w:rsidRPr="23B851D9" w:rsidR="01D2D769">
        <w:rPr>
          <w:rFonts w:ascii="Consolas" w:hAnsi="Consolas" w:eastAsia="Consolas" w:cs="Consolas"/>
          <w:noProof w:val="0"/>
          <w:sz w:val="20"/>
          <w:szCs w:val="20"/>
          <w:lang w:val="en-US"/>
        </w:rPr>
        <w:t>VARCHAR(50)</w:t>
      </w:r>
      <w:r>
        <w:br/>
      </w:r>
      <w:r w:rsidRPr="23B851D9" w:rsidR="01D2D769">
        <w:rPr>
          <w:rFonts w:ascii="Calibri" w:hAnsi="Calibri" w:eastAsia="Calibri" w:cs="Calibri"/>
          <w:noProof w:val="0"/>
          <w:sz w:val="20"/>
          <w:szCs w:val="20"/>
          <w:lang w:val="en-US"/>
        </w:rPr>
        <w:t xml:space="preserve"> Jāatzīmē: </w:t>
      </w:r>
      <w:r w:rsidRPr="23B851D9" w:rsidR="01D2D769">
        <w:rPr>
          <w:rFonts w:ascii="Consolas" w:hAnsi="Consolas" w:eastAsia="Consolas" w:cs="Consolas"/>
          <w:noProof w:val="0"/>
          <w:sz w:val="20"/>
          <w:szCs w:val="20"/>
          <w:lang w:val="en-US"/>
        </w:rPr>
        <w:t>NOT NULL</w:t>
      </w:r>
      <w:r w:rsidRPr="23B851D9" w:rsidR="01D2D769">
        <w:rPr>
          <w:rFonts w:ascii="Calibri" w:hAnsi="Calibri" w:eastAsia="Calibri" w:cs="Calibri"/>
          <w:noProof w:val="0"/>
          <w:sz w:val="20"/>
          <w:szCs w:val="20"/>
          <w:lang w:val="en-US"/>
        </w:rPr>
        <w:t xml:space="preserve">, </w:t>
      </w:r>
      <w:r w:rsidRPr="23B851D9" w:rsidR="01D2D769">
        <w:rPr>
          <w:rFonts w:ascii="Consolas" w:hAnsi="Consolas" w:eastAsia="Consolas" w:cs="Consolas"/>
          <w:noProof w:val="0"/>
          <w:sz w:val="20"/>
          <w:szCs w:val="20"/>
          <w:lang w:val="en-US"/>
        </w:rPr>
        <w:t>UNIQUE</w:t>
      </w:r>
    </w:p>
    <w:p w:rsidR="01D2D769" w:rsidRDefault="01D2D769" w14:paraId="40D6F354" w14:textId="2B323C1A">
      <w:r w:rsidRPr="23B851D9" w:rsidR="01D2D769">
        <w:rPr>
          <w:rFonts w:ascii="Calibri" w:hAnsi="Calibri" w:eastAsia="Calibri" w:cs="Calibri"/>
          <w:noProof w:val="0"/>
          <w:sz w:val="20"/>
          <w:szCs w:val="20"/>
          <w:lang w:val="en-US"/>
        </w:rPr>
        <w:t>Šai tabulai nav ārējo atslēgu.</w:t>
      </w:r>
    </w:p>
    <w:p w:rsidR="23B851D9" w:rsidRDefault="23B851D9" w14:paraId="63692E67" w14:textId="5BB11447"/>
    <w:p w:rsidR="01D2D769" w:rsidP="23B851D9" w:rsidRDefault="01D2D769" w14:paraId="67BC72C7" w14:textId="4F21CFCD">
      <w:pPr>
        <w:pStyle w:val="Heading2"/>
      </w:pPr>
      <w:r w:rsidRPr="23B851D9" w:rsidR="01D2D769">
        <w:rPr>
          <w:rFonts w:ascii="Calibri" w:hAnsi="Calibri" w:eastAsia="Calibri" w:cs="Calibri"/>
          <w:noProof w:val="0"/>
          <w:sz w:val="20"/>
          <w:szCs w:val="20"/>
          <w:lang w:val="en-US"/>
        </w:rPr>
        <w:t xml:space="preserve">4. Tabula </w:t>
      </w:r>
      <w:r w:rsidRPr="23B851D9" w:rsidR="01D2D769">
        <w:rPr>
          <w:rFonts w:ascii="Consolas" w:hAnsi="Consolas" w:eastAsia="Consolas" w:cs="Consolas"/>
          <w:noProof w:val="0"/>
          <w:sz w:val="20"/>
          <w:szCs w:val="20"/>
          <w:lang w:val="en-US"/>
        </w:rPr>
        <w:t>nodoklu_konti</w:t>
      </w:r>
    </w:p>
    <w:p w:rsidR="01D2D769" w:rsidRDefault="01D2D769" w14:paraId="71BF2E12" w14:textId="0211F903">
      <w:r w:rsidRPr="23B851D9" w:rsidR="01D2D769">
        <w:rPr>
          <w:rFonts w:ascii="Calibri" w:hAnsi="Calibri" w:eastAsia="Calibri" w:cs="Calibri"/>
          <w:noProof w:val="0"/>
          <w:sz w:val="20"/>
          <w:szCs w:val="20"/>
          <w:lang w:val="en-US"/>
        </w:rPr>
        <w:t>Kolonnas:</w:t>
      </w:r>
    </w:p>
    <w:p w:rsidR="01D2D769" w:rsidRDefault="01D2D769" w14:paraId="006ECB54" w14:textId="4EB2B9B0">
      <w:r w:rsidRPr="23B851D9" w:rsidR="01D2D769">
        <w:rPr>
          <w:rFonts w:ascii="Consolas" w:hAnsi="Consolas" w:eastAsia="Consolas" w:cs="Consolas"/>
          <w:noProof w:val="0"/>
          <w:sz w:val="20"/>
          <w:szCs w:val="20"/>
          <w:lang w:val="en-US"/>
        </w:rPr>
        <w:t>konta_nr</w:t>
      </w:r>
      <w:r>
        <w:br/>
      </w:r>
      <w:r w:rsidRPr="23B851D9" w:rsidR="01D2D769">
        <w:rPr>
          <w:rFonts w:ascii="Calibri" w:hAnsi="Calibri" w:eastAsia="Calibri" w:cs="Calibri"/>
          <w:noProof w:val="0"/>
          <w:sz w:val="20"/>
          <w:szCs w:val="20"/>
          <w:lang w:val="en-US"/>
        </w:rPr>
        <w:t xml:space="preserve"> Tips: </w:t>
      </w:r>
      <w:r w:rsidRPr="23B851D9" w:rsidR="01D2D769">
        <w:rPr>
          <w:rFonts w:ascii="Consolas" w:hAnsi="Consolas" w:eastAsia="Consolas" w:cs="Consolas"/>
          <w:noProof w:val="0"/>
          <w:sz w:val="20"/>
          <w:szCs w:val="20"/>
          <w:lang w:val="en-US"/>
        </w:rPr>
        <w:t>INT UNSIGNED</w:t>
      </w:r>
      <w:r>
        <w:br/>
      </w:r>
      <w:r w:rsidRPr="23B851D9" w:rsidR="01D2D769">
        <w:rPr>
          <w:rFonts w:ascii="Calibri" w:hAnsi="Calibri" w:eastAsia="Calibri" w:cs="Calibri"/>
          <w:noProof w:val="0"/>
          <w:sz w:val="20"/>
          <w:szCs w:val="20"/>
          <w:lang w:val="en-US"/>
        </w:rPr>
        <w:t xml:space="preserve"> Jāatzīmē: </w:t>
      </w:r>
      <w:r w:rsidRPr="23B851D9" w:rsidR="01D2D769">
        <w:rPr>
          <w:rFonts w:ascii="Consolas" w:hAnsi="Consolas" w:eastAsia="Consolas" w:cs="Consolas"/>
          <w:noProof w:val="0"/>
          <w:sz w:val="20"/>
          <w:szCs w:val="20"/>
          <w:lang w:val="en-US"/>
        </w:rPr>
        <w:t>NOT NULL</w:t>
      </w:r>
      <w:r w:rsidRPr="23B851D9" w:rsidR="01D2D769">
        <w:rPr>
          <w:rFonts w:ascii="Calibri" w:hAnsi="Calibri" w:eastAsia="Calibri" w:cs="Calibri"/>
          <w:noProof w:val="0"/>
          <w:sz w:val="20"/>
          <w:szCs w:val="20"/>
          <w:lang w:val="en-US"/>
        </w:rPr>
        <w:t xml:space="preserve">, </w:t>
      </w:r>
      <w:r w:rsidRPr="23B851D9" w:rsidR="01D2D769">
        <w:rPr>
          <w:rFonts w:ascii="Consolas" w:hAnsi="Consolas" w:eastAsia="Consolas" w:cs="Consolas"/>
          <w:noProof w:val="0"/>
          <w:sz w:val="20"/>
          <w:szCs w:val="20"/>
          <w:lang w:val="en-US"/>
        </w:rPr>
        <w:t>PRIMARY KEY</w:t>
      </w:r>
    </w:p>
    <w:p w:rsidR="01D2D769" w:rsidRDefault="01D2D769" w14:paraId="4D692217" w14:textId="3D321838">
      <w:r w:rsidRPr="23B851D9" w:rsidR="01D2D769">
        <w:rPr>
          <w:rFonts w:ascii="Calibri" w:hAnsi="Calibri" w:eastAsia="Calibri" w:cs="Calibri"/>
          <w:noProof w:val="0"/>
          <w:sz w:val="20"/>
          <w:szCs w:val="20"/>
          <w:lang w:val="en-US"/>
        </w:rPr>
        <w:t xml:space="preserve">Svarīgi: šeit nav </w:t>
      </w:r>
      <w:r w:rsidRPr="23B851D9" w:rsidR="01D2D769">
        <w:rPr>
          <w:rFonts w:ascii="Consolas" w:hAnsi="Consolas" w:eastAsia="Consolas" w:cs="Consolas"/>
          <w:noProof w:val="0"/>
          <w:sz w:val="20"/>
          <w:szCs w:val="20"/>
          <w:lang w:val="en-US"/>
        </w:rPr>
        <w:t>AUTO_INCREMENT</w:t>
      </w:r>
      <w:r w:rsidRPr="23B851D9" w:rsidR="01D2D769">
        <w:rPr>
          <w:rFonts w:ascii="Calibri" w:hAnsi="Calibri" w:eastAsia="Calibri" w:cs="Calibri"/>
          <w:noProof w:val="0"/>
          <w:sz w:val="20"/>
          <w:szCs w:val="20"/>
          <w:lang w:val="en-US"/>
        </w:rPr>
        <w:t>.</w:t>
      </w:r>
    </w:p>
    <w:p w:rsidR="01D2D769" w:rsidRDefault="01D2D769" w14:paraId="5A08008C" w14:textId="34385876">
      <w:r w:rsidRPr="23B851D9" w:rsidR="01D2D769">
        <w:rPr>
          <w:rFonts w:ascii="Consolas" w:hAnsi="Consolas" w:eastAsia="Consolas" w:cs="Consolas"/>
          <w:noProof w:val="0"/>
          <w:sz w:val="20"/>
          <w:szCs w:val="20"/>
          <w:lang w:val="en-US"/>
        </w:rPr>
        <w:t>ipasums_id</w:t>
      </w:r>
      <w:r>
        <w:br/>
      </w:r>
      <w:r w:rsidRPr="23B851D9" w:rsidR="01D2D769">
        <w:rPr>
          <w:rFonts w:ascii="Calibri" w:hAnsi="Calibri" w:eastAsia="Calibri" w:cs="Calibri"/>
          <w:noProof w:val="0"/>
          <w:sz w:val="20"/>
          <w:szCs w:val="20"/>
          <w:lang w:val="en-US"/>
        </w:rPr>
        <w:t xml:space="preserve"> Tips: </w:t>
      </w:r>
      <w:r w:rsidRPr="23B851D9" w:rsidR="01D2D769">
        <w:rPr>
          <w:rFonts w:ascii="Consolas" w:hAnsi="Consolas" w:eastAsia="Consolas" w:cs="Consolas"/>
          <w:noProof w:val="0"/>
          <w:sz w:val="20"/>
          <w:szCs w:val="20"/>
          <w:lang w:val="en-US"/>
        </w:rPr>
        <w:t>INT UNSIGNED</w:t>
      </w:r>
      <w:r>
        <w:br/>
      </w:r>
      <w:r w:rsidRPr="23B851D9" w:rsidR="01D2D769">
        <w:rPr>
          <w:rFonts w:ascii="Calibri" w:hAnsi="Calibri" w:eastAsia="Calibri" w:cs="Calibri"/>
          <w:noProof w:val="0"/>
          <w:sz w:val="20"/>
          <w:szCs w:val="20"/>
          <w:lang w:val="en-US"/>
        </w:rPr>
        <w:t xml:space="preserve"> Jāatzīmē: </w:t>
      </w:r>
      <w:r w:rsidRPr="23B851D9" w:rsidR="01D2D769">
        <w:rPr>
          <w:rFonts w:ascii="Consolas" w:hAnsi="Consolas" w:eastAsia="Consolas" w:cs="Consolas"/>
          <w:noProof w:val="0"/>
          <w:sz w:val="20"/>
          <w:szCs w:val="20"/>
          <w:lang w:val="en-US"/>
        </w:rPr>
        <w:t>NOT NULL</w:t>
      </w:r>
      <w:r w:rsidRPr="23B851D9" w:rsidR="01D2D769">
        <w:rPr>
          <w:rFonts w:ascii="Calibri" w:hAnsi="Calibri" w:eastAsia="Calibri" w:cs="Calibri"/>
          <w:noProof w:val="0"/>
          <w:sz w:val="20"/>
          <w:szCs w:val="20"/>
          <w:lang w:val="en-US"/>
        </w:rPr>
        <w:t xml:space="preserve">, </w:t>
      </w:r>
      <w:r w:rsidRPr="23B851D9" w:rsidR="01D2D769">
        <w:rPr>
          <w:rFonts w:ascii="Consolas" w:hAnsi="Consolas" w:eastAsia="Consolas" w:cs="Consolas"/>
          <w:noProof w:val="0"/>
          <w:sz w:val="20"/>
          <w:szCs w:val="20"/>
          <w:lang w:val="en-US"/>
        </w:rPr>
        <w:t>INDEX</w:t>
      </w:r>
      <w:r w:rsidRPr="23B851D9" w:rsidR="01D2D769">
        <w:rPr>
          <w:rFonts w:ascii="Calibri" w:hAnsi="Calibri" w:eastAsia="Calibri" w:cs="Calibri"/>
          <w:noProof w:val="0"/>
          <w:sz w:val="20"/>
          <w:szCs w:val="20"/>
          <w:lang w:val="en-US"/>
        </w:rPr>
        <w:t xml:space="preserve">, </w:t>
      </w:r>
      <w:r w:rsidRPr="23B851D9" w:rsidR="01D2D769">
        <w:rPr>
          <w:rFonts w:ascii="Consolas" w:hAnsi="Consolas" w:eastAsia="Consolas" w:cs="Consolas"/>
          <w:noProof w:val="0"/>
          <w:sz w:val="20"/>
          <w:szCs w:val="20"/>
          <w:lang w:val="en-US"/>
        </w:rPr>
        <w:t>FOREIGN KEY</w:t>
      </w:r>
    </w:p>
    <w:p w:rsidR="01D2D769" w:rsidRDefault="01D2D769" w14:paraId="0ED4640E" w14:textId="2939E12A">
      <w:r w:rsidRPr="23B851D9" w:rsidR="01D2D769">
        <w:rPr>
          <w:rFonts w:ascii="Consolas" w:hAnsi="Consolas" w:eastAsia="Consolas" w:cs="Consolas"/>
          <w:noProof w:val="0"/>
          <w:sz w:val="20"/>
          <w:szCs w:val="20"/>
          <w:lang w:val="en-US"/>
        </w:rPr>
        <w:t>tips_id</w:t>
      </w:r>
      <w:r>
        <w:br/>
      </w:r>
      <w:r w:rsidRPr="23B851D9" w:rsidR="01D2D769">
        <w:rPr>
          <w:rFonts w:ascii="Calibri" w:hAnsi="Calibri" w:eastAsia="Calibri" w:cs="Calibri"/>
          <w:noProof w:val="0"/>
          <w:sz w:val="20"/>
          <w:szCs w:val="20"/>
          <w:lang w:val="en-US"/>
        </w:rPr>
        <w:t xml:space="preserve"> Tips: </w:t>
      </w:r>
      <w:r w:rsidRPr="23B851D9" w:rsidR="01D2D769">
        <w:rPr>
          <w:rFonts w:ascii="Consolas" w:hAnsi="Consolas" w:eastAsia="Consolas" w:cs="Consolas"/>
          <w:noProof w:val="0"/>
          <w:sz w:val="20"/>
          <w:szCs w:val="20"/>
          <w:lang w:val="en-US"/>
        </w:rPr>
        <w:t>INT UNSIGNED</w:t>
      </w:r>
      <w:r>
        <w:br/>
      </w:r>
      <w:r w:rsidRPr="23B851D9" w:rsidR="01D2D769">
        <w:rPr>
          <w:rFonts w:ascii="Calibri" w:hAnsi="Calibri" w:eastAsia="Calibri" w:cs="Calibri"/>
          <w:noProof w:val="0"/>
          <w:sz w:val="20"/>
          <w:szCs w:val="20"/>
          <w:lang w:val="en-US"/>
        </w:rPr>
        <w:t xml:space="preserve"> Jāatzīmē: </w:t>
      </w:r>
      <w:r w:rsidRPr="23B851D9" w:rsidR="01D2D769">
        <w:rPr>
          <w:rFonts w:ascii="Consolas" w:hAnsi="Consolas" w:eastAsia="Consolas" w:cs="Consolas"/>
          <w:noProof w:val="0"/>
          <w:sz w:val="20"/>
          <w:szCs w:val="20"/>
          <w:lang w:val="en-US"/>
        </w:rPr>
        <w:t>NOT NULL</w:t>
      </w:r>
      <w:r w:rsidRPr="23B851D9" w:rsidR="01D2D769">
        <w:rPr>
          <w:rFonts w:ascii="Calibri" w:hAnsi="Calibri" w:eastAsia="Calibri" w:cs="Calibri"/>
          <w:noProof w:val="0"/>
          <w:sz w:val="20"/>
          <w:szCs w:val="20"/>
          <w:lang w:val="en-US"/>
        </w:rPr>
        <w:t xml:space="preserve">, </w:t>
      </w:r>
      <w:r w:rsidRPr="23B851D9" w:rsidR="01D2D769">
        <w:rPr>
          <w:rFonts w:ascii="Consolas" w:hAnsi="Consolas" w:eastAsia="Consolas" w:cs="Consolas"/>
          <w:noProof w:val="0"/>
          <w:sz w:val="20"/>
          <w:szCs w:val="20"/>
          <w:lang w:val="en-US"/>
        </w:rPr>
        <w:t>INDEX</w:t>
      </w:r>
      <w:r w:rsidRPr="23B851D9" w:rsidR="01D2D769">
        <w:rPr>
          <w:rFonts w:ascii="Calibri" w:hAnsi="Calibri" w:eastAsia="Calibri" w:cs="Calibri"/>
          <w:noProof w:val="0"/>
          <w:sz w:val="20"/>
          <w:szCs w:val="20"/>
          <w:lang w:val="en-US"/>
        </w:rPr>
        <w:t xml:space="preserve">, </w:t>
      </w:r>
      <w:r w:rsidRPr="23B851D9" w:rsidR="01D2D769">
        <w:rPr>
          <w:rFonts w:ascii="Consolas" w:hAnsi="Consolas" w:eastAsia="Consolas" w:cs="Consolas"/>
          <w:noProof w:val="0"/>
          <w:sz w:val="20"/>
          <w:szCs w:val="20"/>
          <w:lang w:val="en-US"/>
        </w:rPr>
        <w:t>FOREIGN KEY</w:t>
      </w:r>
    </w:p>
    <w:p w:rsidR="01D2D769" w:rsidRDefault="01D2D769" w14:paraId="05C44A21" w14:textId="2D298586">
      <w:r w:rsidRPr="23B851D9" w:rsidR="01D2D769">
        <w:rPr>
          <w:rFonts w:ascii="Consolas" w:hAnsi="Consolas" w:eastAsia="Consolas" w:cs="Consolas"/>
          <w:noProof w:val="0"/>
          <w:sz w:val="20"/>
          <w:szCs w:val="20"/>
          <w:lang w:val="en-US"/>
        </w:rPr>
        <w:t>pamatparads</w:t>
      </w:r>
      <w:r>
        <w:br/>
      </w:r>
      <w:r w:rsidRPr="23B851D9" w:rsidR="01D2D769">
        <w:rPr>
          <w:rFonts w:ascii="Calibri" w:hAnsi="Calibri" w:eastAsia="Calibri" w:cs="Calibri"/>
          <w:noProof w:val="0"/>
          <w:sz w:val="20"/>
          <w:szCs w:val="20"/>
          <w:lang w:val="en-US"/>
        </w:rPr>
        <w:t xml:space="preserve"> Tips: </w:t>
      </w:r>
      <w:r w:rsidRPr="23B851D9" w:rsidR="01D2D769">
        <w:rPr>
          <w:rFonts w:ascii="Consolas" w:hAnsi="Consolas" w:eastAsia="Consolas" w:cs="Consolas"/>
          <w:noProof w:val="0"/>
          <w:sz w:val="20"/>
          <w:szCs w:val="20"/>
          <w:lang w:val="en-US"/>
        </w:rPr>
        <w:t>DECIMAL(10,2)</w:t>
      </w:r>
      <w:r>
        <w:br/>
      </w:r>
      <w:r w:rsidRPr="23B851D9" w:rsidR="01D2D769">
        <w:rPr>
          <w:rFonts w:ascii="Calibri" w:hAnsi="Calibri" w:eastAsia="Calibri" w:cs="Calibri"/>
          <w:noProof w:val="0"/>
          <w:sz w:val="20"/>
          <w:szCs w:val="20"/>
          <w:lang w:val="en-US"/>
        </w:rPr>
        <w:t xml:space="preserve"> Jāatzīmē: </w:t>
      </w:r>
      <w:r w:rsidRPr="23B851D9" w:rsidR="01D2D769">
        <w:rPr>
          <w:rFonts w:ascii="Consolas" w:hAnsi="Consolas" w:eastAsia="Consolas" w:cs="Consolas"/>
          <w:noProof w:val="0"/>
          <w:sz w:val="20"/>
          <w:szCs w:val="20"/>
          <w:lang w:val="en-US"/>
        </w:rPr>
        <w:t>NOT NULL</w:t>
      </w:r>
      <w:r>
        <w:br/>
      </w:r>
      <w:r w:rsidRPr="23B851D9" w:rsidR="01D2D769">
        <w:rPr>
          <w:rFonts w:ascii="Calibri" w:hAnsi="Calibri" w:eastAsia="Calibri" w:cs="Calibri"/>
          <w:noProof w:val="0"/>
          <w:sz w:val="20"/>
          <w:szCs w:val="20"/>
          <w:lang w:val="en-US"/>
        </w:rPr>
        <w:t xml:space="preserve"> Default: </w:t>
      </w:r>
      <w:r w:rsidRPr="23B851D9" w:rsidR="01D2D769">
        <w:rPr>
          <w:rFonts w:ascii="Consolas" w:hAnsi="Consolas" w:eastAsia="Consolas" w:cs="Consolas"/>
          <w:noProof w:val="0"/>
          <w:sz w:val="20"/>
          <w:szCs w:val="20"/>
          <w:lang w:val="en-US"/>
        </w:rPr>
        <w:t>0.00</w:t>
      </w:r>
    </w:p>
    <w:p w:rsidR="01D2D769" w:rsidRDefault="01D2D769" w14:paraId="6657F67D" w14:textId="364DE960">
      <w:r w:rsidRPr="23B851D9" w:rsidR="01D2D769">
        <w:rPr>
          <w:rFonts w:ascii="Consolas" w:hAnsi="Consolas" w:eastAsia="Consolas" w:cs="Consolas"/>
          <w:noProof w:val="0"/>
          <w:sz w:val="20"/>
          <w:szCs w:val="20"/>
          <w:lang w:val="en-US"/>
        </w:rPr>
        <w:t>nokavejuma_nauda</w:t>
      </w:r>
      <w:r>
        <w:br/>
      </w:r>
      <w:r w:rsidRPr="23B851D9" w:rsidR="01D2D769">
        <w:rPr>
          <w:rFonts w:ascii="Calibri" w:hAnsi="Calibri" w:eastAsia="Calibri" w:cs="Calibri"/>
          <w:noProof w:val="0"/>
          <w:sz w:val="20"/>
          <w:szCs w:val="20"/>
          <w:lang w:val="en-US"/>
        </w:rPr>
        <w:t xml:space="preserve"> Tips: </w:t>
      </w:r>
      <w:r w:rsidRPr="23B851D9" w:rsidR="01D2D769">
        <w:rPr>
          <w:rFonts w:ascii="Consolas" w:hAnsi="Consolas" w:eastAsia="Consolas" w:cs="Consolas"/>
          <w:noProof w:val="0"/>
          <w:sz w:val="20"/>
          <w:szCs w:val="20"/>
          <w:lang w:val="en-US"/>
        </w:rPr>
        <w:t>DECIMAL(10,2)</w:t>
      </w:r>
      <w:r>
        <w:br/>
      </w:r>
      <w:r w:rsidRPr="23B851D9" w:rsidR="01D2D769">
        <w:rPr>
          <w:rFonts w:ascii="Calibri" w:hAnsi="Calibri" w:eastAsia="Calibri" w:cs="Calibri"/>
          <w:noProof w:val="0"/>
          <w:sz w:val="20"/>
          <w:szCs w:val="20"/>
          <w:lang w:val="en-US"/>
        </w:rPr>
        <w:t xml:space="preserve"> Jāatzīmē: </w:t>
      </w:r>
      <w:r w:rsidRPr="23B851D9" w:rsidR="01D2D769">
        <w:rPr>
          <w:rFonts w:ascii="Consolas" w:hAnsi="Consolas" w:eastAsia="Consolas" w:cs="Consolas"/>
          <w:noProof w:val="0"/>
          <w:sz w:val="20"/>
          <w:szCs w:val="20"/>
          <w:lang w:val="en-US"/>
        </w:rPr>
        <w:t>NOT NULL</w:t>
      </w:r>
      <w:r>
        <w:br/>
      </w:r>
      <w:r w:rsidRPr="23B851D9" w:rsidR="01D2D769">
        <w:rPr>
          <w:rFonts w:ascii="Calibri" w:hAnsi="Calibri" w:eastAsia="Calibri" w:cs="Calibri"/>
          <w:noProof w:val="0"/>
          <w:sz w:val="20"/>
          <w:szCs w:val="20"/>
          <w:lang w:val="en-US"/>
        </w:rPr>
        <w:t xml:space="preserve"> Default: </w:t>
      </w:r>
      <w:r w:rsidRPr="23B851D9" w:rsidR="01D2D769">
        <w:rPr>
          <w:rFonts w:ascii="Consolas" w:hAnsi="Consolas" w:eastAsia="Consolas" w:cs="Consolas"/>
          <w:noProof w:val="0"/>
          <w:sz w:val="20"/>
          <w:szCs w:val="20"/>
          <w:lang w:val="en-US"/>
        </w:rPr>
        <w:t>0.00</w:t>
      </w:r>
    </w:p>
    <w:p w:rsidR="01D2D769" w:rsidRDefault="01D2D769" w14:paraId="5B03D9E8" w14:textId="2B9652BE">
      <w:r w:rsidRPr="23B851D9" w:rsidR="01D2D769">
        <w:rPr>
          <w:rFonts w:ascii="Consolas" w:hAnsi="Consolas" w:eastAsia="Consolas" w:cs="Consolas"/>
          <w:noProof w:val="0"/>
          <w:sz w:val="20"/>
          <w:szCs w:val="20"/>
          <w:lang w:val="en-US"/>
        </w:rPr>
        <w:t>kopsumma</w:t>
      </w:r>
      <w:r>
        <w:br/>
      </w:r>
      <w:r w:rsidRPr="23B851D9" w:rsidR="01D2D769">
        <w:rPr>
          <w:rFonts w:ascii="Calibri" w:hAnsi="Calibri" w:eastAsia="Calibri" w:cs="Calibri"/>
          <w:noProof w:val="0"/>
          <w:sz w:val="20"/>
          <w:szCs w:val="20"/>
          <w:lang w:val="en-US"/>
        </w:rPr>
        <w:t xml:space="preserve"> Tips: </w:t>
      </w:r>
      <w:r w:rsidRPr="23B851D9" w:rsidR="01D2D769">
        <w:rPr>
          <w:rFonts w:ascii="Consolas" w:hAnsi="Consolas" w:eastAsia="Consolas" w:cs="Consolas"/>
          <w:noProof w:val="0"/>
          <w:sz w:val="20"/>
          <w:szCs w:val="20"/>
          <w:lang w:val="en-US"/>
        </w:rPr>
        <w:t>DECIMAL(10,2)</w:t>
      </w:r>
      <w:r>
        <w:br/>
      </w:r>
      <w:r w:rsidRPr="23B851D9" w:rsidR="01D2D769">
        <w:rPr>
          <w:rFonts w:ascii="Calibri" w:hAnsi="Calibri" w:eastAsia="Calibri" w:cs="Calibri"/>
          <w:noProof w:val="0"/>
          <w:sz w:val="20"/>
          <w:szCs w:val="20"/>
          <w:lang w:val="en-US"/>
        </w:rPr>
        <w:t xml:space="preserve"> Jāatzīmē: </w:t>
      </w:r>
      <w:r w:rsidRPr="23B851D9" w:rsidR="01D2D769">
        <w:rPr>
          <w:rFonts w:ascii="Consolas" w:hAnsi="Consolas" w:eastAsia="Consolas" w:cs="Consolas"/>
          <w:noProof w:val="0"/>
          <w:sz w:val="20"/>
          <w:szCs w:val="20"/>
          <w:lang w:val="en-US"/>
        </w:rPr>
        <w:t>NOT NULL</w:t>
      </w:r>
      <w:r>
        <w:br/>
      </w:r>
      <w:r w:rsidRPr="23B851D9" w:rsidR="01D2D769">
        <w:rPr>
          <w:rFonts w:ascii="Calibri" w:hAnsi="Calibri" w:eastAsia="Calibri" w:cs="Calibri"/>
          <w:noProof w:val="0"/>
          <w:sz w:val="20"/>
          <w:szCs w:val="20"/>
          <w:lang w:val="en-US"/>
        </w:rPr>
        <w:t xml:space="preserve"> Default: </w:t>
      </w:r>
      <w:r w:rsidRPr="23B851D9" w:rsidR="01D2D769">
        <w:rPr>
          <w:rFonts w:ascii="Consolas" w:hAnsi="Consolas" w:eastAsia="Consolas" w:cs="Consolas"/>
          <w:noProof w:val="0"/>
          <w:sz w:val="20"/>
          <w:szCs w:val="20"/>
          <w:lang w:val="en-US"/>
        </w:rPr>
        <w:t>0.00</w:t>
      </w:r>
    </w:p>
    <w:p w:rsidR="01D2D769" w:rsidRDefault="01D2D769" w14:paraId="20104DAA" w14:textId="5AF9299C">
      <w:r w:rsidRPr="23B851D9" w:rsidR="01D2D769">
        <w:rPr>
          <w:rFonts w:ascii="Consolas" w:hAnsi="Consolas" w:eastAsia="Consolas" w:cs="Consolas"/>
          <w:noProof w:val="0"/>
          <w:sz w:val="20"/>
          <w:szCs w:val="20"/>
          <w:lang w:val="en-US"/>
        </w:rPr>
        <w:t>valuta</w:t>
      </w:r>
      <w:r>
        <w:br/>
      </w:r>
      <w:r w:rsidRPr="23B851D9" w:rsidR="01D2D769">
        <w:rPr>
          <w:rFonts w:ascii="Calibri" w:hAnsi="Calibri" w:eastAsia="Calibri" w:cs="Calibri"/>
          <w:noProof w:val="0"/>
          <w:sz w:val="20"/>
          <w:szCs w:val="20"/>
          <w:lang w:val="en-US"/>
        </w:rPr>
        <w:t xml:space="preserve"> Tips: </w:t>
      </w:r>
      <w:r w:rsidRPr="23B851D9" w:rsidR="01D2D769">
        <w:rPr>
          <w:rFonts w:ascii="Consolas" w:hAnsi="Consolas" w:eastAsia="Consolas" w:cs="Consolas"/>
          <w:noProof w:val="0"/>
          <w:sz w:val="20"/>
          <w:szCs w:val="20"/>
          <w:lang w:val="en-US"/>
        </w:rPr>
        <w:t>CHAR(3)</w:t>
      </w:r>
      <w:r>
        <w:br/>
      </w:r>
      <w:r w:rsidRPr="23B851D9" w:rsidR="01D2D769">
        <w:rPr>
          <w:rFonts w:ascii="Calibri" w:hAnsi="Calibri" w:eastAsia="Calibri" w:cs="Calibri"/>
          <w:noProof w:val="0"/>
          <w:sz w:val="20"/>
          <w:szCs w:val="20"/>
          <w:lang w:val="en-US"/>
        </w:rPr>
        <w:t xml:space="preserve"> Jāatzīmē: </w:t>
      </w:r>
      <w:r w:rsidRPr="23B851D9" w:rsidR="01D2D769">
        <w:rPr>
          <w:rFonts w:ascii="Consolas" w:hAnsi="Consolas" w:eastAsia="Consolas" w:cs="Consolas"/>
          <w:noProof w:val="0"/>
          <w:sz w:val="20"/>
          <w:szCs w:val="20"/>
          <w:lang w:val="en-US"/>
        </w:rPr>
        <w:t>NOT NULL</w:t>
      </w:r>
      <w:r>
        <w:br/>
      </w:r>
      <w:r w:rsidRPr="23B851D9" w:rsidR="01D2D769">
        <w:rPr>
          <w:rFonts w:ascii="Calibri" w:hAnsi="Calibri" w:eastAsia="Calibri" w:cs="Calibri"/>
          <w:noProof w:val="0"/>
          <w:sz w:val="20"/>
          <w:szCs w:val="20"/>
          <w:lang w:val="en-US"/>
        </w:rPr>
        <w:t xml:space="preserve"> Default: </w:t>
      </w:r>
      <w:r w:rsidRPr="23B851D9" w:rsidR="01D2D769">
        <w:rPr>
          <w:rFonts w:ascii="Consolas" w:hAnsi="Consolas" w:eastAsia="Consolas" w:cs="Consolas"/>
          <w:noProof w:val="0"/>
          <w:sz w:val="20"/>
          <w:szCs w:val="20"/>
          <w:lang w:val="en-US"/>
        </w:rPr>
        <w:t>EUR</w:t>
      </w:r>
    </w:p>
    <w:p w:rsidR="01D2D769" w:rsidRDefault="01D2D769" w14:paraId="037DA957" w14:textId="3F98E92F">
      <w:r w:rsidRPr="23B851D9" w:rsidR="01D2D769">
        <w:rPr>
          <w:rFonts w:ascii="Calibri" w:hAnsi="Calibri" w:eastAsia="Calibri" w:cs="Calibri"/>
          <w:noProof w:val="0"/>
          <w:sz w:val="20"/>
          <w:szCs w:val="20"/>
          <w:lang w:val="en-US"/>
        </w:rPr>
        <w:t>Ārējās atslēgas:</w:t>
      </w:r>
    </w:p>
    <w:p w:rsidR="01D2D769" w:rsidRDefault="01D2D769" w14:paraId="21468D09" w14:textId="32C21B48">
      <w:r w:rsidRPr="23B851D9" w:rsidR="01D2D769">
        <w:rPr>
          <w:rFonts w:ascii="Consolas" w:hAnsi="Consolas" w:eastAsia="Consolas" w:cs="Consolas"/>
          <w:noProof w:val="0"/>
          <w:sz w:val="20"/>
          <w:szCs w:val="20"/>
          <w:lang w:val="en-US"/>
        </w:rPr>
        <w:t>nodoklu_konti.ipasums_id</w:t>
      </w:r>
      <w:r w:rsidRPr="23B851D9" w:rsidR="01D2D769">
        <w:rPr>
          <w:rFonts w:ascii="Calibri" w:hAnsi="Calibri" w:eastAsia="Calibri" w:cs="Calibri"/>
          <w:noProof w:val="0"/>
          <w:sz w:val="20"/>
          <w:szCs w:val="20"/>
          <w:lang w:val="en-US"/>
        </w:rPr>
        <w:t xml:space="preserve"> atsaucas uz </w:t>
      </w:r>
      <w:r w:rsidRPr="23B851D9" w:rsidR="01D2D769">
        <w:rPr>
          <w:rFonts w:ascii="Consolas" w:hAnsi="Consolas" w:eastAsia="Consolas" w:cs="Consolas"/>
          <w:noProof w:val="0"/>
          <w:sz w:val="20"/>
          <w:szCs w:val="20"/>
          <w:lang w:val="en-US"/>
        </w:rPr>
        <w:t>ipasumi.ipasums_id</w:t>
      </w:r>
    </w:p>
    <w:p w:rsidR="01D2D769" w:rsidRDefault="01D2D769" w14:paraId="39B051AF" w14:textId="1F277BB0">
      <w:r w:rsidRPr="23B851D9" w:rsidR="01D2D769">
        <w:rPr>
          <w:rFonts w:ascii="Calibri" w:hAnsi="Calibri" w:eastAsia="Calibri" w:cs="Calibri"/>
          <w:noProof w:val="0"/>
          <w:sz w:val="20"/>
          <w:szCs w:val="20"/>
          <w:lang w:val="en-US"/>
        </w:rPr>
        <w:t xml:space="preserve">ON UPDATE: </w:t>
      </w:r>
      <w:r w:rsidRPr="23B851D9" w:rsidR="01D2D769">
        <w:rPr>
          <w:rFonts w:ascii="Consolas" w:hAnsi="Consolas" w:eastAsia="Consolas" w:cs="Consolas"/>
          <w:noProof w:val="0"/>
          <w:sz w:val="20"/>
          <w:szCs w:val="20"/>
          <w:lang w:val="en-US"/>
        </w:rPr>
        <w:t>CASCADE</w:t>
      </w:r>
      <w:r>
        <w:br/>
      </w:r>
      <w:r w:rsidRPr="23B851D9" w:rsidR="01D2D769">
        <w:rPr>
          <w:rFonts w:ascii="Calibri" w:hAnsi="Calibri" w:eastAsia="Calibri" w:cs="Calibri"/>
          <w:noProof w:val="0"/>
          <w:sz w:val="20"/>
          <w:szCs w:val="20"/>
          <w:lang w:val="en-US"/>
        </w:rPr>
        <w:t xml:space="preserve"> ON DELETE: </w:t>
      </w:r>
      <w:r w:rsidRPr="23B851D9" w:rsidR="01D2D769">
        <w:rPr>
          <w:rFonts w:ascii="Consolas" w:hAnsi="Consolas" w:eastAsia="Consolas" w:cs="Consolas"/>
          <w:noProof w:val="0"/>
          <w:sz w:val="20"/>
          <w:szCs w:val="20"/>
          <w:lang w:val="en-US"/>
        </w:rPr>
        <w:t>RESTRICT</w:t>
      </w:r>
    </w:p>
    <w:p w:rsidR="01D2D769" w:rsidRDefault="01D2D769" w14:paraId="69F4DE2F" w14:textId="432C2DB6">
      <w:r w:rsidRPr="23B851D9" w:rsidR="01D2D769">
        <w:rPr>
          <w:rFonts w:ascii="Consolas" w:hAnsi="Consolas" w:eastAsia="Consolas" w:cs="Consolas"/>
          <w:noProof w:val="0"/>
          <w:sz w:val="20"/>
          <w:szCs w:val="20"/>
          <w:lang w:val="en-US"/>
        </w:rPr>
        <w:t>nodoklu_konti.tips_id</w:t>
      </w:r>
      <w:r w:rsidRPr="23B851D9" w:rsidR="01D2D769">
        <w:rPr>
          <w:rFonts w:ascii="Calibri" w:hAnsi="Calibri" w:eastAsia="Calibri" w:cs="Calibri"/>
          <w:noProof w:val="0"/>
          <w:sz w:val="20"/>
          <w:szCs w:val="20"/>
          <w:lang w:val="en-US"/>
        </w:rPr>
        <w:t xml:space="preserve"> atsaucas uz </w:t>
      </w:r>
      <w:r w:rsidRPr="23B851D9" w:rsidR="01D2D769">
        <w:rPr>
          <w:rFonts w:ascii="Consolas" w:hAnsi="Consolas" w:eastAsia="Consolas" w:cs="Consolas"/>
          <w:noProof w:val="0"/>
          <w:sz w:val="20"/>
          <w:szCs w:val="20"/>
          <w:lang w:val="en-US"/>
        </w:rPr>
        <w:t>nin_tipi.tips_id</w:t>
      </w:r>
    </w:p>
    <w:p w:rsidR="01D2D769" w:rsidRDefault="01D2D769" w14:paraId="0D0F3A41" w14:textId="74E79A42">
      <w:r w:rsidRPr="23B851D9" w:rsidR="01D2D769">
        <w:rPr>
          <w:rFonts w:ascii="Calibri" w:hAnsi="Calibri" w:eastAsia="Calibri" w:cs="Calibri"/>
          <w:noProof w:val="0"/>
          <w:sz w:val="20"/>
          <w:szCs w:val="20"/>
          <w:lang w:val="en-US"/>
        </w:rPr>
        <w:t xml:space="preserve">ON UPDATE: </w:t>
      </w:r>
      <w:r w:rsidRPr="23B851D9" w:rsidR="01D2D769">
        <w:rPr>
          <w:rFonts w:ascii="Consolas" w:hAnsi="Consolas" w:eastAsia="Consolas" w:cs="Consolas"/>
          <w:noProof w:val="0"/>
          <w:sz w:val="20"/>
          <w:szCs w:val="20"/>
          <w:lang w:val="en-US"/>
        </w:rPr>
        <w:t>CASCADE</w:t>
      </w:r>
      <w:r>
        <w:br/>
      </w:r>
      <w:r w:rsidRPr="23B851D9" w:rsidR="01D2D769">
        <w:rPr>
          <w:rFonts w:ascii="Calibri" w:hAnsi="Calibri" w:eastAsia="Calibri" w:cs="Calibri"/>
          <w:noProof w:val="0"/>
          <w:sz w:val="20"/>
          <w:szCs w:val="20"/>
          <w:lang w:val="en-US"/>
        </w:rPr>
        <w:t xml:space="preserve"> ON DELETE: </w:t>
      </w:r>
      <w:r w:rsidRPr="23B851D9" w:rsidR="01D2D769">
        <w:rPr>
          <w:rFonts w:ascii="Consolas" w:hAnsi="Consolas" w:eastAsia="Consolas" w:cs="Consolas"/>
          <w:noProof w:val="0"/>
          <w:sz w:val="20"/>
          <w:szCs w:val="20"/>
          <w:lang w:val="en-US"/>
        </w:rPr>
        <w:t>RESTRICT</w:t>
      </w:r>
    </w:p>
    <w:p w:rsidR="23B851D9" w:rsidRDefault="23B851D9" w14:paraId="5A1D5607" w14:textId="2A98C68B"/>
    <w:p w:rsidR="78FCCFEA" w:rsidRDefault="78FCCFEA" w14:paraId="0B01314B" w14:textId="74FFC46F">
      <w:r w:rsidR="78FCCFEA">
        <w:rPr/>
        <w:t>Citāds variants, piemēram nodarbību grafikam:</w:t>
      </w:r>
    </w:p>
    <w:p w:rsidR="78FCCFEA" w:rsidP="23B851D9" w:rsidRDefault="78FCCFEA" w14:paraId="4E542374" w14:textId="582C6BA1">
      <w:pPr>
        <w:pStyle w:val="Heading2"/>
      </w:pPr>
      <w:r w:rsidRPr="23B851D9" w:rsidR="78FCCFEA">
        <w:rPr>
          <w:rFonts w:ascii="Calibri" w:hAnsi="Calibri" w:eastAsia="Calibri" w:cs="Calibri"/>
          <w:noProof w:val="0"/>
          <w:sz w:val="20"/>
          <w:szCs w:val="20"/>
          <w:lang w:val="en-US"/>
        </w:rPr>
        <w:t>1</w:t>
      </w:r>
      <w:r w:rsidRPr="23B851D9" w:rsidR="01D2D769">
        <w:rPr>
          <w:rFonts w:ascii="Calibri" w:hAnsi="Calibri" w:eastAsia="Calibri" w:cs="Calibri"/>
          <w:noProof w:val="0"/>
          <w:sz w:val="20"/>
          <w:szCs w:val="20"/>
          <w:lang w:val="en-US"/>
        </w:rPr>
        <w:t xml:space="preserve">. Tabula </w:t>
      </w:r>
      <w:r w:rsidRPr="23B851D9" w:rsidR="01D2D769">
        <w:rPr>
          <w:rFonts w:ascii="Consolas" w:hAnsi="Consolas" w:eastAsia="Consolas" w:cs="Consolas"/>
          <w:noProof w:val="0"/>
          <w:sz w:val="20"/>
          <w:szCs w:val="20"/>
          <w:lang w:val="en-US"/>
        </w:rPr>
        <w:t>maksajumu_termini</w:t>
      </w:r>
    </w:p>
    <w:p w:rsidR="01D2D769" w:rsidRDefault="01D2D769" w14:paraId="36162A25" w14:textId="0B7B7F84">
      <w:r w:rsidRPr="23B851D9" w:rsidR="01D2D769">
        <w:rPr>
          <w:rFonts w:ascii="Calibri" w:hAnsi="Calibri" w:eastAsia="Calibri" w:cs="Calibri"/>
          <w:noProof w:val="0"/>
          <w:sz w:val="20"/>
          <w:szCs w:val="20"/>
          <w:lang w:val="en-US"/>
        </w:rPr>
        <w:t>Kolonnas:</w:t>
      </w:r>
    </w:p>
    <w:p w:rsidR="01D2D769" w:rsidRDefault="01D2D769" w14:paraId="6B41F721" w14:textId="4A6C8CF6">
      <w:r w:rsidRPr="23B851D9" w:rsidR="01D2D769">
        <w:rPr>
          <w:rFonts w:ascii="Consolas" w:hAnsi="Consolas" w:eastAsia="Consolas" w:cs="Consolas"/>
          <w:noProof w:val="0"/>
          <w:sz w:val="20"/>
          <w:szCs w:val="20"/>
          <w:lang w:val="en-US"/>
        </w:rPr>
        <w:t>termina_id</w:t>
      </w:r>
      <w:r>
        <w:br/>
      </w:r>
      <w:r w:rsidRPr="23B851D9" w:rsidR="01D2D769">
        <w:rPr>
          <w:rFonts w:ascii="Calibri" w:hAnsi="Calibri" w:eastAsia="Calibri" w:cs="Calibri"/>
          <w:noProof w:val="0"/>
          <w:sz w:val="20"/>
          <w:szCs w:val="20"/>
          <w:lang w:val="en-US"/>
        </w:rPr>
        <w:t xml:space="preserve"> Tips: </w:t>
      </w:r>
      <w:r w:rsidRPr="23B851D9" w:rsidR="01D2D769">
        <w:rPr>
          <w:rFonts w:ascii="Consolas" w:hAnsi="Consolas" w:eastAsia="Consolas" w:cs="Consolas"/>
          <w:noProof w:val="0"/>
          <w:sz w:val="20"/>
          <w:szCs w:val="20"/>
          <w:lang w:val="en-US"/>
        </w:rPr>
        <w:t>INT UNSIGNED</w:t>
      </w:r>
      <w:r>
        <w:br/>
      </w:r>
      <w:r w:rsidRPr="23B851D9" w:rsidR="01D2D769">
        <w:rPr>
          <w:rFonts w:ascii="Calibri" w:hAnsi="Calibri" w:eastAsia="Calibri" w:cs="Calibri"/>
          <w:noProof w:val="0"/>
          <w:sz w:val="20"/>
          <w:szCs w:val="20"/>
          <w:lang w:val="en-US"/>
        </w:rPr>
        <w:t xml:space="preserve"> Jāatzīmē: </w:t>
      </w:r>
      <w:r w:rsidRPr="23B851D9" w:rsidR="01D2D769">
        <w:rPr>
          <w:rFonts w:ascii="Consolas" w:hAnsi="Consolas" w:eastAsia="Consolas" w:cs="Consolas"/>
          <w:noProof w:val="0"/>
          <w:sz w:val="20"/>
          <w:szCs w:val="20"/>
          <w:lang w:val="en-US"/>
        </w:rPr>
        <w:t>NOT NULL</w:t>
      </w:r>
      <w:r w:rsidRPr="23B851D9" w:rsidR="01D2D769">
        <w:rPr>
          <w:rFonts w:ascii="Calibri" w:hAnsi="Calibri" w:eastAsia="Calibri" w:cs="Calibri"/>
          <w:noProof w:val="0"/>
          <w:sz w:val="20"/>
          <w:szCs w:val="20"/>
          <w:lang w:val="en-US"/>
        </w:rPr>
        <w:t xml:space="preserve">, </w:t>
      </w:r>
      <w:r w:rsidRPr="23B851D9" w:rsidR="01D2D769">
        <w:rPr>
          <w:rFonts w:ascii="Consolas" w:hAnsi="Consolas" w:eastAsia="Consolas" w:cs="Consolas"/>
          <w:noProof w:val="0"/>
          <w:sz w:val="20"/>
          <w:szCs w:val="20"/>
          <w:lang w:val="en-US"/>
        </w:rPr>
        <w:t>AUTO_INCREMENT</w:t>
      </w:r>
      <w:r w:rsidRPr="23B851D9" w:rsidR="01D2D769">
        <w:rPr>
          <w:rFonts w:ascii="Calibri" w:hAnsi="Calibri" w:eastAsia="Calibri" w:cs="Calibri"/>
          <w:noProof w:val="0"/>
          <w:sz w:val="20"/>
          <w:szCs w:val="20"/>
          <w:lang w:val="en-US"/>
        </w:rPr>
        <w:t xml:space="preserve">, </w:t>
      </w:r>
      <w:r w:rsidRPr="23B851D9" w:rsidR="01D2D769">
        <w:rPr>
          <w:rFonts w:ascii="Consolas" w:hAnsi="Consolas" w:eastAsia="Consolas" w:cs="Consolas"/>
          <w:noProof w:val="0"/>
          <w:sz w:val="20"/>
          <w:szCs w:val="20"/>
          <w:lang w:val="en-US"/>
        </w:rPr>
        <w:t>PRIMARY KEY</w:t>
      </w:r>
    </w:p>
    <w:p w:rsidR="01D2D769" w:rsidRDefault="01D2D769" w14:paraId="25F322DD" w14:textId="1813FF6D">
      <w:r w:rsidRPr="23B851D9" w:rsidR="01D2D769">
        <w:rPr>
          <w:rFonts w:ascii="Consolas" w:hAnsi="Consolas" w:eastAsia="Consolas" w:cs="Consolas"/>
          <w:noProof w:val="0"/>
          <w:sz w:val="20"/>
          <w:szCs w:val="20"/>
          <w:lang w:val="en-US"/>
        </w:rPr>
        <w:t>konta_nr</w:t>
      </w:r>
      <w:r>
        <w:br/>
      </w:r>
      <w:r w:rsidRPr="23B851D9" w:rsidR="01D2D769">
        <w:rPr>
          <w:rFonts w:ascii="Calibri" w:hAnsi="Calibri" w:eastAsia="Calibri" w:cs="Calibri"/>
          <w:noProof w:val="0"/>
          <w:sz w:val="20"/>
          <w:szCs w:val="20"/>
          <w:lang w:val="en-US"/>
        </w:rPr>
        <w:t xml:space="preserve"> Tips: </w:t>
      </w:r>
      <w:r w:rsidRPr="23B851D9" w:rsidR="01D2D769">
        <w:rPr>
          <w:rFonts w:ascii="Consolas" w:hAnsi="Consolas" w:eastAsia="Consolas" w:cs="Consolas"/>
          <w:noProof w:val="0"/>
          <w:sz w:val="20"/>
          <w:szCs w:val="20"/>
          <w:lang w:val="en-US"/>
        </w:rPr>
        <w:t>INT UNSIGNED</w:t>
      </w:r>
      <w:r>
        <w:br/>
      </w:r>
      <w:r w:rsidRPr="23B851D9" w:rsidR="01D2D769">
        <w:rPr>
          <w:rFonts w:ascii="Calibri" w:hAnsi="Calibri" w:eastAsia="Calibri" w:cs="Calibri"/>
          <w:noProof w:val="0"/>
          <w:sz w:val="20"/>
          <w:szCs w:val="20"/>
          <w:lang w:val="en-US"/>
        </w:rPr>
        <w:t xml:space="preserve"> Jāatzīmē: </w:t>
      </w:r>
      <w:r w:rsidRPr="23B851D9" w:rsidR="01D2D769">
        <w:rPr>
          <w:rFonts w:ascii="Consolas" w:hAnsi="Consolas" w:eastAsia="Consolas" w:cs="Consolas"/>
          <w:noProof w:val="0"/>
          <w:sz w:val="20"/>
          <w:szCs w:val="20"/>
          <w:lang w:val="en-US"/>
        </w:rPr>
        <w:t>NOT NULL</w:t>
      </w:r>
      <w:r w:rsidRPr="23B851D9" w:rsidR="01D2D769">
        <w:rPr>
          <w:rFonts w:ascii="Calibri" w:hAnsi="Calibri" w:eastAsia="Calibri" w:cs="Calibri"/>
          <w:noProof w:val="0"/>
          <w:sz w:val="20"/>
          <w:szCs w:val="20"/>
          <w:lang w:val="en-US"/>
        </w:rPr>
        <w:t xml:space="preserve">, </w:t>
      </w:r>
      <w:r w:rsidRPr="23B851D9" w:rsidR="01D2D769">
        <w:rPr>
          <w:rFonts w:ascii="Consolas" w:hAnsi="Consolas" w:eastAsia="Consolas" w:cs="Consolas"/>
          <w:noProof w:val="0"/>
          <w:sz w:val="20"/>
          <w:szCs w:val="20"/>
          <w:lang w:val="en-US"/>
        </w:rPr>
        <w:t>INDEX</w:t>
      </w:r>
      <w:r w:rsidRPr="23B851D9" w:rsidR="01D2D769">
        <w:rPr>
          <w:rFonts w:ascii="Calibri" w:hAnsi="Calibri" w:eastAsia="Calibri" w:cs="Calibri"/>
          <w:noProof w:val="0"/>
          <w:sz w:val="20"/>
          <w:szCs w:val="20"/>
          <w:lang w:val="en-US"/>
        </w:rPr>
        <w:t xml:space="preserve">, </w:t>
      </w:r>
      <w:r w:rsidRPr="23B851D9" w:rsidR="01D2D769">
        <w:rPr>
          <w:rFonts w:ascii="Consolas" w:hAnsi="Consolas" w:eastAsia="Consolas" w:cs="Consolas"/>
          <w:noProof w:val="0"/>
          <w:sz w:val="20"/>
          <w:szCs w:val="20"/>
          <w:lang w:val="en-US"/>
        </w:rPr>
        <w:t>FOREIGN KEY</w:t>
      </w:r>
    </w:p>
    <w:p w:rsidR="01D2D769" w:rsidRDefault="01D2D769" w14:paraId="00C4A2FE" w14:textId="0DEBFDBE">
      <w:r w:rsidRPr="23B851D9" w:rsidR="01D2D769">
        <w:rPr>
          <w:rFonts w:ascii="Consolas" w:hAnsi="Consolas" w:eastAsia="Consolas" w:cs="Consolas"/>
          <w:noProof w:val="0"/>
          <w:sz w:val="20"/>
          <w:szCs w:val="20"/>
          <w:lang w:val="en-US"/>
        </w:rPr>
        <w:t>datums</w:t>
      </w:r>
      <w:r>
        <w:br/>
      </w:r>
      <w:r w:rsidRPr="23B851D9" w:rsidR="01D2D769">
        <w:rPr>
          <w:rFonts w:ascii="Calibri" w:hAnsi="Calibri" w:eastAsia="Calibri" w:cs="Calibri"/>
          <w:noProof w:val="0"/>
          <w:sz w:val="20"/>
          <w:szCs w:val="20"/>
          <w:lang w:val="en-US"/>
        </w:rPr>
        <w:t xml:space="preserve"> Tips: </w:t>
      </w:r>
      <w:r w:rsidRPr="23B851D9" w:rsidR="01D2D769">
        <w:rPr>
          <w:rFonts w:ascii="Consolas" w:hAnsi="Consolas" w:eastAsia="Consolas" w:cs="Consolas"/>
          <w:noProof w:val="0"/>
          <w:sz w:val="20"/>
          <w:szCs w:val="20"/>
          <w:lang w:val="en-US"/>
        </w:rPr>
        <w:t>DATE</w:t>
      </w:r>
      <w:r>
        <w:br/>
      </w:r>
      <w:r w:rsidRPr="23B851D9" w:rsidR="01D2D769">
        <w:rPr>
          <w:rFonts w:ascii="Calibri" w:hAnsi="Calibri" w:eastAsia="Calibri" w:cs="Calibri"/>
          <w:noProof w:val="0"/>
          <w:sz w:val="20"/>
          <w:szCs w:val="20"/>
          <w:lang w:val="en-US"/>
        </w:rPr>
        <w:t xml:space="preserve"> Jāatzīmē: </w:t>
      </w:r>
      <w:r w:rsidRPr="23B851D9" w:rsidR="01D2D769">
        <w:rPr>
          <w:rFonts w:ascii="Consolas" w:hAnsi="Consolas" w:eastAsia="Consolas" w:cs="Consolas"/>
          <w:noProof w:val="0"/>
          <w:sz w:val="20"/>
          <w:szCs w:val="20"/>
          <w:lang w:val="en-US"/>
        </w:rPr>
        <w:t>NOT NULL</w:t>
      </w:r>
      <w:r w:rsidRPr="23B851D9" w:rsidR="01D2D769">
        <w:rPr>
          <w:rFonts w:ascii="Calibri" w:hAnsi="Calibri" w:eastAsia="Calibri" w:cs="Calibri"/>
          <w:noProof w:val="0"/>
          <w:sz w:val="20"/>
          <w:szCs w:val="20"/>
          <w:lang w:val="en-US"/>
        </w:rPr>
        <w:t xml:space="preserve">, </w:t>
      </w:r>
      <w:r w:rsidRPr="23B851D9" w:rsidR="01D2D769">
        <w:rPr>
          <w:rFonts w:ascii="Consolas" w:hAnsi="Consolas" w:eastAsia="Consolas" w:cs="Consolas"/>
          <w:noProof w:val="0"/>
          <w:sz w:val="20"/>
          <w:szCs w:val="20"/>
          <w:lang w:val="en-US"/>
        </w:rPr>
        <w:t>INDEX</w:t>
      </w:r>
    </w:p>
    <w:p w:rsidR="01D2D769" w:rsidRDefault="01D2D769" w14:paraId="399A8130" w14:textId="4D3155BC">
      <w:r w:rsidRPr="23B851D9" w:rsidR="01D2D769">
        <w:rPr>
          <w:rFonts w:ascii="Consolas" w:hAnsi="Consolas" w:eastAsia="Consolas" w:cs="Consolas"/>
          <w:noProof w:val="0"/>
          <w:sz w:val="20"/>
          <w:szCs w:val="20"/>
          <w:lang w:val="en-US"/>
        </w:rPr>
        <w:t>summa</w:t>
      </w:r>
      <w:r>
        <w:br/>
      </w:r>
      <w:r w:rsidRPr="23B851D9" w:rsidR="01D2D769">
        <w:rPr>
          <w:rFonts w:ascii="Calibri" w:hAnsi="Calibri" w:eastAsia="Calibri" w:cs="Calibri"/>
          <w:noProof w:val="0"/>
          <w:sz w:val="20"/>
          <w:szCs w:val="20"/>
          <w:lang w:val="en-US"/>
        </w:rPr>
        <w:t xml:space="preserve"> Tips: </w:t>
      </w:r>
      <w:r w:rsidRPr="23B851D9" w:rsidR="01D2D769">
        <w:rPr>
          <w:rFonts w:ascii="Consolas" w:hAnsi="Consolas" w:eastAsia="Consolas" w:cs="Consolas"/>
          <w:noProof w:val="0"/>
          <w:sz w:val="20"/>
          <w:szCs w:val="20"/>
          <w:lang w:val="en-US"/>
        </w:rPr>
        <w:t>DECIMAL(10,2)</w:t>
      </w:r>
      <w:r>
        <w:br/>
      </w:r>
      <w:r w:rsidRPr="23B851D9" w:rsidR="01D2D769">
        <w:rPr>
          <w:rFonts w:ascii="Calibri" w:hAnsi="Calibri" w:eastAsia="Calibri" w:cs="Calibri"/>
          <w:noProof w:val="0"/>
          <w:sz w:val="20"/>
          <w:szCs w:val="20"/>
          <w:lang w:val="en-US"/>
        </w:rPr>
        <w:t xml:space="preserve"> Jāatzīmē: </w:t>
      </w:r>
      <w:r w:rsidRPr="23B851D9" w:rsidR="01D2D769">
        <w:rPr>
          <w:rFonts w:ascii="Consolas" w:hAnsi="Consolas" w:eastAsia="Consolas" w:cs="Consolas"/>
          <w:noProof w:val="0"/>
          <w:sz w:val="20"/>
          <w:szCs w:val="20"/>
          <w:lang w:val="en-US"/>
        </w:rPr>
        <w:t>NOT NULL</w:t>
      </w:r>
    </w:p>
    <w:p w:rsidR="01D2D769" w:rsidRDefault="01D2D769" w14:paraId="791F4F79" w14:textId="149C6CFC">
      <w:r w:rsidRPr="23B851D9" w:rsidR="01D2D769">
        <w:rPr>
          <w:rFonts w:ascii="Calibri" w:hAnsi="Calibri" w:eastAsia="Calibri" w:cs="Calibri"/>
          <w:noProof w:val="0"/>
          <w:sz w:val="20"/>
          <w:szCs w:val="20"/>
          <w:lang w:val="en-US"/>
        </w:rPr>
        <w:t>Ārējā atslēga:</w:t>
      </w:r>
    </w:p>
    <w:p w:rsidR="01D2D769" w:rsidRDefault="01D2D769" w14:paraId="1BA76494" w14:textId="39C970E7">
      <w:r w:rsidRPr="23B851D9" w:rsidR="01D2D769">
        <w:rPr>
          <w:rFonts w:ascii="Consolas" w:hAnsi="Consolas" w:eastAsia="Consolas" w:cs="Consolas"/>
          <w:noProof w:val="0"/>
          <w:sz w:val="20"/>
          <w:szCs w:val="20"/>
          <w:lang w:val="en-US"/>
        </w:rPr>
        <w:t>maksajumu_termini.konta_nr</w:t>
      </w:r>
      <w:r w:rsidRPr="23B851D9" w:rsidR="01D2D769">
        <w:rPr>
          <w:rFonts w:ascii="Calibri" w:hAnsi="Calibri" w:eastAsia="Calibri" w:cs="Calibri"/>
          <w:noProof w:val="0"/>
          <w:sz w:val="20"/>
          <w:szCs w:val="20"/>
          <w:lang w:val="en-US"/>
        </w:rPr>
        <w:t xml:space="preserve"> atsaucas uz </w:t>
      </w:r>
      <w:r w:rsidRPr="23B851D9" w:rsidR="01D2D769">
        <w:rPr>
          <w:rFonts w:ascii="Consolas" w:hAnsi="Consolas" w:eastAsia="Consolas" w:cs="Consolas"/>
          <w:noProof w:val="0"/>
          <w:sz w:val="20"/>
          <w:szCs w:val="20"/>
          <w:lang w:val="en-US"/>
        </w:rPr>
        <w:t>nodoklu_konti.konta_nr</w:t>
      </w:r>
    </w:p>
    <w:p w:rsidR="01D2D769" w:rsidRDefault="01D2D769" w14:paraId="0E04D534" w14:textId="4DCAF6EF">
      <w:r w:rsidRPr="23B851D9" w:rsidR="01D2D769">
        <w:rPr>
          <w:rFonts w:ascii="Calibri" w:hAnsi="Calibri" w:eastAsia="Calibri" w:cs="Calibri"/>
          <w:noProof w:val="0"/>
          <w:sz w:val="20"/>
          <w:szCs w:val="20"/>
          <w:lang w:val="en-US"/>
        </w:rPr>
        <w:t xml:space="preserve">ON UPDATE: </w:t>
      </w:r>
      <w:r w:rsidRPr="23B851D9" w:rsidR="01D2D769">
        <w:rPr>
          <w:rFonts w:ascii="Consolas" w:hAnsi="Consolas" w:eastAsia="Consolas" w:cs="Consolas"/>
          <w:noProof w:val="0"/>
          <w:sz w:val="20"/>
          <w:szCs w:val="20"/>
          <w:lang w:val="en-US"/>
        </w:rPr>
        <w:t>CASCADE</w:t>
      </w:r>
      <w:r>
        <w:br/>
      </w:r>
      <w:r w:rsidRPr="23B851D9" w:rsidR="01D2D769">
        <w:rPr>
          <w:rFonts w:ascii="Calibri" w:hAnsi="Calibri" w:eastAsia="Calibri" w:cs="Calibri"/>
          <w:noProof w:val="0"/>
          <w:sz w:val="20"/>
          <w:szCs w:val="20"/>
          <w:lang w:val="en-US"/>
        </w:rPr>
        <w:t xml:space="preserve"> ON DELETE: </w:t>
      </w:r>
      <w:r w:rsidRPr="23B851D9" w:rsidR="01D2D769">
        <w:rPr>
          <w:rFonts w:ascii="Consolas" w:hAnsi="Consolas" w:eastAsia="Consolas" w:cs="Consolas"/>
          <w:noProof w:val="0"/>
          <w:sz w:val="20"/>
          <w:szCs w:val="20"/>
          <w:lang w:val="en-US"/>
        </w:rPr>
        <w:t>CASCADE</w:t>
      </w:r>
    </w:p>
    <w:p w:rsidR="23B851D9" w:rsidP="23B851D9" w:rsidRDefault="23B851D9" w14:paraId="0D730FDC" w14:textId="2D72E6FF">
      <w:pPr>
        <w:bidi w:val="0"/>
        <w:rPr>
          <w:rFonts w:ascii="Consolas" w:hAnsi="Consolas" w:eastAsia="Consolas" w:cs="Consolas"/>
          <w:noProof w:val="0"/>
          <w:sz w:val="20"/>
          <w:szCs w:val="20"/>
          <w:lang w:val="en-US"/>
        </w:rPr>
      </w:pPr>
    </w:p>
    <w:p w:rsidR="0CF19DB6" w:rsidP="23B851D9" w:rsidRDefault="0CF19DB6" w14:paraId="4032A318" w14:textId="0D82823E">
      <w:pPr>
        <w:pStyle w:val="Heading2"/>
      </w:pPr>
      <w:r w:rsidRPr="23B851D9" w:rsidR="0CF19DB6">
        <w:rPr>
          <w:rFonts w:ascii="Consolas" w:hAnsi="Consolas" w:eastAsia="Consolas" w:cs="Consolas"/>
          <w:noProof w:val="0"/>
          <w:sz w:val="20"/>
          <w:szCs w:val="20"/>
          <w:lang w:val="en-US"/>
        </w:rPr>
        <w:t>Tabula prieksmeti</w:t>
      </w:r>
    </w:p>
    <w:p w:rsidR="0CF19DB6" w:rsidRDefault="0CF19DB6" w14:paraId="7B7B328C" w14:textId="5C51486D">
      <w:r w:rsidRPr="23B851D9" w:rsidR="0CF19DB6">
        <w:rPr>
          <w:rFonts w:ascii="Consolas" w:hAnsi="Consolas" w:eastAsia="Consolas" w:cs="Consolas"/>
          <w:noProof w:val="0"/>
          <w:sz w:val="20"/>
          <w:szCs w:val="20"/>
          <w:lang w:val="en-US"/>
        </w:rPr>
        <w:t>prieksmets_id</w:t>
      </w:r>
      <w:r>
        <w:br/>
      </w:r>
      <w:r w:rsidRPr="23B851D9" w:rsidR="0CF19DB6">
        <w:rPr>
          <w:rFonts w:ascii="Consolas" w:hAnsi="Consolas" w:eastAsia="Consolas" w:cs="Consolas"/>
          <w:noProof w:val="0"/>
          <w:sz w:val="20"/>
          <w:szCs w:val="20"/>
          <w:lang w:val="en-US"/>
        </w:rPr>
        <w:t xml:space="preserve"> Tips: INT UNSIGNED</w:t>
      </w:r>
      <w:r>
        <w:br/>
      </w:r>
      <w:r w:rsidRPr="23B851D9" w:rsidR="0CF19DB6">
        <w:rPr>
          <w:rFonts w:ascii="Consolas" w:hAnsi="Consolas" w:eastAsia="Consolas" w:cs="Consolas"/>
          <w:noProof w:val="0"/>
          <w:sz w:val="20"/>
          <w:szCs w:val="20"/>
          <w:lang w:val="en-US"/>
        </w:rPr>
        <w:t xml:space="preserve"> Jāatzīmē: NOT NULL, AUTO_INCREMENT, PRIMARY KEY</w:t>
      </w:r>
    </w:p>
    <w:p w:rsidR="0CF19DB6" w:rsidRDefault="0CF19DB6" w14:paraId="7B35D943" w14:textId="1CCE1774">
      <w:r w:rsidRPr="23B851D9" w:rsidR="0CF19DB6">
        <w:rPr>
          <w:rFonts w:ascii="Consolas" w:hAnsi="Consolas" w:eastAsia="Consolas" w:cs="Consolas"/>
          <w:noProof w:val="0"/>
          <w:sz w:val="20"/>
          <w:szCs w:val="20"/>
          <w:lang w:val="en-US"/>
        </w:rPr>
        <w:t>nosaukums</w:t>
      </w:r>
      <w:r>
        <w:br/>
      </w:r>
      <w:r w:rsidRPr="23B851D9" w:rsidR="0CF19DB6">
        <w:rPr>
          <w:rFonts w:ascii="Consolas" w:hAnsi="Consolas" w:eastAsia="Consolas" w:cs="Consolas"/>
          <w:noProof w:val="0"/>
          <w:sz w:val="20"/>
          <w:szCs w:val="20"/>
          <w:lang w:val="en-US"/>
        </w:rPr>
        <w:t xml:space="preserve"> Tips: VARCHAR(100)</w:t>
      </w:r>
      <w:r>
        <w:br/>
      </w:r>
      <w:r w:rsidRPr="23B851D9" w:rsidR="0CF19DB6">
        <w:rPr>
          <w:rFonts w:ascii="Consolas" w:hAnsi="Consolas" w:eastAsia="Consolas" w:cs="Consolas"/>
          <w:noProof w:val="0"/>
          <w:sz w:val="20"/>
          <w:szCs w:val="20"/>
          <w:lang w:val="en-US"/>
        </w:rPr>
        <w:t xml:space="preserve"> Jāatzīmē: NOT NULL, UNIQUE</w:t>
      </w:r>
    </w:p>
    <w:p w:rsidR="0CF19DB6" w:rsidP="23B851D9" w:rsidRDefault="0CF19DB6" w14:paraId="6B69E836" w14:textId="0E08DA32">
      <w:pPr>
        <w:pStyle w:val="Heading2"/>
      </w:pPr>
      <w:r w:rsidRPr="23B851D9" w:rsidR="0CF19DB6">
        <w:rPr>
          <w:rFonts w:ascii="Consolas" w:hAnsi="Consolas" w:eastAsia="Consolas" w:cs="Consolas"/>
          <w:noProof w:val="0"/>
          <w:sz w:val="20"/>
          <w:szCs w:val="20"/>
          <w:lang w:val="en-US"/>
        </w:rPr>
        <w:t>Tabula stundu_plans</w:t>
      </w:r>
    </w:p>
    <w:p w:rsidR="0CF19DB6" w:rsidRDefault="0CF19DB6" w14:paraId="2DEC1C5E" w14:textId="2EFBCB18">
      <w:r w:rsidRPr="23B851D9" w:rsidR="0CF19DB6">
        <w:rPr>
          <w:rFonts w:ascii="Consolas" w:hAnsi="Consolas" w:eastAsia="Consolas" w:cs="Consolas"/>
          <w:noProof w:val="0"/>
          <w:sz w:val="20"/>
          <w:szCs w:val="20"/>
          <w:lang w:val="en-US"/>
        </w:rPr>
        <w:t>plans_id</w:t>
      </w:r>
      <w:r>
        <w:br/>
      </w:r>
      <w:r w:rsidRPr="23B851D9" w:rsidR="0CF19DB6">
        <w:rPr>
          <w:rFonts w:ascii="Consolas" w:hAnsi="Consolas" w:eastAsia="Consolas" w:cs="Consolas"/>
          <w:noProof w:val="0"/>
          <w:sz w:val="20"/>
          <w:szCs w:val="20"/>
          <w:lang w:val="en-US"/>
        </w:rPr>
        <w:t xml:space="preserve"> Tips: INT UNSIGNED</w:t>
      </w:r>
      <w:r>
        <w:br/>
      </w:r>
      <w:r w:rsidRPr="23B851D9" w:rsidR="0CF19DB6">
        <w:rPr>
          <w:rFonts w:ascii="Consolas" w:hAnsi="Consolas" w:eastAsia="Consolas" w:cs="Consolas"/>
          <w:noProof w:val="0"/>
          <w:sz w:val="20"/>
          <w:szCs w:val="20"/>
          <w:lang w:val="en-US"/>
        </w:rPr>
        <w:t xml:space="preserve"> Jāatzīmē: NOT NULL, AUTO_INCREMENT, PRIMARY KEY</w:t>
      </w:r>
    </w:p>
    <w:p w:rsidR="0CF19DB6" w:rsidRDefault="0CF19DB6" w14:paraId="454BB388" w14:textId="656B71A3">
      <w:r w:rsidRPr="23B851D9" w:rsidR="0CF19DB6">
        <w:rPr>
          <w:rFonts w:ascii="Consolas" w:hAnsi="Consolas" w:eastAsia="Consolas" w:cs="Consolas"/>
          <w:noProof w:val="0"/>
          <w:sz w:val="20"/>
          <w:szCs w:val="20"/>
          <w:lang w:val="en-US"/>
        </w:rPr>
        <w:t>datums</w:t>
      </w:r>
      <w:r>
        <w:br/>
      </w:r>
      <w:r w:rsidRPr="23B851D9" w:rsidR="0CF19DB6">
        <w:rPr>
          <w:rFonts w:ascii="Consolas" w:hAnsi="Consolas" w:eastAsia="Consolas" w:cs="Consolas"/>
          <w:noProof w:val="0"/>
          <w:sz w:val="20"/>
          <w:szCs w:val="20"/>
          <w:lang w:val="en-US"/>
        </w:rPr>
        <w:t xml:space="preserve"> Tips: DATE</w:t>
      </w:r>
      <w:r>
        <w:br/>
      </w:r>
      <w:r w:rsidRPr="23B851D9" w:rsidR="0CF19DB6">
        <w:rPr>
          <w:rFonts w:ascii="Consolas" w:hAnsi="Consolas" w:eastAsia="Consolas" w:cs="Consolas"/>
          <w:noProof w:val="0"/>
          <w:sz w:val="20"/>
          <w:szCs w:val="20"/>
          <w:lang w:val="en-US"/>
        </w:rPr>
        <w:t xml:space="preserve"> Jāatzīmē: NOT NULL, INDEX</w:t>
      </w:r>
    </w:p>
    <w:p w:rsidR="0CF19DB6" w:rsidRDefault="0CF19DB6" w14:paraId="0A8DEDBE" w14:textId="038140B6">
      <w:r w:rsidRPr="23B851D9" w:rsidR="0CF19DB6">
        <w:rPr>
          <w:rFonts w:ascii="Consolas" w:hAnsi="Consolas" w:eastAsia="Consolas" w:cs="Consolas"/>
          <w:noProof w:val="0"/>
          <w:sz w:val="20"/>
          <w:szCs w:val="20"/>
          <w:lang w:val="en-US"/>
        </w:rPr>
        <w:t>laiks_no</w:t>
      </w:r>
      <w:r>
        <w:br/>
      </w:r>
      <w:r w:rsidRPr="23B851D9" w:rsidR="0CF19DB6">
        <w:rPr>
          <w:rFonts w:ascii="Consolas" w:hAnsi="Consolas" w:eastAsia="Consolas" w:cs="Consolas"/>
          <w:noProof w:val="0"/>
          <w:sz w:val="20"/>
          <w:szCs w:val="20"/>
          <w:lang w:val="en-US"/>
        </w:rPr>
        <w:t xml:space="preserve"> Tips: TIME</w:t>
      </w:r>
      <w:r>
        <w:br/>
      </w:r>
      <w:r w:rsidRPr="23B851D9" w:rsidR="0CF19DB6">
        <w:rPr>
          <w:rFonts w:ascii="Consolas" w:hAnsi="Consolas" w:eastAsia="Consolas" w:cs="Consolas"/>
          <w:noProof w:val="0"/>
          <w:sz w:val="20"/>
          <w:szCs w:val="20"/>
          <w:lang w:val="en-US"/>
        </w:rPr>
        <w:t xml:space="preserve"> Jāatzīmē: NOT NULL</w:t>
      </w:r>
    </w:p>
    <w:p w:rsidR="0CF19DB6" w:rsidRDefault="0CF19DB6" w14:paraId="7E5E222F" w14:textId="20FB3630">
      <w:r w:rsidRPr="23B851D9" w:rsidR="0CF19DB6">
        <w:rPr>
          <w:rFonts w:ascii="Consolas" w:hAnsi="Consolas" w:eastAsia="Consolas" w:cs="Consolas"/>
          <w:noProof w:val="0"/>
          <w:sz w:val="20"/>
          <w:szCs w:val="20"/>
          <w:lang w:val="en-US"/>
        </w:rPr>
        <w:t>laiks_lidz</w:t>
      </w:r>
      <w:r>
        <w:br/>
      </w:r>
      <w:r w:rsidRPr="23B851D9" w:rsidR="0CF19DB6">
        <w:rPr>
          <w:rFonts w:ascii="Consolas" w:hAnsi="Consolas" w:eastAsia="Consolas" w:cs="Consolas"/>
          <w:noProof w:val="0"/>
          <w:sz w:val="20"/>
          <w:szCs w:val="20"/>
          <w:lang w:val="en-US"/>
        </w:rPr>
        <w:t xml:space="preserve"> Tips: TIME</w:t>
      </w:r>
      <w:r>
        <w:br/>
      </w:r>
      <w:r w:rsidRPr="23B851D9" w:rsidR="0CF19DB6">
        <w:rPr>
          <w:rFonts w:ascii="Consolas" w:hAnsi="Consolas" w:eastAsia="Consolas" w:cs="Consolas"/>
          <w:noProof w:val="0"/>
          <w:sz w:val="20"/>
          <w:szCs w:val="20"/>
          <w:lang w:val="en-US"/>
        </w:rPr>
        <w:t xml:space="preserve"> Jāatzīmē: NOT NULL</w:t>
      </w:r>
    </w:p>
    <w:p w:rsidR="0CF19DB6" w:rsidRDefault="0CF19DB6" w14:paraId="49EB33D3" w14:textId="37781F97">
      <w:r w:rsidRPr="23B851D9" w:rsidR="0CF19DB6">
        <w:rPr>
          <w:rFonts w:ascii="Consolas" w:hAnsi="Consolas" w:eastAsia="Consolas" w:cs="Consolas"/>
          <w:noProof w:val="0"/>
          <w:sz w:val="20"/>
          <w:szCs w:val="20"/>
          <w:lang w:val="en-US"/>
        </w:rPr>
        <w:t>prieksmets_id</w:t>
      </w:r>
      <w:r>
        <w:br/>
      </w:r>
      <w:r w:rsidRPr="23B851D9" w:rsidR="0CF19DB6">
        <w:rPr>
          <w:rFonts w:ascii="Consolas" w:hAnsi="Consolas" w:eastAsia="Consolas" w:cs="Consolas"/>
          <w:noProof w:val="0"/>
          <w:sz w:val="20"/>
          <w:szCs w:val="20"/>
          <w:lang w:val="en-US"/>
        </w:rPr>
        <w:t xml:space="preserve"> Tips: INT UNSIGNED</w:t>
      </w:r>
      <w:r>
        <w:br/>
      </w:r>
      <w:r w:rsidRPr="23B851D9" w:rsidR="0CF19DB6">
        <w:rPr>
          <w:rFonts w:ascii="Consolas" w:hAnsi="Consolas" w:eastAsia="Consolas" w:cs="Consolas"/>
          <w:noProof w:val="0"/>
          <w:sz w:val="20"/>
          <w:szCs w:val="20"/>
          <w:lang w:val="en-US"/>
        </w:rPr>
        <w:t xml:space="preserve"> Jāatzīmē: NOT NULL, INDEX, FOREIGN KEY</w:t>
      </w:r>
    </w:p>
    <w:p w:rsidR="0CF19DB6" w:rsidRDefault="0CF19DB6" w14:paraId="2A8FEFC3" w14:textId="6E20A95B">
      <w:r w:rsidRPr="23B851D9" w:rsidR="0CF19DB6">
        <w:rPr>
          <w:rFonts w:ascii="Consolas" w:hAnsi="Consolas" w:eastAsia="Consolas" w:cs="Consolas"/>
          <w:noProof w:val="0"/>
          <w:sz w:val="20"/>
          <w:szCs w:val="20"/>
          <w:lang w:val="en-US"/>
        </w:rPr>
        <w:t>grupa</w:t>
      </w:r>
      <w:r>
        <w:br/>
      </w:r>
      <w:r w:rsidRPr="23B851D9" w:rsidR="0CF19DB6">
        <w:rPr>
          <w:rFonts w:ascii="Consolas" w:hAnsi="Consolas" w:eastAsia="Consolas" w:cs="Consolas"/>
          <w:noProof w:val="0"/>
          <w:sz w:val="20"/>
          <w:szCs w:val="20"/>
          <w:lang w:val="en-US"/>
        </w:rPr>
        <w:t xml:space="preserve"> Tips: VARCHAR(20)</w:t>
      </w:r>
      <w:r>
        <w:br/>
      </w:r>
      <w:r w:rsidRPr="23B851D9" w:rsidR="0CF19DB6">
        <w:rPr>
          <w:rFonts w:ascii="Consolas" w:hAnsi="Consolas" w:eastAsia="Consolas" w:cs="Consolas"/>
          <w:noProof w:val="0"/>
          <w:sz w:val="20"/>
          <w:szCs w:val="20"/>
          <w:lang w:val="en-US"/>
        </w:rPr>
        <w:t xml:space="preserve"> Jāatzīmē: NOT NULL</w:t>
      </w:r>
    </w:p>
    <w:p w:rsidR="0CF19DB6" w:rsidRDefault="0CF19DB6" w14:paraId="264C8937" w14:textId="7AB5A221">
      <w:r w:rsidRPr="23B851D9" w:rsidR="0CF19DB6">
        <w:rPr>
          <w:rFonts w:ascii="Consolas" w:hAnsi="Consolas" w:eastAsia="Consolas" w:cs="Consolas"/>
          <w:noProof w:val="0"/>
          <w:sz w:val="20"/>
          <w:szCs w:val="20"/>
          <w:lang w:val="en-US"/>
        </w:rPr>
        <w:t>nodarbibas_tips</w:t>
      </w:r>
      <w:r>
        <w:br/>
      </w:r>
      <w:r w:rsidRPr="23B851D9" w:rsidR="0CF19DB6">
        <w:rPr>
          <w:rFonts w:ascii="Consolas" w:hAnsi="Consolas" w:eastAsia="Consolas" w:cs="Consolas"/>
          <w:noProof w:val="0"/>
          <w:sz w:val="20"/>
          <w:szCs w:val="20"/>
          <w:lang w:val="en-US"/>
        </w:rPr>
        <w:t xml:space="preserve"> Tips: VARCHAR(20)</w:t>
      </w:r>
      <w:r>
        <w:br/>
      </w:r>
      <w:r w:rsidRPr="23B851D9" w:rsidR="0CF19DB6">
        <w:rPr>
          <w:rFonts w:ascii="Consolas" w:hAnsi="Consolas" w:eastAsia="Consolas" w:cs="Consolas"/>
          <w:noProof w:val="0"/>
          <w:sz w:val="20"/>
          <w:szCs w:val="20"/>
          <w:lang w:val="en-US"/>
        </w:rPr>
        <w:t xml:space="preserve"> Jāatzīmē: NOT NULL</w:t>
      </w:r>
    </w:p>
    <w:p w:rsidR="0CF19DB6" w:rsidRDefault="0CF19DB6" w14:paraId="7413F731" w14:textId="1E47A0E8">
      <w:r w:rsidRPr="23B851D9" w:rsidR="0CF19DB6">
        <w:rPr>
          <w:rFonts w:ascii="Consolas" w:hAnsi="Consolas" w:eastAsia="Consolas" w:cs="Consolas"/>
          <w:noProof w:val="0"/>
          <w:sz w:val="20"/>
          <w:szCs w:val="20"/>
          <w:lang w:val="en-US"/>
        </w:rPr>
        <w:t>Ārējā atslēga:</w:t>
      </w:r>
    </w:p>
    <w:p w:rsidR="0CF19DB6" w:rsidRDefault="0CF19DB6" w14:paraId="50D7A210" w14:textId="4465FD49">
      <w:r w:rsidRPr="23B851D9" w:rsidR="0CF19DB6">
        <w:rPr>
          <w:rFonts w:ascii="Consolas" w:hAnsi="Consolas" w:eastAsia="Consolas" w:cs="Consolas"/>
          <w:noProof w:val="0"/>
          <w:sz w:val="20"/>
          <w:szCs w:val="20"/>
          <w:lang w:val="en-US"/>
        </w:rPr>
        <w:t>stundu_plans.prieksmets_id atsaucas uz prieksmeti.prieksmets_id</w:t>
      </w:r>
    </w:p>
    <w:p w:rsidR="0CF19DB6" w:rsidRDefault="0CF19DB6" w14:paraId="000C0C5B" w14:textId="4587A381">
      <w:r w:rsidRPr="23B851D9" w:rsidR="0CF19DB6">
        <w:rPr>
          <w:rFonts w:ascii="Consolas" w:hAnsi="Consolas" w:eastAsia="Consolas" w:cs="Consolas"/>
          <w:noProof w:val="0"/>
          <w:sz w:val="20"/>
          <w:szCs w:val="20"/>
          <w:lang w:val="en-US"/>
        </w:rPr>
        <w:t>ON UPDATE: CASCADE</w:t>
      </w:r>
      <w:r>
        <w:br/>
      </w:r>
      <w:r w:rsidRPr="23B851D9" w:rsidR="0CF19DB6">
        <w:rPr>
          <w:rFonts w:ascii="Consolas" w:hAnsi="Consolas" w:eastAsia="Consolas" w:cs="Consolas"/>
          <w:noProof w:val="0"/>
          <w:sz w:val="20"/>
          <w:szCs w:val="20"/>
          <w:lang w:val="en-US"/>
        </w:rPr>
        <w:t xml:space="preserve"> ON DELETE: RESTRICT</w:t>
      </w:r>
    </w:p>
    <w:p w:rsidR="23B851D9" w:rsidP="23B851D9" w:rsidRDefault="23B851D9" w14:paraId="1486BD73" w14:textId="7ED1876D">
      <w:pPr>
        <w:bidi w:val="0"/>
        <w:rPr>
          <w:rFonts w:ascii="Consolas" w:hAnsi="Consolas" w:eastAsia="Consolas" w:cs="Consolas"/>
          <w:noProof w:val="0"/>
          <w:sz w:val="20"/>
          <w:szCs w:val="20"/>
          <w:lang w:val="en-US"/>
        </w:rPr>
      </w:pPr>
    </w:p>
    <w:p w:rsidR="124D0670" w:rsidP="23B851D9" w:rsidRDefault="124D0670" w14:paraId="4C18BD49" w14:textId="381F7B48">
      <w:pPr>
        <w:pStyle w:val="Normal"/>
      </w:pPr>
      <w:r w:rsidR="124D0670">
        <w:rPr/>
        <w:t>Citādāks variants:</w:t>
      </w:r>
    </w:p>
    <w:p w:rsidR="124D0670" w:rsidP="23B851D9" w:rsidRDefault="124D0670" w14:paraId="55DD1FAC" w14:textId="53FCE630">
      <w:pPr>
        <w:pStyle w:val="Heading1"/>
      </w:pPr>
      <w:r w:rsidRPr="23B851D9" w:rsidR="124D0670">
        <w:rPr>
          <w:rFonts w:ascii="Calibri" w:hAnsi="Calibri" w:eastAsia="Calibri" w:cs="Calibri"/>
          <w:noProof w:val="0"/>
          <w:sz w:val="20"/>
          <w:szCs w:val="20"/>
          <w:lang w:val="en-US"/>
        </w:rPr>
        <w:t xml:space="preserve">Tabula </w:t>
      </w:r>
      <w:r w:rsidRPr="23B851D9" w:rsidR="124D0670">
        <w:rPr>
          <w:rFonts w:ascii="Consolas" w:hAnsi="Consolas" w:eastAsia="Consolas" w:cs="Consolas"/>
          <w:noProof w:val="0"/>
          <w:sz w:val="20"/>
          <w:szCs w:val="20"/>
          <w:lang w:val="en-US"/>
        </w:rPr>
        <w:t>objekti</w:t>
      </w:r>
    </w:p>
    <w:p w:rsidR="124D0670" w:rsidRDefault="124D0670" w14:paraId="65C1A59D" w14:textId="401A4C1D">
      <w:r w:rsidRPr="23B851D9" w:rsidR="124D0670">
        <w:rPr>
          <w:rFonts w:ascii="Calibri" w:hAnsi="Calibri" w:eastAsia="Calibri" w:cs="Calibri"/>
          <w:noProof w:val="0"/>
          <w:sz w:val="20"/>
          <w:szCs w:val="20"/>
          <w:lang w:val="en-US"/>
        </w:rPr>
        <w:t>Šeit glabā objektus, piemēram:</w:t>
      </w:r>
    </w:p>
    <w:p w:rsidR="124D0670" w:rsidRDefault="124D0670" w14:paraId="3916A760" w14:textId="49BBF7D6">
      <w:r w:rsidRPr="23B851D9" w:rsidR="124D0670">
        <w:rPr>
          <w:rFonts w:ascii="Consolas" w:hAnsi="Consolas" w:eastAsia="Consolas" w:cs="Consolas"/>
          <w:noProof w:val="0"/>
          <w:sz w:val="20"/>
          <w:szCs w:val="20"/>
          <w:lang w:val="en-US"/>
        </w:rPr>
        <w:t>Dobeles-5.līnijas</w:t>
      </w:r>
    </w:p>
    <w:p w:rsidR="124D0670" w:rsidRDefault="124D0670" w14:paraId="425B6374" w14:textId="48986677">
      <w:r w:rsidRPr="23B851D9" w:rsidR="124D0670">
        <w:rPr>
          <w:rFonts w:ascii="Calibri" w:hAnsi="Calibri" w:eastAsia="Calibri" w:cs="Calibri"/>
          <w:noProof w:val="0"/>
          <w:sz w:val="20"/>
          <w:szCs w:val="20"/>
          <w:lang w:val="en-US"/>
        </w:rPr>
        <w:t>Kolonnas:</w:t>
      </w:r>
    </w:p>
    <w:p w:rsidR="124D0670" w:rsidRDefault="124D0670" w14:paraId="3338EC2A" w14:textId="417F0E71">
      <w:r w:rsidRPr="23B851D9" w:rsidR="124D0670">
        <w:rPr>
          <w:rFonts w:ascii="Consolas" w:hAnsi="Consolas" w:eastAsia="Consolas" w:cs="Consolas"/>
          <w:noProof w:val="0"/>
          <w:sz w:val="20"/>
          <w:szCs w:val="20"/>
          <w:lang w:val="en-US"/>
        </w:rPr>
        <w:t>objekts_id</w:t>
      </w:r>
      <w:r>
        <w:br/>
      </w:r>
      <w:r w:rsidRPr="23B851D9" w:rsidR="124D0670">
        <w:rPr>
          <w:rFonts w:ascii="Calibri" w:hAnsi="Calibri" w:eastAsia="Calibri" w:cs="Calibri"/>
          <w:noProof w:val="0"/>
          <w:sz w:val="20"/>
          <w:szCs w:val="20"/>
          <w:lang w:val="en-US"/>
        </w:rPr>
        <w:t xml:space="preserve"> Tips: </w:t>
      </w:r>
      <w:r w:rsidRPr="23B851D9" w:rsidR="124D0670">
        <w:rPr>
          <w:rFonts w:ascii="Consolas" w:hAnsi="Consolas" w:eastAsia="Consolas" w:cs="Consolas"/>
          <w:noProof w:val="0"/>
          <w:sz w:val="20"/>
          <w:szCs w:val="20"/>
          <w:lang w:val="en-US"/>
        </w:rPr>
        <w:t>INT UNSIGNED</w:t>
      </w:r>
      <w:r>
        <w:br/>
      </w:r>
      <w:r w:rsidRPr="23B851D9" w:rsidR="124D0670">
        <w:rPr>
          <w:rFonts w:ascii="Calibri" w:hAnsi="Calibri" w:eastAsia="Calibri" w:cs="Calibri"/>
          <w:noProof w:val="0"/>
          <w:sz w:val="20"/>
          <w:szCs w:val="20"/>
          <w:lang w:val="en-US"/>
        </w:rPr>
        <w:t xml:space="preserve"> Jāatzīmē: </w:t>
      </w:r>
      <w:r w:rsidRPr="23B851D9" w:rsidR="124D0670">
        <w:rPr>
          <w:rFonts w:ascii="Consolas" w:hAnsi="Consolas" w:eastAsia="Consolas" w:cs="Consolas"/>
          <w:noProof w:val="0"/>
          <w:sz w:val="20"/>
          <w:szCs w:val="20"/>
          <w:lang w:val="en-US"/>
        </w:rPr>
        <w:t>NOT NULL</w:t>
      </w:r>
      <w:r w:rsidRPr="23B851D9" w:rsidR="124D0670">
        <w:rPr>
          <w:rFonts w:ascii="Calibri" w:hAnsi="Calibri" w:eastAsia="Calibri" w:cs="Calibri"/>
          <w:noProof w:val="0"/>
          <w:sz w:val="20"/>
          <w:szCs w:val="20"/>
          <w:lang w:val="en-US"/>
        </w:rPr>
        <w:t xml:space="preserve">, </w:t>
      </w:r>
      <w:r w:rsidRPr="23B851D9" w:rsidR="124D0670">
        <w:rPr>
          <w:rFonts w:ascii="Consolas" w:hAnsi="Consolas" w:eastAsia="Consolas" w:cs="Consolas"/>
          <w:noProof w:val="0"/>
          <w:sz w:val="20"/>
          <w:szCs w:val="20"/>
          <w:lang w:val="en-US"/>
        </w:rPr>
        <w:t>AUTO_INCREMENT</w:t>
      </w:r>
      <w:r w:rsidRPr="23B851D9" w:rsidR="124D0670">
        <w:rPr>
          <w:rFonts w:ascii="Calibri" w:hAnsi="Calibri" w:eastAsia="Calibri" w:cs="Calibri"/>
          <w:noProof w:val="0"/>
          <w:sz w:val="20"/>
          <w:szCs w:val="20"/>
          <w:lang w:val="en-US"/>
        </w:rPr>
        <w:t xml:space="preserve">, </w:t>
      </w:r>
      <w:r w:rsidRPr="23B851D9" w:rsidR="124D0670">
        <w:rPr>
          <w:rFonts w:ascii="Consolas" w:hAnsi="Consolas" w:eastAsia="Consolas" w:cs="Consolas"/>
          <w:noProof w:val="0"/>
          <w:sz w:val="20"/>
          <w:szCs w:val="20"/>
          <w:lang w:val="en-US"/>
        </w:rPr>
        <w:t>PRIMARY KEY</w:t>
      </w:r>
    </w:p>
    <w:p w:rsidR="124D0670" w:rsidRDefault="124D0670" w14:paraId="7BC0551D" w14:textId="08B02D51">
      <w:r w:rsidRPr="23B851D9" w:rsidR="124D0670">
        <w:rPr>
          <w:rFonts w:ascii="Consolas" w:hAnsi="Consolas" w:eastAsia="Consolas" w:cs="Consolas"/>
          <w:noProof w:val="0"/>
          <w:sz w:val="20"/>
          <w:szCs w:val="20"/>
          <w:lang w:val="en-US"/>
        </w:rPr>
        <w:t>nosaukums</w:t>
      </w:r>
      <w:r>
        <w:br/>
      </w:r>
      <w:r w:rsidRPr="23B851D9" w:rsidR="124D0670">
        <w:rPr>
          <w:rFonts w:ascii="Calibri" w:hAnsi="Calibri" w:eastAsia="Calibri" w:cs="Calibri"/>
          <w:noProof w:val="0"/>
          <w:sz w:val="20"/>
          <w:szCs w:val="20"/>
          <w:lang w:val="en-US"/>
        </w:rPr>
        <w:t xml:space="preserve"> Tips: </w:t>
      </w:r>
      <w:r w:rsidRPr="23B851D9" w:rsidR="124D0670">
        <w:rPr>
          <w:rFonts w:ascii="Consolas" w:hAnsi="Consolas" w:eastAsia="Consolas" w:cs="Consolas"/>
          <w:noProof w:val="0"/>
          <w:sz w:val="20"/>
          <w:szCs w:val="20"/>
          <w:lang w:val="en-US"/>
        </w:rPr>
        <w:t>VARCHAR(150)</w:t>
      </w:r>
      <w:r>
        <w:br/>
      </w:r>
      <w:r w:rsidRPr="23B851D9" w:rsidR="124D0670">
        <w:rPr>
          <w:rFonts w:ascii="Calibri" w:hAnsi="Calibri" w:eastAsia="Calibri" w:cs="Calibri"/>
          <w:noProof w:val="0"/>
          <w:sz w:val="20"/>
          <w:szCs w:val="20"/>
          <w:lang w:val="en-US"/>
        </w:rPr>
        <w:t xml:space="preserve"> Jāatzīmē: </w:t>
      </w:r>
      <w:r w:rsidRPr="23B851D9" w:rsidR="124D0670">
        <w:rPr>
          <w:rFonts w:ascii="Consolas" w:hAnsi="Consolas" w:eastAsia="Consolas" w:cs="Consolas"/>
          <w:noProof w:val="0"/>
          <w:sz w:val="20"/>
          <w:szCs w:val="20"/>
          <w:lang w:val="en-US"/>
        </w:rPr>
        <w:t>NOT NULL</w:t>
      </w:r>
      <w:r w:rsidRPr="23B851D9" w:rsidR="124D0670">
        <w:rPr>
          <w:rFonts w:ascii="Calibri" w:hAnsi="Calibri" w:eastAsia="Calibri" w:cs="Calibri"/>
          <w:noProof w:val="0"/>
          <w:sz w:val="20"/>
          <w:szCs w:val="20"/>
          <w:lang w:val="en-US"/>
        </w:rPr>
        <w:t xml:space="preserve">, </w:t>
      </w:r>
      <w:r w:rsidRPr="23B851D9" w:rsidR="124D0670">
        <w:rPr>
          <w:rFonts w:ascii="Consolas" w:hAnsi="Consolas" w:eastAsia="Consolas" w:cs="Consolas"/>
          <w:noProof w:val="0"/>
          <w:sz w:val="20"/>
          <w:szCs w:val="20"/>
          <w:lang w:val="en-US"/>
        </w:rPr>
        <w:t>UNIQUE</w:t>
      </w:r>
    </w:p>
    <w:p w:rsidR="23B851D9" w:rsidRDefault="23B851D9" w14:paraId="1DE09509" w14:textId="51C56375"/>
    <w:p w:rsidR="124D0670" w:rsidP="23B851D9" w:rsidRDefault="124D0670" w14:paraId="50ED7006" w14:textId="7DF3A960">
      <w:pPr>
        <w:pStyle w:val="Heading1"/>
      </w:pPr>
      <w:r w:rsidRPr="23B851D9" w:rsidR="124D0670">
        <w:rPr>
          <w:rFonts w:ascii="Calibri" w:hAnsi="Calibri" w:eastAsia="Calibri" w:cs="Calibri"/>
          <w:noProof w:val="0"/>
          <w:sz w:val="20"/>
          <w:szCs w:val="20"/>
          <w:lang w:val="en-US"/>
        </w:rPr>
        <w:t xml:space="preserve">2. Tabula </w:t>
      </w:r>
      <w:r w:rsidRPr="23B851D9" w:rsidR="124D0670">
        <w:rPr>
          <w:rFonts w:ascii="Consolas" w:hAnsi="Consolas" w:eastAsia="Consolas" w:cs="Consolas"/>
          <w:noProof w:val="0"/>
          <w:sz w:val="20"/>
          <w:szCs w:val="20"/>
          <w:lang w:val="en-US"/>
        </w:rPr>
        <w:t>pasutijumi</w:t>
      </w:r>
    </w:p>
    <w:p w:rsidR="124D0670" w:rsidRDefault="124D0670" w14:paraId="48A64D97" w14:textId="142082DA">
      <w:r w:rsidRPr="23B851D9" w:rsidR="124D0670">
        <w:rPr>
          <w:rFonts w:ascii="Calibri" w:hAnsi="Calibri" w:eastAsia="Calibri" w:cs="Calibri"/>
          <w:noProof w:val="0"/>
          <w:sz w:val="20"/>
          <w:szCs w:val="20"/>
          <w:lang w:val="en-US"/>
        </w:rPr>
        <w:t>Šeit glabā pasūtījuma informāciju: numuru, datumu un objektu.</w:t>
      </w:r>
    </w:p>
    <w:p w:rsidR="124D0670" w:rsidRDefault="124D0670" w14:paraId="54949691" w14:textId="3CCD47DA">
      <w:r w:rsidRPr="23B851D9" w:rsidR="124D0670">
        <w:rPr>
          <w:rFonts w:ascii="Calibri" w:hAnsi="Calibri" w:eastAsia="Calibri" w:cs="Calibri"/>
          <w:noProof w:val="0"/>
          <w:sz w:val="20"/>
          <w:szCs w:val="20"/>
          <w:lang w:val="en-US"/>
        </w:rPr>
        <w:t>Kolonnas:</w:t>
      </w:r>
    </w:p>
    <w:p w:rsidR="124D0670" w:rsidRDefault="124D0670" w14:paraId="22A56D42" w14:textId="70160EF3">
      <w:r w:rsidRPr="23B851D9" w:rsidR="124D0670">
        <w:rPr>
          <w:rFonts w:ascii="Consolas" w:hAnsi="Consolas" w:eastAsia="Consolas" w:cs="Consolas"/>
          <w:noProof w:val="0"/>
          <w:sz w:val="20"/>
          <w:szCs w:val="20"/>
          <w:lang w:val="en-US"/>
        </w:rPr>
        <w:t>pasutijums_id</w:t>
      </w:r>
      <w:r>
        <w:br/>
      </w:r>
      <w:r w:rsidRPr="23B851D9" w:rsidR="124D0670">
        <w:rPr>
          <w:rFonts w:ascii="Calibri" w:hAnsi="Calibri" w:eastAsia="Calibri" w:cs="Calibri"/>
          <w:noProof w:val="0"/>
          <w:sz w:val="20"/>
          <w:szCs w:val="20"/>
          <w:lang w:val="en-US"/>
        </w:rPr>
        <w:t xml:space="preserve"> Tips: </w:t>
      </w:r>
      <w:r w:rsidRPr="23B851D9" w:rsidR="124D0670">
        <w:rPr>
          <w:rFonts w:ascii="Consolas" w:hAnsi="Consolas" w:eastAsia="Consolas" w:cs="Consolas"/>
          <w:noProof w:val="0"/>
          <w:sz w:val="20"/>
          <w:szCs w:val="20"/>
          <w:lang w:val="en-US"/>
        </w:rPr>
        <w:t>INT UNSIGNED</w:t>
      </w:r>
      <w:r>
        <w:br/>
      </w:r>
      <w:r w:rsidRPr="23B851D9" w:rsidR="124D0670">
        <w:rPr>
          <w:rFonts w:ascii="Calibri" w:hAnsi="Calibri" w:eastAsia="Calibri" w:cs="Calibri"/>
          <w:noProof w:val="0"/>
          <w:sz w:val="20"/>
          <w:szCs w:val="20"/>
          <w:lang w:val="en-US"/>
        </w:rPr>
        <w:t xml:space="preserve"> Jāatzīmē: </w:t>
      </w:r>
      <w:r w:rsidRPr="23B851D9" w:rsidR="124D0670">
        <w:rPr>
          <w:rFonts w:ascii="Consolas" w:hAnsi="Consolas" w:eastAsia="Consolas" w:cs="Consolas"/>
          <w:noProof w:val="0"/>
          <w:sz w:val="20"/>
          <w:szCs w:val="20"/>
          <w:lang w:val="en-US"/>
        </w:rPr>
        <w:t>NOT NULL</w:t>
      </w:r>
      <w:r w:rsidRPr="23B851D9" w:rsidR="124D0670">
        <w:rPr>
          <w:rFonts w:ascii="Calibri" w:hAnsi="Calibri" w:eastAsia="Calibri" w:cs="Calibri"/>
          <w:noProof w:val="0"/>
          <w:sz w:val="20"/>
          <w:szCs w:val="20"/>
          <w:lang w:val="en-US"/>
        </w:rPr>
        <w:t xml:space="preserve">, </w:t>
      </w:r>
      <w:r w:rsidRPr="23B851D9" w:rsidR="124D0670">
        <w:rPr>
          <w:rFonts w:ascii="Consolas" w:hAnsi="Consolas" w:eastAsia="Consolas" w:cs="Consolas"/>
          <w:noProof w:val="0"/>
          <w:sz w:val="20"/>
          <w:szCs w:val="20"/>
          <w:lang w:val="en-US"/>
        </w:rPr>
        <w:t>AUTO_INCREMENT</w:t>
      </w:r>
      <w:r w:rsidRPr="23B851D9" w:rsidR="124D0670">
        <w:rPr>
          <w:rFonts w:ascii="Calibri" w:hAnsi="Calibri" w:eastAsia="Calibri" w:cs="Calibri"/>
          <w:noProof w:val="0"/>
          <w:sz w:val="20"/>
          <w:szCs w:val="20"/>
          <w:lang w:val="en-US"/>
        </w:rPr>
        <w:t xml:space="preserve">, </w:t>
      </w:r>
      <w:r w:rsidRPr="23B851D9" w:rsidR="124D0670">
        <w:rPr>
          <w:rFonts w:ascii="Consolas" w:hAnsi="Consolas" w:eastAsia="Consolas" w:cs="Consolas"/>
          <w:noProof w:val="0"/>
          <w:sz w:val="20"/>
          <w:szCs w:val="20"/>
          <w:lang w:val="en-US"/>
        </w:rPr>
        <w:t>PRIMARY KEY</w:t>
      </w:r>
    </w:p>
    <w:p w:rsidR="124D0670" w:rsidRDefault="124D0670" w14:paraId="49BDF955" w14:textId="11ED139C">
      <w:r w:rsidRPr="23B851D9" w:rsidR="124D0670">
        <w:rPr>
          <w:rFonts w:ascii="Consolas" w:hAnsi="Consolas" w:eastAsia="Consolas" w:cs="Consolas"/>
          <w:noProof w:val="0"/>
          <w:sz w:val="20"/>
          <w:szCs w:val="20"/>
          <w:lang w:val="en-US"/>
        </w:rPr>
        <w:t>pasutijuma_nr</w:t>
      </w:r>
      <w:r>
        <w:br/>
      </w:r>
      <w:r w:rsidRPr="23B851D9" w:rsidR="124D0670">
        <w:rPr>
          <w:rFonts w:ascii="Calibri" w:hAnsi="Calibri" w:eastAsia="Calibri" w:cs="Calibri"/>
          <w:noProof w:val="0"/>
          <w:sz w:val="20"/>
          <w:szCs w:val="20"/>
          <w:lang w:val="en-US"/>
        </w:rPr>
        <w:t xml:space="preserve"> Tips: </w:t>
      </w:r>
      <w:r w:rsidRPr="23B851D9" w:rsidR="124D0670">
        <w:rPr>
          <w:rFonts w:ascii="Consolas" w:hAnsi="Consolas" w:eastAsia="Consolas" w:cs="Consolas"/>
          <w:noProof w:val="0"/>
          <w:sz w:val="20"/>
          <w:szCs w:val="20"/>
          <w:lang w:val="en-US"/>
        </w:rPr>
        <w:t>VARCHAR(30)</w:t>
      </w:r>
      <w:r>
        <w:br/>
      </w:r>
      <w:r w:rsidRPr="23B851D9" w:rsidR="124D0670">
        <w:rPr>
          <w:rFonts w:ascii="Calibri" w:hAnsi="Calibri" w:eastAsia="Calibri" w:cs="Calibri"/>
          <w:noProof w:val="0"/>
          <w:sz w:val="20"/>
          <w:szCs w:val="20"/>
          <w:lang w:val="en-US"/>
        </w:rPr>
        <w:t xml:space="preserve"> Jāatzīmē: </w:t>
      </w:r>
      <w:r w:rsidRPr="23B851D9" w:rsidR="124D0670">
        <w:rPr>
          <w:rFonts w:ascii="Consolas" w:hAnsi="Consolas" w:eastAsia="Consolas" w:cs="Consolas"/>
          <w:noProof w:val="0"/>
          <w:sz w:val="20"/>
          <w:szCs w:val="20"/>
          <w:lang w:val="en-US"/>
        </w:rPr>
        <w:t>NOT NULL</w:t>
      </w:r>
    </w:p>
    <w:p w:rsidR="124D0670" w:rsidRDefault="124D0670" w14:paraId="50461B47" w14:textId="2B6B959D">
      <w:r w:rsidRPr="23B851D9" w:rsidR="124D0670">
        <w:rPr>
          <w:rFonts w:ascii="Consolas" w:hAnsi="Consolas" w:eastAsia="Consolas" w:cs="Consolas"/>
          <w:noProof w:val="0"/>
          <w:sz w:val="20"/>
          <w:szCs w:val="20"/>
          <w:lang w:val="en-US"/>
        </w:rPr>
        <w:t>datums</w:t>
      </w:r>
      <w:r>
        <w:br/>
      </w:r>
      <w:r w:rsidRPr="23B851D9" w:rsidR="124D0670">
        <w:rPr>
          <w:rFonts w:ascii="Calibri" w:hAnsi="Calibri" w:eastAsia="Calibri" w:cs="Calibri"/>
          <w:noProof w:val="0"/>
          <w:sz w:val="20"/>
          <w:szCs w:val="20"/>
          <w:lang w:val="en-US"/>
        </w:rPr>
        <w:t xml:space="preserve"> Tips: </w:t>
      </w:r>
      <w:r w:rsidRPr="23B851D9" w:rsidR="124D0670">
        <w:rPr>
          <w:rFonts w:ascii="Consolas" w:hAnsi="Consolas" w:eastAsia="Consolas" w:cs="Consolas"/>
          <w:noProof w:val="0"/>
          <w:sz w:val="20"/>
          <w:szCs w:val="20"/>
          <w:lang w:val="en-US"/>
        </w:rPr>
        <w:t>DATE</w:t>
      </w:r>
      <w:r>
        <w:br/>
      </w:r>
      <w:r w:rsidRPr="23B851D9" w:rsidR="124D0670">
        <w:rPr>
          <w:rFonts w:ascii="Calibri" w:hAnsi="Calibri" w:eastAsia="Calibri" w:cs="Calibri"/>
          <w:noProof w:val="0"/>
          <w:sz w:val="20"/>
          <w:szCs w:val="20"/>
          <w:lang w:val="en-US"/>
        </w:rPr>
        <w:t xml:space="preserve"> Jāatzīmē: </w:t>
      </w:r>
      <w:r w:rsidRPr="23B851D9" w:rsidR="124D0670">
        <w:rPr>
          <w:rFonts w:ascii="Consolas" w:hAnsi="Consolas" w:eastAsia="Consolas" w:cs="Consolas"/>
          <w:noProof w:val="0"/>
          <w:sz w:val="20"/>
          <w:szCs w:val="20"/>
          <w:lang w:val="en-US"/>
        </w:rPr>
        <w:t>NOT NULL</w:t>
      </w:r>
    </w:p>
    <w:p w:rsidR="124D0670" w:rsidRDefault="124D0670" w14:paraId="67F7AA19" w14:textId="1269D225">
      <w:r w:rsidRPr="23B851D9" w:rsidR="124D0670">
        <w:rPr>
          <w:rFonts w:ascii="Consolas" w:hAnsi="Consolas" w:eastAsia="Consolas" w:cs="Consolas"/>
          <w:noProof w:val="0"/>
          <w:sz w:val="20"/>
          <w:szCs w:val="20"/>
          <w:lang w:val="en-US"/>
        </w:rPr>
        <w:t>objekts_id</w:t>
      </w:r>
      <w:r>
        <w:br/>
      </w:r>
      <w:r w:rsidRPr="23B851D9" w:rsidR="124D0670">
        <w:rPr>
          <w:rFonts w:ascii="Calibri" w:hAnsi="Calibri" w:eastAsia="Calibri" w:cs="Calibri"/>
          <w:noProof w:val="0"/>
          <w:sz w:val="20"/>
          <w:szCs w:val="20"/>
          <w:lang w:val="en-US"/>
        </w:rPr>
        <w:t xml:space="preserve"> Tips: </w:t>
      </w:r>
      <w:r w:rsidRPr="23B851D9" w:rsidR="124D0670">
        <w:rPr>
          <w:rFonts w:ascii="Consolas" w:hAnsi="Consolas" w:eastAsia="Consolas" w:cs="Consolas"/>
          <w:noProof w:val="0"/>
          <w:sz w:val="20"/>
          <w:szCs w:val="20"/>
          <w:lang w:val="en-US"/>
        </w:rPr>
        <w:t>INT UNSIGNED</w:t>
      </w:r>
      <w:r>
        <w:br/>
      </w:r>
      <w:r w:rsidRPr="23B851D9" w:rsidR="124D0670">
        <w:rPr>
          <w:rFonts w:ascii="Calibri" w:hAnsi="Calibri" w:eastAsia="Calibri" w:cs="Calibri"/>
          <w:noProof w:val="0"/>
          <w:sz w:val="20"/>
          <w:szCs w:val="20"/>
          <w:lang w:val="en-US"/>
        </w:rPr>
        <w:t xml:space="preserve"> Jāatzīmē: </w:t>
      </w:r>
      <w:r w:rsidRPr="23B851D9" w:rsidR="124D0670">
        <w:rPr>
          <w:rFonts w:ascii="Consolas" w:hAnsi="Consolas" w:eastAsia="Consolas" w:cs="Consolas"/>
          <w:noProof w:val="0"/>
          <w:sz w:val="20"/>
          <w:szCs w:val="20"/>
          <w:lang w:val="en-US"/>
        </w:rPr>
        <w:t>NOT NULL</w:t>
      </w:r>
      <w:r w:rsidRPr="23B851D9" w:rsidR="124D0670">
        <w:rPr>
          <w:rFonts w:ascii="Calibri" w:hAnsi="Calibri" w:eastAsia="Calibri" w:cs="Calibri"/>
          <w:noProof w:val="0"/>
          <w:sz w:val="20"/>
          <w:szCs w:val="20"/>
          <w:lang w:val="en-US"/>
        </w:rPr>
        <w:t xml:space="preserve">, </w:t>
      </w:r>
      <w:r w:rsidRPr="23B851D9" w:rsidR="124D0670">
        <w:rPr>
          <w:rFonts w:ascii="Consolas" w:hAnsi="Consolas" w:eastAsia="Consolas" w:cs="Consolas"/>
          <w:noProof w:val="0"/>
          <w:sz w:val="20"/>
          <w:szCs w:val="20"/>
          <w:lang w:val="en-US"/>
        </w:rPr>
        <w:t>INDEX</w:t>
      </w:r>
      <w:r w:rsidRPr="23B851D9" w:rsidR="124D0670">
        <w:rPr>
          <w:rFonts w:ascii="Calibri" w:hAnsi="Calibri" w:eastAsia="Calibri" w:cs="Calibri"/>
          <w:noProof w:val="0"/>
          <w:sz w:val="20"/>
          <w:szCs w:val="20"/>
          <w:lang w:val="en-US"/>
        </w:rPr>
        <w:t xml:space="preserve">, </w:t>
      </w:r>
      <w:r w:rsidRPr="23B851D9" w:rsidR="124D0670">
        <w:rPr>
          <w:rFonts w:ascii="Consolas" w:hAnsi="Consolas" w:eastAsia="Consolas" w:cs="Consolas"/>
          <w:noProof w:val="0"/>
          <w:sz w:val="20"/>
          <w:szCs w:val="20"/>
          <w:lang w:val="en-US"/>
        </w:rPr>
        <w:t>FOREIGN KEY</w:t>
      </w:r>
    </w:p>
    <w:p w:rsidR="124D0670" w:rsidRDefault="124D0670" w14:paraId="2ACFEB80" w14:textId="43F5DE0F">
      <w:r w:rsidRPr="23B851D9" w:rsidR="124D0670">
        <w:rPr>
          <w:rFonts w:ascii="Calibri" w:hAnsi="Calibri" w:eastAsia="Calibri" w:cs="Calibri"/>
          <w:noProof w:val="0"/>
          <w:sz w:val="20"/>
          <w:szCs w:val="20"/>
          <w:lang w:val="en-US"/>
        </w:rPr>
        <w:t>Ārējā atslēga:</w:t>
      </w:r>
    </w:p>
    <w:p w:rsidR="124D0670" w:rsidRDefault="124D0670" w14:paraId="61079257" w14:textId="38C1A09C">
      <w:r w:rsidRPr="23B851D9" w:rsidR="124D0670">
        <w:rPr>
          <w:rFonts w:ascii="Consolas" w:hAnsi="Consolas" w:eastAsia="Consolas" w:cs="Consolas"/>
          <w:noProof w:val="0"/>
          <w:sz w:val="20"/>
          <w:szCs w:val="20"/>
          <w:lang w:val="en-US"/>
        </w:rPr>
        <w:t>pasutijumi.objekts_id</w:t>
      </w:r>
      <w:r w:rsidRPr="23B851D9" w:rsidR="124D0670">
        <w:rPr>
          <w:rFonts w:ascii="Calibri" w:hAnsi="Calibri" w:eastAsia="Calibri" w:cs="Calibri"/>
          <w:noProof w:val="0"/>
          <w:sz w:val="20"/>
          <w:szCs w:val="20"/>
          <w:lang w:val="en-US"/>
        </w:rPr>
        <w:t xml:space="preserve"> atsaucas uz </w:t>
      </w:r>
      <w:r w:rsidRPr="23B851D9" w:rsidR="124D0670">
        <w:rPr>
          <w:rFonts w:ascii="Consolas" w:hAnsi="Consolas" w:eastAsia="Consolas" w:cs="Consolas"/>
          <w:noProof w:val="0"/>
          <w:sz w:val="20"/>
          <w:szCs w:val="20"/>
          <w:lang w:val="en-US"/>
        </w:rPr>
        <w:t>objekti.objekts_id</w:t>
      </w:r>
    </w:p>
    <w:p w:rsidR="124D0670" w:rsidRDefault="124D0670" w14:paraId="49064F8F" w14:textId="0717FE4F">
      <w:r w:rsidRPr="23B851D9" w:rsidR="124D0670">
        <w:rPr>
          <w:rFonts w:ascii="Calibri" w:hAnsi="Calibri" w:eastAsia="Calibri" w:cs="Calibri"/>
          <w:noProof w:val="0"/>
          <w:sz w:val="20"/>
          <w:szCs w:val="20"/>
          <w:lang w:val="en-US"/>
        </w:rPr>
        <w:t xml:space="preserve">ON UPDATE: </w:t>
      </w:r>
      <w:r w:rsidRPr="23B851D9" w:rsidR="124D0670">
        <w:rPr>
          <w:rFonts w:ascii="Consolas" w:hAnsi="Consolas" w:eastAsia="Consolas" w:cs="Consolas"/>
          <w:noProof w:val="0"/>
          <w:sz w:val="20"/>
          <w:szCs w:val="20"/>
          <w:lang w:val="en-US"/>
        </w:rPr>
        <w:t>CASCADE</w:t>
      </w:r>
      <w:r>
        <w:br/>
      </w:r>
      <w:r w:rsidRPr="23B851D9" w:rsidR="124D0670">
        <w:rPr>
          <w:rFonts w:ascii="Calibri" w:hAnsi="Calibri" w:eastAsia="Calibri" w:cs="Calibri"/>
          <w:noProof w:val="0"/>
          <w:sz w:val="20"/>
          <w:szCs w:val="20"/>
          <w:lang w:val="en-US"/>
        </w:rPr>
        <w:t xml:space="preserve"> ON DELETE: </w:t>
      </w:r>
      <w:r w:rsidRPr="23B851D9" w:rsidR="124D0670">
        <w:rPr>
          <w:rFonts w:ascii="Consolas" w:hAnsi="Consolas" w:eastAsia="Consolas" w:cs="Consolas"/>
          <w:noProof w:val="0"/>
          <w:sz w:val="20"/>
          <w:szCs w:val="20"/>
          <w:lang w:val="en-US"/>
        </w:rPr>
        <w:t>RESTRICT</w:t>
      </w:r>
    </w:p>
    <w:p w:rsidR="124D0670" w:rsidRDefault="124D0670" w14:paraId="14526E2C" w14:textId="0D3E17AC">
      <w:r w:rsidRPr="23B851D9" w:rsidR="124D0670">
        <w:rPr>
          <w:rFonts w:ascii="Consolas" w:hAnsi="Consolas" w:eastAsia="Consolas" w:cs="Consolas"/>
          <w:noProof w:val="0"/>
          <w:sz w:val="20"/>
          <w:szCs w:val="20"/>
          <w:lang w:val="en-US"/>
        </w:rPr>
        <w:t>grupa_id</w:t>
      </w:r>
      <w:r>
        <w:br/>
      </w:r>
      <w:r w:rsidRPr="23B851D9" w:rsidR="124D0670">
        <w:rPr>
          <w:rFonts w:ascii="Calibri" w:hAnsi="Calibri" w:eastAsia="Calibri" w:cs="Calibri"/>
          <w:noProof w:val="0"/>
          <w:sz w:val="20"/>
          <w:szCs w:val="20"/>
          <w:lang w:val="en-US"/>
        </w:rPr>
        <w:t xml:space="preserve"> Tips: </w:t>
      </w:r>
      <w:r w:rsidRPr="23B851D9" w:rsidR="124D0670">
        <w:rPr>
          <w:rFonts w:ascii="Consolas" w:hAnsi="Consolas" w:eastAsia="Consolas" w:cs="Consolas"/>
          <w:noProof w:val="0"/>
          <w:sz w:val="20"/>
          <w:szCs w:val="20"/>
          <w:lang w:val="en-US"/>
        </w:rPr>
        <w:t>INT UNSIGNED</w:t>
      </w:r>
      <w:r>
        <w:br/>
      </w:r>
      <w:r w:rsidRPr="23B851D9" w:rsidR="124D0670">
        <w:rPr>
          <w:rFonts w:ascii="Calibri" w:hAnsi="Calibri" w:eastAsia="Calibri" w:cs="Calibri"/>
          <w:noProof w:val="0"/>
          <w:sz w:val="20"/>
          <w:szCs w:val="20"/>
          <w:lang w:val="en-US"/>
        </w:rPr>
        <w:t xml:space="preserve"> Jāatzīmē: </w:t>
      </w:r>
      <w:r w:rsidRPr="23B851D9" w:rsidR="124D0670">
        <w:rPr>
          <w:rFonts w:ascii="Consolas" w:hAnsi="Consolas" w:eastAsia="Consolas" w:cs="Consolas"/>
          <w:noProof w:val="0"/>
          <w:sz w:val="20"/>
          <w:szCs w:val="20"/>
          <w:lang w:val="en-US"/>
        </w:rPr>
        <w:t>NOT NULL</w:t>
      </w:r>
      <w:r w:rsidRPr="23B851D9" w:rsidR="124D0670">
        <w:rPr>
          <w:rFonts w:ascii="Calibri" w:hAnsi="Calibri" w:eastAsia="Calibri" w:cs="Calibri"/>
          <w:noProof w:val="0"/>
          <w:sz w:val="20"/>
          <w:szCs w:val="20"/>
          <w:lang w:val="en-US"/>
        </w:rPr>
        <w:t xml:space="preserve">, </w:t>
      </w:r>
      <w:r w:rsidRPr="23B851D9" w:rsidR="124D0670">
        <w:rPr>
          <w:rFonts w:ascii="Consolas" w:hAnsi="Consolas" w:eastAsia="Consolas" w:cs="Consolas"/>
          <w:noProof w:val="0"/>
          <w:sz w:val="20"/>
          <w:szCs w:val="20"/>
          <w:lang w:val="en-US"/>
        </w:rPr>
        <w:t>AUTO_INCREMENT</w:t>
      </w:r>
      <w:r w:rsidRPr="23B851D9" w:rsidR="124D0670">
        <w:rPr>
          <w:rFonts w:ascii="Calibri" w:hAnsi="Calibri" w:eastAsia="Calibri" w:cs="Calibri"/>
          <w:noProof w:val="0"/>
          <w:sz w:val="20"/>
          <w:szCs w:val="20"/>
          <w:lang w:val="en-US"/>
        </w:rPr>
        <w:t xml:space="preserve">, </w:t>
      </w:r>
      <w:r w:rsidRPr="23B851D9" w:rsidR="124D0670">
        <w:rPr>
          <w:rFonts w:ascii="Consolas" w:hAnsi="Consolas" w:eastAsia="Consolas" w:cs="Consolas"/>
          <w:noProof w:val="0"/>
          <w:sz w:val="20"/>
          <w:szCs w:val="20"/>
          <w:lang w:val="en-US"/>
        </w:rPr>
        <w:t>PRIMARY KEY</w:t>
      </w:r>
    </w:p>
    <w:p w:rsidR="124D0670" w:rsidRDefault="124D0670" w14:paraId="4DF88C50" w14:textId="63B48514">
      <w:r w:rsidRPr="23B851D9" w:rsidR="124D0670">
        <w:rPr>
          <w:rFonts w:ascii="Consolas" w:hAnsi="Consolas" w:eastAsia="Consolas" w:cs="Consolas"/>
          <w:noProof w:val="0"/>
          <w:sz w:val="20"/>
          <w:szCs w:val="20"/>
          <w:lang w:val="en-US"/>
        </w:rPr>
        <w:t>grupas_nr</w:t>
      </w:r>
      <w:r>
        <w:br/>
      </w:r>
      <w:r w:rsidRPr="23B851D9" w:rsidR="124D0670">
        <w:rPr>
          <w:rFonts w:ascii="Calibri" w:hAnsi="Calibri" w:eastAsia="Calibri" w:cs="Calibri"/>
          <w:noProof w:val="0"/>
          <w:sz w:val="20"/>
          <w:szCs w:val="20"/>
          <w:lang w:val="en-US"/>
        </w:rPr>
        <w:t xml:space="preserve"> Tips: </w:t>
      </w:r>
      <w:r w:rsidRPr="23B851D9" w:rsidR="124D0670">
        <w:rPr>
          <w:rFonts w:ascii="Consolas" w:hAnsi="Consolas" w:eastAsia="Consolas" w:cs="Consolas"/>
          <w:noProof w:val="0"/>
          <w:sz w:val="20"/>
          <w:szCs w:val="20"/>
          <w:lang w:val="en-US"/>
        </w:rPr>
        <w:t>VARCHAR(10)</w:t>
      </w:r>
      <w:r>
        <w:br/>
      </w:r>
      <w:r w:rsidRPr="23B851D9" w:rsidR="124D0670">
        <w:rPr>
          <w:rFonts w:ascii="Calibri" w:hAnsi="Calibri" w:eastAsia="Calibri" w:cs="Calibri"/>
          <w:noProof w:val="0"/>
          <w:sz w:val="20"/>
          <w:szCs w:val="20"/>
          <w:lang w:val="en-US"/>
        </w:rPr>
        <w:t xml:space="preserve"> Jāatzīmē: </w:t>
      </w:r>
      <w:r w:rsidRPr="23B851D9" w:rsidR="124D0670">
        <w:rPr>
          <w:rFonts w:ascii="Consolas" w:hAnsi="Consolas" w:eastAsia="Consolas" w:cs="Consolas"/>
          <w:noProof w:val="0"/>
          <w:sz w:val="20"/>
          <w:szCs w:val="20"/>
          <w:lang w:val="en-US"/>
        </w:rPr>
        <w:t>NOT NULL</w:t>
      </w:r>
      <w:r w:rsidRPr="23B851D9" w:rsidR="124D0670">
        <w:rPr>
          <w:rFonts w:ascii="Calibri" w:hAnsi="Calibri" w:eastAsia="Calibri" w:cs="Calibri"/>
          <w:noProof w:val="0"/>
          <w:sz w:val="20"/>
          <w:szCs w:val="20"/>
          <w:lang w:val="en-US"/>
        </w:rPr>
        <w:t xml:space="preserve">, </w:t>
      </w:r>
      <w:r w:rsidRPr="23B851D9" w:rsidR="124D0670">
        <w:rPr>
          <w:rFonts w:ascii="Consolas" w:hAnsi="Consolas" w:eastAsia="Consolas" w:cs="Consolas"/>
          <w:noProof w:val="0"/>
          <w:sz w:val="20"/>
          <w:szCs w:val="20"/>
          <w:lang w:val="en-US"/>
        </w:rPr>
        <w:t>UNIQUE</w:t>
      </w:r>
    </w:p>
    <w:p w:rsidR="124D0670" w:rsidRDefault="124D0670" w14:paraId="79701A4C" w14:textId="64B71A40">
      <w:r w:rsidRPr="23B851D9" w:rsidR="124D0670">
        <w:rPr>
          <w:rFonts w:ascii="Consolas" w:hAnsi="Consolas" w:eastAsia="Consolas" w:cs="Consolas"/>
          <w:noProof w:val="0"/>
          <w:sz w:val="20"/>
          <w:szCs w:val="20"/>
          <w:lang w:val="en-US"/>
        </w:rPr>
        <w:t>nosaukums</w:t>
      </w:r>
      <w:r>
        <w:br/>
      </w:r>
      <w:r w:rsidRPr="23B851D9" w:rsidR="124D0670">
        <w:rPr>
          <w:rFonts w:ascii="Calibri" w:hAnsi="Calibri" w:eastAsia="Calibri" w:cs="Calibri"/>
          <w:noProof w:val="0"/>
          <w:sz w:val="20"/>
          <w:szCs w:val="20"/>
          <w:lang w:val="en-US"/>
        </w:rPr>
        <w:t xml:space="preserve"> Tips: </w:t>
      </w:r>
      <w:r w:rsidRPr="23B851D9" w:rsidR="124D0670">
        <w:rPr>
          <w:rFonts w:ascii="Consolas" w:hAnsi="Consolas" w:eastAsia="Consolas" w:cs="Consolas"/>
          <w:noProof w:val="0"/>
          <w:sz w:val="20"/>
          <w:szCs w:val="20"/>
          <w:lang w:val="en-US"/>
        </w:rPr>
        <w:t>VARCHAR(200)</w:t>
      </w:r>
      <w:r>
        <w:br/>
      </w:r>
      <w:r w:rsidRPr="23B851D9" w:rsidR="124D0670">
        <w:rPr>
          <w:rFonts w:ascii="Calibri" w:hAnsi="Calibri" w:eastAsia="Calibri" w:cs="Calibri"/>
          <w:noProof w:val="0"/>
          <w:sz w:val="20"/>
          <w:szCs w:val="20"/>
          <w:lang w:val="en-US"/>
        </w:rPr>
        <w:t xml:space="preserve"> Jāatzīmē: </w:t>
      </w:r>
      <w:r w:rsidRPr="23B851D9" w:rsidR="124D0670">
        <w:rPr>
          <w:rFonts w:ascii="Consolas" w:hAnsi="Consolas" w:eastAsia="Consolas" w:cs="Consolas"/>
          <w:noProof w:val="0"/>
          <w:sz w:val="20"/>
          <w:szCs w:val="20"/>
          <w:lang w:val="en-US"/>
        </w:rPr>
        <w:t>NOT NULL</w:t>
      </w:r>
    </w:p>
    <w:p w:rsidR="124D0670" w:rsidRDefault="124D0670" w14:paraId="751BA877" w14:textId="1F00EE07">
      <w:r w:rsidRPr="23B851D9" w:rsidR="124D0670">
        <w:rPr>
          <w:rFonts w:ascii="Consolas" w:hAnsi="Consolas" w:eastAsia="Consolas" w:cs="Consolas"/>
          <w:noProof w:val="0"/>
          <w:sz w:val="20"/>
          <w:szCs w:val="20"/>
          <w:lang w:val="en-US"/>
        </w:rPr>
        <w:t>pozicija_id</w:t>
      </w:r>
      <w:r>
        <w:br/>
      </w:r>
      <w:r w:rsidRPr="23B851D9" w:rsidR="124D0670">
        <w:rPr>
          <w:rFonts w:ascii="Calibri" w:hAnsi="Calibri" w:eastAsia="Calibri" w:cs="Calibri"/>
          <w:noProof w:val="0"/>
          <w:sz w:val="20"/>
          <w:szCs w:val="20"/>
          <w:lang w:val="en-US"/>
        </w:rPr>
        <w:t xml:space="preserve"> Tips: </w:t>
      </w:r>
      <w:r w:rsidRPr="23B851D9" w:rsidR="124D0670">
        <w:rPr>
          <w:rFonts w:ascii="Consolas" w:hAnsi="Consolas" w:eastAsia="Consolas" w:cs="Consolas"/>
          <w:noProof w:val="0"/>
          <w:sz w:val="20"/>
          <w:szCs w:val="20"/>
          <w:lang w:val="en-US"/>
        </w:rPr>
        <w:t>INT UNSIGNED</w:t>
      </w:r>
      <w:r>
        <w:br/>
      </w:r>
      <w:r w:rsidRPr="23B851D9" w:rsidR="124D0670">
        <w:rPr>
          <w:rFonts w:ascii="Calibri" w:hAnsi="Calibri" w:eastAsia="Calibri" w:cs="Calibri"/>
          <w:noProof w:val="0"/>
          <w:sz w:val="20"/>
          <w:szCs w:val="20"/>
          <w:lang w:val="en-US"/>
        </w:rPr>
        <w:t xml:space="preserve"> Jāatzīmē: </w:t>
      </w:r>
      <w:r w:rsidRPr="23B851D9" w:rsidR="124D0670">
        <w:rPr>
          <w:rFonts w:ascii="Consolas" w:hAnsi="Consolas" w:eastAsia="Consolas" w:cs="Consolas"/>
          <w:noProof w:val="0"/>
          <w:sz w:val="20"/>
          <w:szCs w:val="20"/>
          <w:lang w:val="en-US"/>
        </w:rPr>
        <w:t>NOT NULL</w:t>
      </w:r>
      <w:r w:rsidRPr="23B851D9" w:rsidR="124D0670">
        <w:rPr>
          <w:rFonts w:ascii="Calibri" w:hAnsi="Calibri" w:eastAsia="Calibri" w:cs="Calibri"/>
          <w:noProof w:val="0"/>
          <w:sz w:val="20"/>
          <w:szCs w:val="20"/>
          <w:lang w:val="en-US"/>
        </w:rPr>
        <w:t xml:space="preserve">, </w:t>
      </w:r>
      <w:r w:rsidRPr="23B851D9" w:rsidR="124D0670">
        <w:rPr>
          <w:rFonts w:ascii="Consolas" w:hAnsi="Consolas" w:eastAsia="Consolas" w:cs="Consolas"/>
          <w:noProof w:val="0"/>
          <w:sz w:val="20"/>
          <w:szCs w:val="20"/>
          <w:lang w:val="en-US"/>
        </w:rPr>
        <w:t>AUTO_INCREMENT</w:t>
      </w:r>
      <w:r w:rsidRPr="23B851D9" w:rsidR="124D0670">
        <w:rPr>
          <w:rFonts w:ascii="Calibri" w:hAnsi="Calibri" w:eastAsia="Calibri" w:cs="Calibri"/>
          <w:noProof w:val="0"/>
          <w:sz w:val="20"/>
          <w:szCs w:val="20"/>
          <w:lang w:val="en-US"/>
        </w:rPr>
        <w:t xml:space="preserve">, </w:t>
      </w:r>
      <w:r w:rsidRPr="23B851D9" w:rsidR="124D0670">
        <w:rPr>
          <w:rFonts w:ascii="Consolas" w:hAnsi="Consolas" w:eastAsia="Consolas" w:cs="Consolas"/>
          <w:noProof w:val="0"/>
          <w:sz w:val="20"/>
          <w:szCs w:val="20"/>
          <w:lang w:val="en-US"/>
        </w:rPr>
        <w:t>PRIMARY KEY</w:t>
      </w:r>
    </w:p>
    <w:p w:rsidR="124D0670" w:rsidRDefault="124D0670" w14:paraId="56478054" w14:textId="127C436C">
      <w:r w:rsidRPr="23B851D9" w:rsidR="124D0670">
        <w:rPr>
          <w:rFonts w:ascii="Consolas" w:hAnsi="Consolas" w:eastAsia="Consolas" w:cs="Consolas"/>
          <w:noProof w:val="0"/>
          <w:sz w:val="20"/>
          <w:szCs w:val="20"/>
          <w:lang w:val="en-US"/>
        </w:rPr>
        <w:t>pasutijums_id</w:t>
      </w:r>
      <w:r>
        <w:br/>
      </w:r>
      <w:r w:rsidRPr="23B851D9" w:rsidR="124D0670">
        <w:rPr>
          <w:rFonts w:ascii="Calibri" w:hAnsi="Calibri" w:eastAsia="Calibri" w:cs="Calibri"/>
          <w:noProof w:val="0"/>
          <w:sz w:val="20"/>
          <w:szCs w:val="20"/>
          <w:lang w:val="en-US"/>
        </w:rPr>
        <w:t xml:space="preserve"> Tips: </w:t>
      </w:r>
      <w:r w:rsidRPr="23B851D9" w:rsidR="124D0670">
        <w:rPr>
          <w:rFonts w:ascii="Consolas" w:hAnsi="Consolas" w:eastAsia="Consolas" w:cs="Consolas"/>
          <w:noProof w:val="0"/>
          <w:sz w:val="20"/>
          <w:szCs w:val="20"/>
          <w:lang w:val="en-US"/>
        </w:rPr>
        <w:t>INT UNSIGNED</w:t>
      </w:r>
      <w:r>
        <w:br/>
      </w:r>
      <w:r w:rsidRPr="23B851D9" w:rsidR="124D0670">
        <w:rPr>
          <w:rFonts w:ascii="Calibri" w:hAnsi="Calibri" w:eastAsia="Calibri" w:cs="Calibri"/>
          <w:noProof w:val="0"/>
          <w:sz w:val="20"/>
          <w:szCs w:val="20"/>
          <w:lang w:val="en-US"/>
        </w:rPr>
        <w:t xml:space="preserve"> Jāatzīmē: </w:t>
      </w:r>
      <w:r w:rsidRPr="23B851D9" w:rsidR="124D0670">
        <w:rPr>
          <w:rFonts w:ascii="Consolas" w:hAnsi="Consolas" w:eastAsia="Consolas" w:cs="Consolas"/>
          <w:noProof w:val="0"/>
          <w:sz w:val="20"/>
          <w:szCs w:val="20"/>
          <w:lang w:val="en-US"/>
        </w:rPr>
        <w:t>NOT NULL</w:t>
      </w:r>
      <w:r w:rsidRPr="23B851D9" w:rsidR="124D0670">
        <w:rPr>
          <w:rFonts w:ascii="Calibri" w:hAnsi="Calibri" w:eastAsia="Calibri" w:cs="Calibri"/>
          <w:noProof w:val="0"/>
          <w:sz w:val="20"/>
          <w:szCs w:val="20"/>
          <w:lang w:val="en-US"/>
        </w:rPr>
        <w:t xml:space="preserve">, </w:t>
      </w:r>
      <w:r w:rsidRPr="23B851D9" w:rsidR="124D0670">
        <w:rPr>
          <w:rFonts w:ascii="Consolas" w:hAnsi="Consolas" w:eastAsia="Consolas" w:cs="Consolas"/>
          <w:noProof w:val="0"/>
          <w:sz w:val="20"/>
          <w:szCs w:val="20"/>
          <w:lang w:val="en-US"/>
        </w:rPr>
        <w:t>INDEX</w:t>
      </w:r>
      <w:r w:rsidRPr="23B851D9" w:rsidR="124D0670">
        <w:rPr>
          <w:rFonts w:ascii="Calibri" w:hAnsi="Calibri" w:eastAsia="Calibri" w:cs="Calibri"/>
          <w:noProof w:val="0"/>
          <w:sz w:val="20"/>
          <w:szCs w:val="20"/>
          <w:lang w:val="en-US"/>
        </w:rPr>
        <w:t xml:space="preserve">, </w:t>
      </w:r>
      <w:r w:rsidRPr="23B851D9" w:rsidR="124D0670">
        <w:rPr>
          <w:rFonts w:ascii="Consolas" w:hAnsi="Consolas" w:eastAsia="Consolas" w:cs="Consolas"/>
          <w:noProof w:val="0"/>
          <w:sz w:val="20"/>
          <w:szCs w:val="20"/>
          <w:lang w:val="en-US"/>
        </w:rPr>
        <w:t>FOREIGN KEY</w:t>
      </w:r>
    </w:p>
    <w:p w:rsidR="124D0670" w:rsidRDefault="124D0670" w14:paraId="04B98527" w14:textId="29AF9636">
      <w:r w:rsidRPr="23B851D9" w:rsidR="124D0670">
        <w:rPr>
          <w:rFonts w:ascii="Consolas" w:hAnsi="Consolas" w:eastAsia="Consolas" w:cs="Consolas"/>
          <w:noProof w:val="0"/>
          <w:sz w:val="20"/>
          <w:szCs w:val="20"/>
          <w:lang w:val="en-US"/>
        </w:rPr>
        <w:t>grupa_id</w:t>
      </w:r>
      <w:r>
        <w:br/>
      </w:r>
      <w:r w:rsidRPr="23B851D9" w:rsidR="124D0670">
        <w:rPr>
          <w:rFonts w:ascii="Calibri" w:hAnsi="Calibri" w:eastAsia="Calibri" w:cs="Calibri"/>
          <w:noProof w:val="0"/>
          <w:sz w:val="20"/>
          <w:szCs w:val="20"/>
          <w:lang w:val="en-US"/>
        </w:rPr>
        <w:t xml:space="preserve"> Tips: </w:t>
      </w:r>
      <w:r w:rsidRPr="23B851D9" w:rsidR="124D0670">
        <w:rPr>
          <w:rFonts w:ascii="Consolas" w:hAnsi="Consolas" w:eastAsia="Consolas" w:cs="Consolas"/>
          <w:noProof w:val="0"/>
          <w:sz w:val="20"/>
          <w:szCs w:val="20"/>
          <w:lang w:val="en-US"/>
        </w:rPr>
        <w:t>INT UNSIGNED</w:t>
      </w:r>
      <w:r>
        <w:br/>
      </w:r>
      <w:r w:rsidRPr="23B851D9" w:rsidR="124D0670">
        <w:rPr>
          <w:rFonts w:ascii="Calibri" w:hAnsi="Calibri" w:eastAsia="Calibri" w:cs="Calibri"/>
          <w:noProof w:val="0"/>
          <w:sz w:val="20"/>
          <w:szCs w:val="20"/>
          <w:lang w:val="en-US"/>
        </w:rPr>
        <w:t xml:space="preserve"> Jāatzīmē: </w:t>
      </w:r>
      <w:r w:rsidRPr="23B851D9" w:rsidR="124D0670">
        <w:rPr>
          <w:rFonts w:ascii="Consolas" w:hAnsi="Consolas" w:eastAsia="Consolas" w:cs="Consolas"/>
          <w:noProof w:val="0"/>
          <w:sz w:val="20"/>
          <w:szCs w:val="20"/>
          <w:lang w:val="en-US"/>
        </w:rPr>
        <w:t>NOT NULL</w:t>
      </w:r>
      <w:r w:rsidRPr="23B851D9" w:rsidR="124D0670">
        <w:rPr>
          <w:rFonts w:ascii="Calibri" w:hAnsi="Calibri" w:eastAsia="Calibri" w:cs="Calibri"/>
          <w:noProof w:val="0"/>
          <w:sz w:val="20"/>
          <w:szCs w:val="20"/>
          <w:lang w:val="en-US"/>
        </w:rPr>
        <w:t xml:space="preserve">, </w:t>
      </w:r>
      <w:r w:rsidRPr="23B851D9" w:rsidR="124D0670">
        <w:rPr>
          <w:rFonts w:ascii="Consolas" w:hAnsi="Consolas" w:eastAsia="Consolas" w:cs="Consolas"/>
          <w:noProof w:val="0"/>
          <w:sz w:val="20"/>
          <w:szCs w:val="20"/>
          <w:lang w:val="en-US"/>
        </w:rPr>
        <w:t>INDEX</w:t>
      </w:r>
      <w:r w:rsidRPr="23B851D9" w:rsidR="124D0670">
        <w:rPr>
          <w:rFonts w:ascii="Calibri" w:hAnsi="Calibri" w:eastAsia="Calibri" w:cs="Calibri"/>
          <w:noProof w:val="0"/>
          <w:sz w:val="20"/>
          <w:szCs w:val="20"/>
          <w:lang w:val="en-US"/>
        </w:rPr>
        <w:t xml:space="preserve">, </w:t>
      </w:r>
      <w:r w:rsidRPr="23B851D9" w:rsidR="124D0670">
        <w:rPr>
          <w:rFonts w:ascii="Consolas" w:hAnsi="Consolas" w:eastAsia="Consolas" w:cs="Consolas"/>
          <w:noProof w:val="0"/>
          <w:sz w:val="20"/>
          <w:szCs w:val="20"/>
          <w:lang w:val="en-US"/>
        </w:rPr>
        <w:t>FOREIGN KEY</w:t>
      </w:r>
    </w:p>
    <w:p w:rsidR="124D0670" w:rsidRDefault="124D0670" w14:paraId="58E48FB5" w14:textId="2AF3E268">
      <w:r w:rsidRPr="23B851D9" w:rsidR="124D0670">
        <w:rPr>
          <w:rFonts w:ascii="Consolas" w:hAnsi="Consolas" w:eastAsia="Consolas" w:cs="Consolas"/>
          <w:noProof w:val="0"/>
          <w:sz w:val="20"/>
          <w:szCs w:val="20"/>
          <w:lang w:val="en-US"/>
        </w:rPr>
        <w:t>pozicijas_nr</w:t>
      </w:r>
      <w:r>
        <w:br/>
      </w:r>
      <w:r w:rsidRPr="23B851D9" w:rsidR="124D0670">
        <w:rPr>
          <w:rFonts w:ascii="Calibri" w:hAnsi="Calibri" w:eastAsia="Calibri" w:cs="Calibri"/>
          <w:noProof w:val="0"/>
          <w:sz w:val="20"/>
          <w:szCs w:val="20"/>
          <w:lang w:val="en-US"/>
        </w:rPr>
        <w:t xml:space="preserve"> Tips: </w:t>
      </w:r>
      <w:r w:rsidRPr="23B851D9" w:rsidR="124D0670">
        <w:rPr>
          <w:rFonts w:ascii="Consolas" w:hAnsi="Consolas" w:eastAsia="Consolas" w:cs="Consolas"/>
          <w:noProof w:val="0"/>
          <w:sz w:val="20"/>
          <w:szCs w:val="20"/>
          <w:lang w:val="en-US"/>
        </w:rPr>
        <w:t>VARCHAR(10)</w:t>
      </w:r>
      <w:r>
        <w:br/>
      </w:r>
      <w:r w:rsidRPr="23B851D9" w:rsidR="124D0670">
        <w:rPr>
          <w:rFonts w:ascii="Calibri" w:hAnsi="Calibri" w:eastAsia="Calibri" w:cs="Calibri"/>
          <w:noProof w:val="0"/>
          <w:sz w:val="20"/>
          <w:szCs w:val="20"/>
          <w:lang w:val="en-US"/>
        </w:rPr>
        <w:t xml:space="preserve"> Jāatzīmē: </w:t>
      </w:r>
      <w:r w:rsidRPr="23B851D9" w:rsidR="124D0670">
        <w:rPr>
          <w:rFonts w:ascii="Consolas" w:hAnsi="Consolas" w:eastAsia="Consolas" w:cs="Consolas"/>
          <w:noProof w:val="0"/>
          <w:sz w:val="20"/>
          <w:szCs w:val="20"/>
          <w:lang w:val="en-US"/>
        </w:rPr>
        <w:t>NOT NULL</w:t>
      </w:r>
    </w:p>
    <w:p w:rsidR="124D0670" w:rsidRDefault="124D0670" w14:paraId="4A10CC74" w14:textId="6786C5FA">
      <w:r w:rsidRPr="23B851D9" w:rsidR="124D0670">
        <w:rPr>
          <w:rFonts w:ascii="Consolas" w:hAnsi="Consolas" w:eastAsia="Consolas" w:cs="Consolas"/>
          <w:noProof w:val="0"/>
          <w:sz w:val="20"/>
          <w:szCs w:val="20"/>
          <w:lang w:val="en-US"/>
        </w:rPr>
        <w:t>nosaukums</w:t>
      </w:r>
      <w:r>
        <w:br/>
      </w:r>
      <w:r w:rsidRPr="23B851D9" w:rsidR="124D0670">
        <w:rPr>
          <w:rFonts w:ascii="Calibri" w:hAnsi="Calibri" w:eastAsia="Calibri" w:cs="Calibri"/>
          <w:noProof w:val="0"/>
          <w:sz w:val="20"/>
          <w:szCs w:val="20"/>
          <w:lang w:val="en-US"/>
        </w:rPr>
        <w:t xml:space="preserve"> Tips: </w:t>
      </w:r>
      <w:r w:rsidRPr="23B851D9" w:rsidR="124D0670">
        <w:rPr>
          <w:rFonts w:ascii="Consolas" w:hAnsi="Consolas" w:eastAsia="Consolas" w:cs="Consolas"/>
          <w:noProof w:val="0"/>
          <w:sz w:val="20"/>
          <w:szCs w:val="20"/>
          <w:lang w:val="en-US"/>
        </w:rPr>
        <w:t>VARCHAR(500)</w:t>
      </w:r>
      <w:r>
        <w:br/>
      </w:r>
      <w:r w:rsidRPr="23B851D9" w:rsidR="124D0670">
        <w:rPr>
          <w:rFonts w:ascii="Calibri" w:hAnsi="Calibri" w:eastAsia="Calibri" w:cs="Calibri"/>
          <w:noProof w:val="0"/>
          <w:sz w:val="20"/>
          <w:szCs w:val="20"/>
          <w:lang w:val="en-US"/>
        </w:rPr>
        <w:t xml:space="preserve"> Jāatzīmē: </w:t>
      </w:r>
      <w:r w:rsidRPr="23B851D9" w:rsidR="124D0670">
        <w:rPr>
          <w:rFonts w:ascii="Consolas" w:hAnsi="Consolas" w:eastAsia="Consolas" w:cs="Consolas"/>
          <w:noProof w:val="0"/>
          <w:sz w:val="20"/>
          <w:szCs w:val="20"/>
          <w:lang w:val="en-US"/>
        </w:rPr>
        <w:t>NOT NULL</w:t>
      </w:r>
    </w:p>
    <w:p w:rsidR="124D0670" w:rsidRDefault="124D0670" w14:paraId="1808765E" w14:textId="522B5ADD">
      <w:r w:rsidRPr="23B851D9" w:rsidR="124D0670">
        <w:rPr>
          <w:rFonts w:ascii="Consolas" w:hAnsi="Consolas" w:eastAsia="Consolas" w:cs="Consolas"/>
          <w:noProof w:val="0"/>
          <w:sz w:val="20"/>
          <w:szCs w:val="20"/>
          <w:lang w:val="en-US"/>
        </w:rPr>
        <w:t>mervieniba</w:t>
      </w:r>
      <w:r>
        <w:br/>
      </w:r>
      <w:r w:rsidRPr="23B851D9" w:rsidR="124D0670">
        <w:rPr>
          <w:rFonts w:ascii="Calibri" w:hAnsi="Calibri" w:eastAsia="Calibri" w:cs="Calibri"/>
          <w:noProof w:val="0"/>
          <w:sz w:val="20"/>
          <w:szCs w:val="20"/>
          <w:lang w:val="en-US"/>
        </w:rPr>
        <w:t xml:space="preserve"> Tips: </w:t>
      </w:r>
      <w:r w:rsidRPr="23B851D9" w:rsidR="124D0670">
        <w:rPr>
          <w:rFonts w:ascii="Consolas" w:hAnsi="Consolas" w:eastAsia="Consolas" w:cs="Consolas"/>
          <w:noProof w:val="0"/>
          <w:sz w:val="20"/>
          <w:szCs w:val="20"/>
          <w:lang w:val="en-US"/>
        </w:rPr>
        <w:t>VARCHAR(20)</w:t>
      </w:r>
      <w:r>
        <w:br/>
      </w:r>
      <w:r w:rsidRPr="23B851D9" w:rsidR="124D0670">
        <w:rPr>
          <w:rFonts w:ascii="Calibri" w:hAnsi="Calibri" w:eastAsia="Calibri" w:cs="Calibri"/>
          <w:noProof w:val="0"/>
          <w:sz w:val="20"/>
          <w:szCs w:val="20"/>
          <w:lang w:val="en-US"/>
        </w:rPr>
        <w:t xml:space="preserve"> Jāatzīmē: </w:t>
      </w:r>
      <w:r w:rsidRPr="23B851D9" w:rsidR="124D0670">
        <w:rPr>
          <w:rFonts w:ascii="Consolas" w:hAnsi="Consolas" w:eastAsia="Consolas" w:cs="Consolas"/>
          <w:noProof w:val="0"/>
          <w:sz w:val="20"/>
          <w:szCs w:val="20"/>
          <w:lang w:val="en-US"/>
        </w:rPr>
        <w:t>NOT NULL</w:t>
      </w:r>
    </w:p>
    <w:p w:rsidR="124D0670" w:rsidRDefault="124D0670" w14:paraId="7F96F8FD" w14:textId="7BA93774">
      <w:r w:rsidRPr="23B851D9" w:rsidR="124D0670">
        <w:rPr>
          <w:rFonts w:ascii="Consolas" w:hAnsi="Consolas" w:eastAsia="Consolas" w:cs="Consolas"/>
          <w:noProof w:val="0"/>
          <w:sz w:val="20"/>
          <w:szCs w:val="20"/>
          <w:lang w:val="en-US"/>
        </w:rPr>
        <w:t>vienibas_izcenojums</w:t>
      </w:r>
      <w:r>
        <w:br/>
      </w:r>
      <w:r w:rsidRPr="23B851D9" w:rsidR="124D0670">
        <w:rPr>
          <w:rFonts w:ascii="Calibri" w:hAnsi="Calibri" w:eastAsia="Calibri" w:cs="Calibri"/>
          <w:noProof w:val="0"/>
          <w:sz w:val="20"/>
          <w:szCs w:val="20"/>
          <w:lang w:val="en-US"/>
        </w:rPr>
        <w:t xml:space="preserve"> Tips: </w:t>
      </w:r>
      <w:r w:rsidRPr="23B851D9" w:rsidR="124D0670">
        <w:rPr>
          <w:rFonts w:ascii="Consolas" w:hAnsi="Consolas" w:eastAsia="Consolas" w:cs="Consolas"/>
          <w:noProof w:val="0"/>
          <w:sz w:val="20"/>
          <w:szCs w:val="20"/>
          <w:lang w:val="en-US"/>
        </w:rPr>
        <w:t>DECIMAL(10,2)</w:t>
      </w:r>
      <w:r>
        <w:br/>
      </w:r>
      <w:r w:rsidRPr="23B851D9" w:rsidR="124D0670">
        <w:rPr>
          <w:rFonts w:ascii="Calibri" w:hAnsi="Calibri" w:eastAsia="Calibri" w:cs="Calibri"/>
          <w:noProof w:val="0"/>
          <w:sz w:val="20"/>
          <w:szCs w:val="20"/>
          <w:lang w:val="en-US"/>
        </w:rPr>
        <w:t xml:space="preserve"> Jāatzīmē: </w:t>
      </w:r>
      <w:r w:rsidRPr="23B851D9" w:rsidR="124D0670">
        <w:rPr>
          <w:rFonts w:ascii="Consolas" w:hAnsi="Consolas" w:eastAsia="Consolas" w:cs="Consolas"/>
          <w:noProof w:val="0"/>
          <w:sz w:val="20"/>
          <w:szCs w:val="20"/>
          <w:lang w:val="en-US"/>
        </w:rPr>
        <w:t>NOT NULL</w:t>
      </w:r>
    </w:p>
    <w:p w:rsidR="124D0670" w:rsidRDefault="124D0670" w14:paraId="7DA917F4" w14:textId="706C3E3C">
      <w:r w:rsidRPr="23B851D9" w:rsidR="124D0670">
        <w:rPr>
          <w:rFonts w:ascii="Consolas" w:hAnsi="Consolas" w:eastAsia="Consolas" w:cs="Consolas"/>
          <w:noProof w:val="0"/>
          <w:sz w:val="20"/>
          <w:szCs w:val="20"/>
          <w:lang w:val="en-US"/>
        </w:rPr>
        <w:t>skaits</w:t>
      </w:r>
      <w:r>
        <w:br/>
      </w:r>
      <w:r w:rsidRPr="23B851D9" w:rsidR="124D0670">
        <w:rPr>
          <w:rFonts w:ascii="Calibri" w:hAnsi="Calibri" w:eastAsia="Calibri" w:cs="Calibri"/>
          <w:noProof w:val="0"/>
          <w:sz w:val="20"/>
          <w:szCs w:val="20"/>
          <w:lang w:val="en-US"/>
        </w:rPr>
        <w:t xml:space="preserve"> Tips: </w:t>
      </w:r>
      <w:r w:rsidRPr="23B851D9" w:rsidR="124D0670">
        <w:rPr>
          <w:rFonts w:ascii="Consolas" w:hAnsi="Consolas" w:eastAsia="Consolas" w:cs="Consolas"/>
          <w:noProof w:val="0"/>
          <w:sz w:val="20"/>
          <w:szCs w:val="20"/>
          <w:lang w:val="en-US"/>
        </w:rPr>
        <w:t>DECIMAL(10,2)</w:t>
      </w:r>
      <w:r>
        <w:br/>
      </w:r>
      <w:r w:rsidRPr="23B851D9" w:rsidR="124D0670">
        <w:rPr>
          <w:rFonts w:ascii="Calibri" w:hAnsi="Calibri" w:eastAsia="Calibri" w:cs="Calibri"/>
          <w:noProof w:val="0"/>
          <w:sz w:val="20"/>
          <w:szCs w:val="20"/>
          <w:lang w:val="en-US"/>
        </w:rPr>
        <w:t xml:space="preserve"> Jāatzīmē: </w:t>
      </w:r>
      <w:r w:rsidRPr="23B851D9" w:rsidR="124D0670">
        <w:rPr>
          <w:rFonts w:ascii="Consolas" w:hAnsi="Consolas" w:eastAsia="Consolas" w:cs="Consolas"/>
          <w:noProof w:val="0"/>
          <w:sz w:val="20"/>
          <w:szCs w:val="20"/>
          <w:lang w:val="en-US"/>
        </w:rPr>
        <w:t>NULL</w:t>
      </w:r>
      <w:r w:rsidRPr="23B851D9" w:rsidR="124D0670">
        <w:rPr>
          <w:rFonts w:ascii="Calibri" w:hAnsi="Calibri" w:eastAsia="Calibri" w:cs="Calibri"/>
          <w:noProof w:val="0"/>
          <w:sz w:val="20"/>
          <w:szCs w:val="20"/>
          <w:lang w:val="en-US"/>
        </w:rPr>
        <w:t xml:space="preserve"> vai </w:t>
      </w:r>
      <w:r w:rsidRPr="23B851D9" w:rsidR="124D0670">
        <w:rPr>
          <w:rFonts w:ascii="Consolas" w:hAnsi="Consolas" w:eastAsia="Consolas" w:cs="Consolas"/>
          <w:noProof w:val="0"/>
          <w:sz w:val="20"/>
          <w:szCs w:val="20"/>
          <w:lang w:val="en-US"/>
        </w:rPr>
        <w:t>NOT NULL DEFAULT 0.00</w:t>
      </w:r>
    </w:p>
    <w:p w:rsidR="124D0670" w:rsidRDefault="124D0670" w14:paraId="71E12A8F" w14:textId="00A3ECE0">
      <w:r w:rsidRPr="23B851D9" w:rsidR="124D0670">
        <w:rPr>
          <w:rFonts w:ascii="Consolas" w:hAnsi="Consolas" w:eastAsia="Consolas" w:cs="Consolas"/>
          <w:noProof w:val="0"/>
          <w:sz w:val="20"/>
          <w:szCs w:val="20"/>
          <w:lang w:val="en-US"/>
        </w:rPr>
        <w:t>kopa</w:t>
      </w:r>
      <w:r>
        <w:br/>
      </w:r>
      <w:r w:rsidRPr="23B851D9" w:rsidR="124D0670">
        <w:rPr>
          <w:rFonts w:ascii="Calibri" w:hAnsi="Calibri" w:eastAsia="Calibri" w:cs="Calibri"/>
          <w:noProof w:val="0"/>
          <w:sz w:val="20"/>
          <w:szCs w:val="20"/>
          <w:lang w:val="en-US"/>
        </w:rPr>
        <w:t xml:space="preserve"> Tips: </w:t>
      </w:r>
      <w:r w:rsidRPr="23B851D9" w:rsidR="124D0670">
        <w:rPr>
          <w:rFonts w:ascii="Consolas" w:hAnsi="Consolas" w:eastAsia="Consolas" w:cs="Consolas"/>
          <w:noProof w:val="0"/>
          <w:sz w:val="20"/>
          <w:szCs w:val="20"/>
          <w:lang w:val="en-US"/>
        </w:rPr>
        <w:t>DECIMAL(10,2)</w:t>
      </w:r>
      <w:r>
        <w:br/>
      </w:r>
      <w:r w:rsidRPr="23B851D9" w:rsidR="124D0670">
        <w:rPr>
          <w:rFonts w:ascii="Calibri" w:hAnsi="Calibri" w:eastAsia="Calibri" w:cs="Calibri"/>
          <w:noProof w:val="0"/>
          <w:sz w:val="20"/>
          <w:szCs w:val="20"/>
          <w:lang w:val="en-US"/>
        </w:rPr>
        <w:t xml:space="preserve"> Jāatzīmē: </w:t>
      </w:r>
      <w:r w:rsidRPr="23B851D9" w:rsidR="124D0670">
        <w:rPr>
          <w:rFonts w:ascii="Consolas" w:hAnsi="Consolas" w:eastAsia="Consolas" w:cs="Consolas"/>
          <w:noProof w:val="0"/>
          <w:sz w:val="20"/>
          <w:szCs w:val="20"/>
          <w:lang w:val="en-US"/>
        </w:rPr>
        <w:t>NOT NULL DEFAULT 0.00</w:t>
      </w:r>
    </w:p>
    <w:p w:rsidR="124D0670" w:rsidRDefault="124D0670" w14:paraId="36880AE0" w14:textId="39CBE941">
      <w:r w:rsidRPr="23B851D9" w:rsidR="124D0670">
        <w:rPr>
          <w:rFonts w:ascii="Calibri" w:hAnsi="Calibri" w:eastAsia="Calibri" w:cs="Calibri"/>
          <w:noProof w:val="0"/>
          <w:sz w:val="20"/>
          <w:szCs w:val="20"/>
          <w:lang w:val="en-US"/>
        </w:rPr>
        <w:t>Ārējās atslēgas:</w:t>
      </w:r>
    </w:p>
    <w:p w:rsidR="124D0670" w:rsidRDefault="124D0670" w14:paraId="0AABC191" w14:textId="79F9566A">
      <w:r w:rsidRPr="23B851D9" w:rsidR="124D0670">
        <w:rPr>
          <w:rFonts w:ascii="Consolas" w:hAnsi="Consolas" w:eastAsia="Consolas" w:cs="Consolas"/>
          <w:noProof w:val="0"/>
          <w:sz w:val="20"/>
          <w:szCs w:val="20"/>
          <w:lang w:val="en-US"/>
        </w:rPr>
        <w:t>tames_pozicijas.pasutijums_id</w:t>
      </w:r>
      <w:r w:rsidRPr="23B851D9" w:rsidR="124D0670">
        <w:rPr>
          <w:rFonts w:ascii="Calibri" w:hAnsi="Calibri" w:eastAsia="Calibri" w:cs="Calibri"/>
          <w:noProof w:val="0"/>
          <w:sz w:val="20"/>
          <w:szCs w:val="20"/>
          <w:lang w:val="en-US"/>
        </w:rPr>
        <w:t xml:space="preserve"> atsaucas uz </w:t>
      </w:r>
      <w:r w:rsidRPr="23B851D9" w:rsidR="124D0670">
        <w:rPr>
          <w:rFonts w:ascii="Consolas" w:hAnsi="Consolas" w:eastAsia="Consolas" w:cs="Consolas"/>
          <w:noProof w:val="0"/>
          <w:sz w:val="20"/>
          <w:szCs w:val="20"/>
          <w:lang w:val="en-US"/>
        </w:rPr>
        <w:t>pasutijumi.pasutijums_id</w:t>
      </w:r>
    </w:p>
    <w:p w:rsidR="124D0670" w:rsidRDefault="124D0670" w14:paraId="66829651" w14:textId="303F45A2">
      <w:r w:rsidRPr="23B851D9" w:rsidR="124D0670">
        <w:rPr>
          <w:rFonts w:ascii="Calibri" w:hAnsi="Calibri" w:eastAsia="Calibri" w:cs="Calibri"/>
          <w:noProof w:val="0"/>
          <w:sz w:val="20"/>
          <w:szCs w:val="20"/>
          <w:lang w:val="en-US"/>
        </w:rPr>
        <w:t xml:space="preserve">ON UPDATE: </w:t>
      </w:r>
      <w:r w:rsidRPr="23B851D9" w:rsidR="124D0670">
        <w:rPr>
          <w:rFonts w:ascii="Consolas" w:hAnsi="Consolas" w:eastAsia="Consolas" w:cs="Consolas"/>
          <w:noProof w:val="0"/>
          <w:sz w:val="20"/>
          <w:szCs w:val="20"/>
          <w:lang w:val="en-US"/>
        </w:rPr>
        <w:t>CASCADE</w:t>
      </w:r>
      <w:r>
        <w:br/>
      </w:r>
      <w:r w:rsidRPr="23B851D9" w:rsidR="124D0670">
        <w:rPr>
          <w:rFonts w:ascii="Calibri" w:hAnsi="Calibri" w:eastAsia="Calibri" w:cs="Calibri"/>
          <w:noProof w:val="0"/>
          <w:sz w:val="20"/>
          <w:szCs w:val="20"/>
          <w:lang w:val="en-US"/>
        </w:rPr>
        <w:t xml:space="preserve"> ON DELETE: </w:t>
      </w:r>
      <w:r w:rsidRPr="23B851D9" w:rsidR="124D0670">
        <w:rPr>
          <w:rFonts w:ascii="Consolas" w:hAnsi="Consolas" w:eastAsia="Consolas" w:cs="Consolas"/>
          <w:noProof w:val="0"/>
          <w:sz w:val="20"/>
          <w:szCs w:val="20"/>
          <w:lang w:val="en-US"/>
        </w:rPr>
        <w:t>CASCADE</w:t>
      </w:r>
    </w:p>
    <w:p w:rsidR="124D0670" w:rsidRDefault="124D0670" w14:paraId="631CECBA" w14:textId="65994EB7">
      <w:r w:rsidRPr="23B851D9" w:rsidR="124D0670">
        <w:rPr>
          <w:rFonts w:ascii="Consolas" w:hAnsi="Consolas" w:eastAsia="Consolas" w:cs="Consolas"/>
          <w:noProof w:val="0"/>
          <w:sz w:val="20"/>
          <w:szCs w:val="20"/>
          <w:lang w:val="en-US"/>
        </w:rPr>
        <w:t>tames_pozicijas.grupa_id</w:t>
      </w:r>
      <w:r w:rsidRPr="23B851D9" w:rsidR="124D0670">
        <w:rPr>
          <w:rFonts w:ascii="Calibri" w:hAnsi="Calibri" w:eastAsia="Calibri" w:cs="Calibri"/>
          <w:noProof w:val="0"/>
          <w:sz w:val="20"/>
          <w:szCs w:val="20"/>
          <w:lang w:val="en-US"/>
        </w:rPr>
        <w:t xml:space="preserve"> atsaucas uz </w:t>
      </w:r>
      <w:r w:rsidRPr="23B851D9" w:rsidR="124D0670">
        <w:rPr>
          <w:rFonts w:ascii="Consolas" w:hAnsi="Consolas" w:eastAsia="Consolas" w:cs="Consolas"/>
          <w:noProof w:val="0"/>
          <w:sz w:val="20"/>
          <w:szCs w:val="20"/>
          <w:lang w:val="en-US"/>
        </w:rPr>
        <w:t>darbu_grupas.grupa_id</w:t>
      </w:r>
    </w:p>
    <w:p w:rsidR="124D0670" w:rsidRDefault="124D0670" w14:paraId="370152EB" w14:textId="3BFDFCE8">
      <w:r w:rsidRPr="23B851D9" w:rsidR="124D0670">
        <w:rPr>
          <w:rFonts w:ascii="Calibri" w:hAnsi="Calibri" w:eastAsia="Calibri" w:cs="Calibri"/>
          <w:noProof w:val="0"/>
          <w:sz w:val="20"/>
          <w:szCs w:val="20"/>
          <w:lang w:val="en-US"/>
        </w:rPr>
        <w:t xml:space="preserve">ON UPDATE: </w:t>
      </w:r>
      <w:r w:rsidRPr="23B851D9" w:rsidR="124D0670">
        <w:rPr>
          <w:rFonts w:ascii="Consolas" w:hAnsi="Consolas" w:eastAsia="Consolas" w:cs="Consolas"/>
          <w:noProof w:val="0"/>
          <w:sz w:val="20"/>
          <w:szCs w:val="20"/>
          <w:lang w:val="en-US"/>
        </w:rPr>
        <w:t>CASCADE</w:t>
      </w:r>
      <w:r>
        <w:br/>
      </w:r>
      <w:r w:rsidRPr="23B851D9" w:rsidR="124D0670">
        <w:rPr>
          <w:rFonts w:ascii="Calibri" w:hAnsi="Calibri" w:eastAsia="Calibri" w:cs="Calibri"/>
          <w:noProof w:val="0"/>
          <w:sz w:val="20"/>
          <w:szCs w:val="20"/>
          <w:lang w:val="en-US"/>
        </w:rPr>
        <w:t xml:space="preserve"> ON DELETE: </w:t>
      </w:r>
      <w:r w:rsidRPr="23B851D9" w:rsidR="124D0670">
        <w:rPr>
          <w:rFonts w:ascii="Consolas" w:hAnsi="Consolas" w:eastAsia="Consolas" w:cs="Consolas"/>
          <w:noProof w:val="0"/>
          <w:sz w:val="20"/>
          <w:szCs w:val="20"/>
          <w:lang w:val="en-US"/>
        </w:rPr>
        <w:t>RESTRICT</w:t>
      </w:r>
    </w:p>
    <w:p w:rsidR="23B851D9" w:rsidP="23B851D9" w:rsidRDefault="23B851D9" w14:paraId="1AD96A83" w14:textId="30D83EF9">
      <w:pPr>
        <w:pStyle w:val="Normal"/>
      </w:pPr>
    </w:p>
    <w:p w:rsidR="623C9BCF" w:rsidRDefault="623C9BCF" w14:paraId="701C0BB3" w14:textId="0565EF65">
      <w:r w:rsidRPr="23B851D9" w:rsidR="623C9BCF">
        <w:rPr>
          <w:rFonts w:ascii="Times New Roman" w:hAnsi="Times New Roman" w:eastAsia="Times New Roman" w:cs="Times New Roman"/>
          <w:b w:val="0"/>
          <w:bCs w:val="0"/>
          <w:i w:val="0"/>
          <w:iCs w:val="0"/>
          <w:caps w:val="0"/>
          <w:smallCaps w:val="0"/>
          <w:noProof w:val="0"/>
          <w:color w:val="000000" w:themeColor="text1" w:themeTint="FF" w:themeShade="FF"/>
          <w:lang w:val="en-US"/>
        </w:rPr>
        <w:t>Piemērs</w:t>
      </w:r>
      <w:r w:rsidRPr="23B851D9" w:rsidR="623C9BCF">
        <w:rPr>
          <w:rFonts w:ascii="Times New Roman" w:hAnsi="Times New Roman" w:eastAsia="Times New Roman" w:cs="Times New Roman"/>
          <w:b w:val="0"/>
          <w:bCs w:val="0"/>
          <w:i w:val="0"/>
          <w:iCs w:val="0"/>
          <w:caps w:val="0"/>
          <w:smallCaps w:val="0"/>
          <w:noProof w:val="0"/>
          <w:color w:val="000000" w:themeColor="text1" w:themeTint="FF" w:themeShade="FF"/>
          <w:lang w:val="en-US"/>
        </w:rPr>
        <w:t xml:space="preserve"> </w:t>
      </w:r>
      <w:r w:rsidRPr="23B851D9" w:rsidR="623C9BCF">
        <w:rPr>
          <w:rFonts w:ascii="Times New Roman" w:hAnsi="Times New Roman" w:eastAsia="Times New Roman" w:cs="Times New Roman"/>
          <w:b w:val="0"/>
          <w:bCs w:val="0"/>
          <w:i w:val="0"/>
          <w:iCs w:val="0"/>
          <w:caps w:val="0"/>
          <w:smallCaps w:val="0"/>
          <w:noProof w:val="0"/>
          <w:color w:val="000000" w:themeColor="text1" w:themeTint="FF" w:themeShade="FF"/>
          <w:lang w:val="en-US"/>
        </w:rPr>
        <w:t>kļūdu</w:t>
      </w:r>
      <w:r w:rsidRPr="23B851D9" w:rsidR="623C9BCF">
        <w:rPr>
          <w:rFonts w:ascii="Times New Roman" w:hAnsi="Times New Roman" w:eastAsia="Times New Roman" w:cs="Times New Roman"/>
          <w:b w:val="0"/>
          <w:bCs w:val="0"/>
          <w:i w:val="0"/>
          <w:iCs w:val="0"/>
          <w:caps w:val="0"/>
          <w:smallCaps w:val="0"/>
          <w:noProof w:val="0"/>
          <w:color w:val="000000" w:themeColor="text1" w:themeTint="FF" w:themeShade="FF"/>
          <w:lang w:val="en-US"/>
        </w:rPr>
        <w:t xml:space="preserve"> dokumentēšanai</w:t>
      </w:r>
    </w:p>
    <w:p w:rsidR="77253940" w:rsidRDefault="77253940" w14:paraId="45A34341" w14:textId="5CF5F079">
      <w:r w:rsidRPr="23B851D9" w:rsidR="77253940">
        <w:rPr>
          <w:rFonts w:ascii="Times New Roman" w:hAnsi="Times New Roman" w:eastAsia="Times New Roman" w:cs="Times New Roman"/>
          <w:b w:val="0"/>
          <w:bCs w:val="0"/>
          <w:i w:val="0"/>
          <w:iCs w:val="0"/>
          <w:caps w:val="0"/>
          <w:smallCaps w:val="0"/>
          <w:noProof w:val="0"/>
          <w:color w:val="000000" w:themeColor="text1" w:themeTint="FF" w:themeShade="FF"/>
          <w:lang w:val="en-US"/>
        </w:rPr>
        <w:t>1. kļūdas paziņojums</w:t>
      </w:r>
    </w:p>
    <w:p w:rsidR="77253940" w:rsidRDefault="77253940" w14:paraId="23BE535A" w14:textId="79574F06">
      <w:r w:rsidRPr="23B851D9" w:rsidR="77253940">
        <w:rPr>
          <w:rFonts w:ascii="Times New Roman" w:hAnsi="Times New Roman" w:eastAsia="Times New Roman" w:cs="Times New Roman"/>
          <w:b w:val="0"/>
          <w:bCs w:val="0"/>
          <w:i w:val="0"/>
          <w:iCs w:val="0"/>
          <w:caps w:val="0"/>
          <w:smallCaps w:val="0"/>
          <w:noProof w:val="0"/>
          <w:color w:val="000000" w:themeColor="text1" w:themeTint="FF" w:themeShade="FF"/>
          <w:lang w:val="en-US"/>
        </w:rPr>
        <w:t>Kļudas konstatēšana (ekrānšāviņš un/vai kļūdas kods/tekts) NĪN tips (NĪN par zemi, NĪN par ēkām) atkārtojas vairākos ierakstos</w:t>
      </w:r>
    </w:p>
    <w:p w:rsidR="77253940" w:rsidRDefault="77253940" w14:paraId="6762B5C5" w14:textId="7C89E40D">
      <w:r w:rsidRPr="23B851D9" w:rsidR="77253940">
        <w:rPr>
          <w:rFonts w:ascii="Times New Roman" w:hAnsi="Times New Roman" w:eastAsia="Times New Roman" w:cs="Times New Roman"/>
          <w:b w:val="0"/>
          <w:bCs w:val="0"/>
          <w:i w:val="0"/>
          <w:iCs w:val="0"/>
          <w:caps w:val="0"/>
          <w:smallCaps w:val="0"/>
          <w:noProof w:val="0"/>
          <w:color w:val="000000" w:themeColor="text1" w:themeTint="FF" w:themeShade="FF"/>
          <w:lang w:val="en-US"/>
        </w:rPr>
        <w:t>Kļūdas cēlonis</w:t>
      </w:r>
    </w:p>
    <w:p w:rsidR="77253940" w:rsidRDefault="77253940" w14:paraId="7A2F0296" w14:textId="56B344D9">
      <w:r w:rsidRPr="23B851D9" w:rsidR="77253940">
        <w:rPr>
          <w:rFonts w:ascii="Times New Roman" w:hAnsi="Times New Roman" w:eastAsia="Times New Roman" w:cs="Times New Roman"/>
          <w:b w:val="0"/>
          <w:bCs w:val="0"/>
          <w:i w:val="0"/>
          <w:iCs w:val="0"/>
          <w:caps w:val="0"/>
          <w:smallCaps w:val="0"/>
          <w:noProof w:val="0"/>
          <w:color w:val="000000" w:themeColor="text1" w:themeTint="FF" w:themeShade="FF"/>
          <w:lang w:val="en-US"/>
        </w:rPr>
        <w:t>(aprakstīta kļūda) Datu dublēšanās</w:t>
      </w:r>
    </w:p>
    <w:p w:rsidR="77253940" w:rsidRDefault="77253940" w14:paraId="50AD127C" w14:textId="467174CD">
      <w:r w:rsidRPr="23B851D9" w:rsidR="77253940">
        <w:rPr>
          <w:rFonts w:ascii="Times New Roman" w:hAnsi="Times New Roman" w:eastAsia="Times New Roman" w:cs="Times New Roman"/>
          <w:b w:val="0"/>
          <w:bCs w:val="0"/>
          <w:i w:val="0"/>
          <w:iCs w:val="0"/>
          <w:caps w:val="0"/>
          <w:smallCaps w:val="0"/>
          <w:noProof w:val="0"/>
          <w:color w:val="000000" w:themeColor="text1" w:themeTint="FF" w:themeShade="FF"/>
          <w:lang w:val="en-US"/>
        </w:rPr>
        <w:t>Kļūdas novēršana</w:t>
      </w:r>
    </w:p>
    <w:p w:rsidR="77253940" w:rsidRDefault="77253940" w14:paraId="382A49D0" w14:textId="7E7A2563">
      <w:r w:rsidRPr="23B851D9" w:rsidR="77253940">
        <w:rPr>
          <w:rFonts w:ascii="Times New Roman" w:hAnsi="Times New Roman" w:eastAsia="Times New Roman" w:cs="Times New Roman"/>
          <w:b w:val="0"/>
          <w:bCs w:val="0"/>
          <w:i w:val="0"/>
          <w:iCs w:val="0"/>
          <w:caps w:val="0"/>
          <w:smallCaps w:val="0"/>
          <w:noProof w:val="0"/>
          <w:color w:val="000000" w:themeColor="text1" w:themeTint="FF" w:themeShade="FF"/>
          <w:lang w:val="en-US"/>
        </w:rPr>
        <w:t>(aprakstīts veids kā</w:t>
      </w:r>
    </w:p>
    <w:p w:rsidR="77253940" w:rsidRDefault="77253940" w14:paraId="743EF28D" w14:textId="56C19BCF">
      <w:r w:rsidRPr="23B851D9" w:rsidR="77253940">
        <w:rPr>
          <w:rFonts w:ascii="Times New Roman" w:hAnsi="Times New Roman" w:eastAsia="Times New Roman" w:cs="Times New Roman"/>
          <w:b w:val="0"/>
          <w:bCs w:val="0"/>
          <w:i w:val="0"/>
          <w:iCs w:val="0"/>
          <w:caps w:val="0"/>
          <w:smallCaps w:val="0"/>
          <w:noProof w:val="0"/>
          <w:color w:val="000000" w:themeColor="text1" w:themeTint="FF" w:themeShade="FF"/>
          <w:lang w:val="en-US"/>
        </w:rPr>
        <w:t>novērst kļūdu) Izveidota tabula nin_tipi, izmantojot ārējo atslēgu</w:t>
      </w:r>
    </w:p>
    <w:p w:rsidR="77253940" w:rsidRDefault="77253940" w14:paraId="27202943" w14:textId="186C9B8F">
      <w:r w:rsidRPr="23B851D9" w:rsidR="77253940">
        <w:rPr>
          <w:rFonts w:ascii="Times New Roman" w:hAnsi="Times New Roman" w:eastAsia="Times New Roman" w:cs="Times New Roman"/>
          <w:b w:val="0"/>
          <w:bCs w:val="0"/>
          <w:i w:val="0"/>
          <w:iCs w:val="0"/>
          <w:caps w:val="0"/>
          <w:smallCaps w:val="0"/>
          <w:noProof w:val="0"/>
          <w:color w:val="000000" w:themeColor="text1" w:themeTint="FF" w:themeShade="FF"/>
          <w:lang w:val="en-US"/>
        </w:rPr>
        <w:t>2. kļūdas paziņojums</w:t>
      </w:r>
    </w:p>
    <w:p w:rsidR="77253940" w:rsidRDefault="77253940" w14:paraId="1FE3B417" w14:textId="25A04996">
      <w:r w:rsidRPr="23B851D9" w:rsidR="77253940">
        <w:rPr>
          <w:rFonts w:ascii="Times New Roman" w:hAnsi="Times New Roman" w:eastAsia="Times New Roman" w:cs="Times New Roman"/>
          <w:b w:val="0"/>
          <w:bCs w:val="0"/>
          <w:i w:val="0"/>
          <w:iCs w:val="0"/>
          <w:caps w:val="0"/>
          <w:smallCaps w:val="0"/>
          <w:noProof w:val="0"/>
          <w:color w:val="000000" w:themeColor="text1" w:themeTint="FF" w:themeShade="FF"/>
          <w:lang w:val="en-US"/>
        </w:rPr>
        <w:t>Kļudas konstatēšana (ekrānšāviņš un/vai kļūdas kods/tekts) Dati neimportējas vai datumi ir nepareizi</w:t>
      </w:r>
    </w:p>
    <w:p w:rsidR="77253940" w:rsidRDefault="77253940" w14:paraId="4D95A918" w14:textId="0A21FAD8">
      <w:r w:rsidRPr="23B851D9" w:rsidR="77253940">
        <w:rPr>
          <w:rFonts w:ascii="Times New Roman" w:hAnsi="Times New Roman" w:eastAsia="Times New Roman" w:cs="Times New Roman"/>
          <w:b w:val="0"/>
          <w:bCs w:val="0"/>
          <w:i w:val="0"/>
          <w:iCs w:val="0"/>
          <w:caps w:val="0"/>
          <w:smallCaps w:val="0"/>
          <w:noProof w:val="0"/>
          <w:color w:val="000000" w:themeColor="text1" w:themeTint="FF" w:themeShade="FF"/>
          <w:lang w:val="en-US"/>
        </w:rPr>
        <w:t>Kļūdas cēlonis</w:t>
      </w:r>
    </w:p>
    <w:p w:rsidR="77253940" w:rsidRDefault="77253940" w14:paraId="78E57302" w14:textId="4529DE03">
      <w:r w:rsidRPr="23B851D9" w:rsidR="77253940">
        <w:rPr>
          <w:rFonts w:ascii="Times New Roman" w:hAnsi="Times New Roman" w:eastAsia="Times New Roman" w:cs="Times New Roman"/>
          <w:b w:val="0"/>
          <w:bCs w:val="0"/>
          <w:i w:val="0"/>
          <w:iCs w:val="0"/>
          <w:caps w:val="0"/>
          <w:smallCaps w:val="0"/>
          <w:noProof w:val="0"/>
          <w:color w:val="000000" w:themeColor="text1" w:themeTint="FF" w:themeShade="FF"/>
          <w:lang w:val="en-US"/>
        </w:rPr>
        <w:t>(aprakstīta kļūda) CSV failā datums neatbilst MySQL formātam (YYYY-MM-DD).</w:t>
      </w:r>
    </w:p>
    <w:p w:rsidR="77253940" w:rsidRDefault="77253940" w14:paraId="6421DD7C" w14:textId="746F09A6">
      <w:r w:rsidRPr="23B851D9" w:rsidR="77253940">
        <w:rPr>
          <w:rFonts w:ascii="Times New Roman" w:hAnsi="Times New Roman" w:eastAsia="Times New Roman" w:cs="Times New Roman"/>
          <w:b w:val="0"/>
          <w:bCs w:val="0"/>
          <w:i w:val="0"/>
          <w:iCs w:val="0"/>
          <w:caps w:val="0"/>
          <w:smallCaps w:val="0"/>
          <w:noProof w:val="0"/>
          <w:color w:val="000000" w:themeColor="text1" w:themeTint="FF" w:themeShade="FF"/>
          <w:lang w:val="en-US"/>
        </w:rPr>
        <w:t>Kļūdas novēršana</w:t>
      </w:r>
    </w:p>
    <w:p w:rsidR="77253940" w:rsidRDefault="77253940" w14:paraId="7950579A" w14:textId="0F280AD3">
      <w:r w:rsidRPr="23B851D9" w:rsidR="77253940">
        <w:rPr>
          <w:rFonts w:ascii="Times New Roman" w:hAnsi="Times New Roman" w:eastAsia="Times New Roman" w:cs="Times New Roman"/>
          <w:b w:val="0"/>
          <w:bCs w:val="0"/>
          <w:i w:val="0"/>
          <w:iCs w:val="0"/>
          <w:caps w:val="0"/>
          <w:smallCaps w:val="0"/>
          <w:noProof w:val="0"/>
          <w:color w:val="000000" w:themeColor="text1" w:themeTint="FF" w:themeShade="FF"/>
          <w:lang w:val="en-US"/>
        </w:rPr>
        <w:t>(aprakstīts veids kā</w:t>
      </w:r>
    </w:p>
    <w:p w:rsidR="77253940" w:rsidRDefault="77253940" w14:paraId="7D4AE47B" w14:textId="69DD8225">
      <w:r w:rsidRPr="23B851D9" w:rsidR="77253940">
        <w:rPr>
          <w:rFonts w:ascii="Times New Roman" w:hAnsi="Times New Roman" w:eastAsia="Times New Roman" w:cs="Times New Roman"/>
          <w:b w:val="0"/>
          <w:bCs w:val="0"/>
          <w:i w:val="0"/>
          <w:iCs w:val="0"/>
          <w:caps w:val="0"/>
          <w:smallCaps w:val="0"/>
          <w:noProof w:val="0"/>
          <w:color w:val="000000" w:themeColor="text1" w:themeTint="FF" w:themeShade="FF"/>
          <w:lang w:val="en-US"/>
        </w:rPr>
        <w:t>novērst kļūdu) Pirms importa pārveidot datumu pareizajā formātā</w:t>
      </w:r>
    </w:p>
    <w:p w:rsidR="77253940" w:rsidRDefault="77253940" w14:paraId="3E8A65FB" w14:textId="28915A1D">
      <w:r w:rsidRPr="23B851D9" w:rsidR="77253940">
        <w:rPr>
          <w:rFonts w:ascii="Times New Roman" w:hAnsi="Times New Roman" w:eastAsia="Times New Roman" w:cs="Times New Roman"/>
          <w:b w:val="0"/>
          <w:bCs w:val="0"/>
          <w:i w:val="0"/>
          <w:iCs w:val="0"/>
          <w:caps w:val="0"/>
          <w:smallCaps w:val="0"/>
          <w:noProof w:val="0"/>
          <w:color w:val="000000" w:themeColor="text1" w:themeTint="FF" w:themeShade="FF"/>
          <w:lang w:val="en-US"/>
        </w:rPr>
        <w:t>3. kļūdas paziņojums</w:t>
      </w:r>
    </w:p>
    <w:p w:rsidR="77253940" w:rsidRDefault="77253940" w14:paraId="433B4AB4" w14:textId="0CD6AED7">
      <w:r w:rsidRPr="23B851D9" w:rsidR="77253940">
        <w:rPr>
          <w:rFonts w:ascii="Times New Roman" w:hAnsi="Times New Roman" w:eastAsia="Times New Roman" w:cs="Times New Roman"/>
          <w:b w:val="0"/>
          <w:bCs w:val="0"/>
          <w:i w:val="0"/>
          <w:iCs w:val="0"/>
          <w:caps w:val="0"/>
          <w:smallCaps w:val="0"/>
          <w:noProof w:val="0"/>
          <w:color w:val="000000" w:themeColor="text1" w:themeTint="FF" w:themeShade="FF"/>
          <w:lang w:val="en-US"/>
        </w:rPr>
        <w:t>Kļudas konstatēšana (ekrānšāviņš un/vai kļūdas kods/tekts) Īpašuma nosaukums un Kadastra numurs atkārtojās katrā konta rindā, jo vienam īpašumam var piederēt vairāki nodokļa konti (atsevišķi zemei, atsevišķi ēkām). Šīs vērtības</w:t>
      </w:r>
    </w:p>
    <w:p w:rsidR="77253940" w:rsidRDefault="77253940" w14:paraId="0957125B" w14:textId="5B8A495A">
      <w:r w:rsidRPr="23B851D9" w:rsidR="77253940">
        <w:rPr>
          <w:rFonts w:ascii="Times New Roman" w:hAnsi="Times New Roman" w:eastAsia="Times New Roman" w:cs="Times New Roman"/>
          <w:b w:val="0"/>
          <w:bCs w:val="0"/>
          <w:i w:val="0"/>
          <w:iCs w:val="0"/>
          <w:caps w:val="0"/>
          <w:smallCaps w:val="0"/>
          <w:noProof w:val="0"/>
          <w:color w:val="000000" w:themeColor="text1" w:themeTint="FF" w:themeShade="FF"/>
          <w:lang w:val="en-US"/>
        </w:rPr>
        <w:t>bija atkarīgas no Konta Nr. tikai netieši — caur īpašumu, nevis tieši no konta paša.</w:t>
      </w:r>
    </w:p>
    <w:p w:rsidR="77253940" w:rsidRDefault="77253940" w14:paraId="1DE4807D" w14:textId="10FDBEF1">
      <w:r w:rsidRPr="23B851D9" w:rsidR="77253940">
        <w:rPr>
          <w:rFonts w:ascii="Times New Roman" w:hAnsi="Times New Roman" w:eastAsia="Times New Roman" w:cs="Times New Roman"/>
          <w:b w:val="0"/>
          <w:bCs w:val="0"/>
          <w:i w:val="0"/>
          <w:iCs w:val="0"/>
          <w:caps w:val="0"/>
          <w:smallCaps w:val="0"/>
          <w:noProof w:val="0"/>
          <w:color w:val="000000" w:themeColor="text1" w:themeTint="FF" w:themeShade="FF"/>
          <w:lang w:val="en-US"/>
        </w:rPr>
        <w:t>Kļūdas cēlonis</w:t>
      </w:r>
    </w:p>
    <w:p w:rsidR="77253940" w:rsidRDefault="77253940" w14:paraId="4A9C705D" w14:textId="491927C8">
      <w:r w:rsidRPr="23B851D9" w:rsidR="77253940">
        <w:rPr>
          <w:rFonts w:ascii="Times New Roman" w:hAnsi="Times New Roman" w:eastAsia="Times New Roman" w:cs="Times New Roman"/>
          <w:b w:val="0"/>
          <w:bCs w:val="0"/>
          <w:i w:val="0"/>
          <w:iCs w:val="0"/>
          <w:caps w:val="0"/>
          <w:smallCaps w:val="0"/>
          <w:noProof w:val="0"/>
          <w:color w:val="000000" w:themeColor="text1" w:themeTint="FF" w:themeShade="FF"/>
          <w:lang w:val="en-US"/>
        </w:rPr>
        <w:t>(aprakstīta kļūda) Avota datos īpašuma informācija tika ievadīta katrā nodokļa konta rindā atsevišķi, nevis vienreiz katram īpašumam, jo izklājlapa neparedzēja atsevišķu īpašumu sarakstu.</w:t>
      </w:r>
    </w:p>
    <w:p w:rsidR="77253940" w:rsidRDefault="77253940" w14:paraId="06BDC8CD" w14:textId="46B0AD46">
      <w:r w:rsidRPr="23B851D9" w:rsidR="77253940">
        <w:rPr>
          <w:rFonts w:ascii="Times New Roman" w:hAnsi="Times New Roman" w:eastAsia="Times New Roman" w:cs="Times New Roman"/>
          <w:b w:val="0"/>
          <w:bCs w:val="0"/>
          <w:i w:val="0"/>
          <w:iCs w:val="0"/>
          <w:caps w:val="0"/>
          <w:smallCaps w:val="0"/>
          <w:noProof w:val="0"/>
          <w:color w:val="000000" w:themeColor="text1" w:themeTint="FF" w:themeShade="FF"/>
          <w:lang w:val="en-US"/>
        </w:rPr>
        <w:t>Kļūdas novēršana</w:t>
      </w:r>
    </w:p>
    <w:p w:rsidR="77253940" w:rsidRDefault="77253940" w14:paraId="5C1D2785" w14:textId="708F31C4">
      <w:r w:rsidRPr="23B851D9" w:rsidR="77253940">
        <w:rPr>
          <w:rFonts w:ascii="Times New Roman" w:hAnsi="Times New Roman" w:eastAsia="Times New Roman" w:cs="Times New Roman"/>
          <w:b w:val="0"/>
          <w:bCs w:val="0"/>
          <w:i w:val="0"/>
          <w:iCs w:val="0"/>
          <w:caps w:val="0"/>
          <w:smallCaps w:val="0"/>
          <w:noProof w:val="0"/>
          <w:color w:val="000000" w:themeColor="text1" w:themeTint="FF" w:themeShade="FF"/>
          <w:lang w:val="en-US"/>
        </w:rPr>
        <w:t>(aprakstīts veids kā</w:t>
      </w:r>
    </w:p>
    <w:p w:rsidR="77253940" w:rsidRDefault="77253940" w14:paraId="1763B399" w14:textId="7A0A70D6">
      <w:r w:rsidRPr="23B851D9" w:rsidR="77253940">
        <w:rPr>
          <w:rFonts w:ascii="Times New Roman" w:hAnsi="Times New Roman" w:eastAsia="Times New Roman" w:cs="Times New Roman"/>
          <w:b w:val="0"/>
          <w:bCs w:val="0"/>
          <w:i w:val="0"/>
          <w:iCs w:val="0"/>
          <w:caps w:val="0"/>
          <w:smallCaps w:val="0"/>
          <w:noProof w:val="0"/>
          <w:color w:val="000000" w:themeColor="text1" w:themeTint="FF" w:themeShade="FF"/>
          <w:lang w:val="en-US"/>
        </w:rPr>
        <w:t>novērst kļūdu) Izveidota atsevišķa tabula IPASUMI (ipasums_id, nosaukums, kadastra_nr, maksatajs_id). Tabula NODOKLU_KONTI tagad atsaucas uz īpašumu ar ārējo atslēgu ipasums_id, novēršot nosaukuma un kadastra numura dublēšanos</w:t>
      </w:r>
    </w:p>
    <w:p w:rsidR="24EC4D78" w:rsidP="23B851D9" w:rsidRDefault="24EC4D78" w14:paraId="1CCE3D5F" w14:textId="22E9000E">
      <w:pPr>
        <w:pStyle w:val="ListParagraph"/>
        <w:ind w:left="720"/>
      </w:pPr>
      <w:r w:rsidRPr="23B851D9" w:rsidR="24EC4D78">
        <w:rPr>
          <w:rFonts w:ascii="Calibri" w:hAnsi="Calibri" w:eastAsia="Calibri" w:cs="Calibri"/>
          <w:noProof w:val="0"/>
          <w:sz w:val="20"/>
          <w:szCs w:val="20"/>
          <w:lang w:val="en-US"/>
        </w:rPr>
        <w:t>Piemērs</w:t>
      </w:r>
      <w:r w:rsidRPr="23B851D9" w:rsidR="24EC4D78">
        <w:rPr>
          <w:rFonts w:ascii="Calibri" w:hAnsi="Calibri" w:eastAsia="Calibri" w:cs="Calibri"/>
          <w:noProof w:val="0"/>
          <w:sz w:val="20"/>
          <w:szCs w:val="20"/>
          <w:lang w:val="en-US"/>
        </w:rPr>
        <w:t xml:space="preserve"> ER diagrammai</w:t>
      </w:r>
    </w:p>
    <w:p w:rsidR="76844770" w:rsidP="23B851D9" w:rsidRDefault="76844770" w14:paraId="1D332E35" w14:textId="63320389">
      <w:pPr>
        <w:pStyle w:val="Normal"/>
      </w:pPr>
      <w:r w:rsidR="76844770">
        <w:drawing>
          <wp:inline wp14:editId="7D7A6FB6" wp14:anchorId="0AC3596A">
            <wp:extent cx="6400800" cy="2943225"/>
            <wp:effectExtent l="0" t="0" r="0" b="0"/>
            <wp:docPr id="78141545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81415453" name="Picture 781415453"/>
                    <pic:cNvPicPr/>
                  </pic:nvPicPr>
                  <pic:blipFill>
                    <a:blip xmlns:r="http://schemas.openxmlformats.org/officeDocument/2006/relationships" r:embed="rId182334396">
                      <a:extLst>
                        <a:ext uri="{28A0092B-C50C-407E-A947-70E740481C1C}">
                          <a14:useLocalDpi xmlns:a14="http://schemas.microsoft.com/office/drawing/2010/main"/>
                        </a:ext>
                      </a:extLst>
                    </a:blip>
                    <a:stretch>
                      <a:fillRect/>
                    </a:stretch>
                  </pic:blipFill>
                  <pic:spPr>
                    <a:xfrm>
                      <a:off x="0" y="0"/>
                      <a:ext cx="6400800" cy="2943225"/>
                    </a:xfrm>
                    <a:prstGeom prst="rect">
                      <a:avLst/>
                    </a:prstGeom>
                  </pic:spPr>
                </pic:pic>
              </a:graphicData>
            </a:graphic>
          </wp:inline>
        </w:drawing>
      </w:r>
    </w:p>
    <w:p w:rsidR="23B851D9" w:rsidP="23B851D9" w:rsidRDefault="23B851D9" w14:paraId="76898ADE" w14:textId="002A75FC">
      <w:pPr>
        <w:pStyle w:val="Normal"/>
      </w:pPr>
    </w:p>
    <w:sectPr w:rsidR="0088700B" w:rsidSect="00034616">
      <w:footerReference w:type="default" r:id="rId8"/>
      <w:pgSz w:w="12240" w:h="15840" w:orient="portrait"/>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527BD9" w:rsidRDefault="00527BD9" w14:paraId="6B62F1B3" wp14:textId="77777777">
      <w:pPr>
        <w:spacing w:after="0" w:line="240" w:lineRule="auto"/>
      </w:pPr>
      <w:r>
        <w:separator/>
      </w:r>
    </w:p>
  </w:endnote>
  <w:endnote w:type="continuationSeparator" w:id="0">
    <w:p xmlns:wp14="http://schemas.microsoft.com/office/word/2010/wordml" w:rsidR="00527BD9" w:rsidRDefault="00527BD9" w14:paraId="02F2C34E"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88700B" w:rsidRDefault="00000000" w14:paraId="4C585A0F" wp14:textId="77777777">
    <w:pPr>
      <w:pStyle w:val="Footer"/>
      <w:jc w:val="center"/>
    </w:pPr>
    <w:r>
      <w:rPr>
        <w:color w:val="646464"/>
        <w:sz w:val="16"/>
      </w:rPr>
      <w:t>Datubāzu tehnoloģijas - eksāmena konspekts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527BD9" w:rsidRDefault="00527BD9" w14:paraId="680A4E5D" wp14:textId="77777777">
      <w:pPr>
        <w:spacing w:after="0" w:line="240" w:lineRule="auto"/>
      </w:pPr>
      <w:r>
        <w:separator/>
      </w:r>
    </w:p>
  </w:footnote>
  <w:footnote w:type="continuationSeparator" w:id="0">
    <w:p xmlns:wp14="http://schemas.microsoft.com/office/word/2010/wordml" w:rsidR="00527BD9" w:rsidRDefault="00527BD9" w14:paraId="19219836" wp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3">
    <w:nsid w:val="7aaf15a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4b26692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481600e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51c4c0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520ea72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4">
    <w:abstractNumId w:val="13"/>
  </w:num>
  <w:num w:numId="13">
    <w:abstractNumId w:val="12"/>
  </w:num>
  <w:num w:numId="12">
    <w:abstractNumId w:val="11"/>
  </w:num>
  <w:num w:numId="11">
    <w:abstractNumId w:val="10"/>
  </w:num>
  <w:num w:numId="10">
    <w:abstractNumId w:val="9"/>
  </w:num>
  <w:num w:numId="1" w16cid:durableId="329799416">
    <w:abstractNumId w:val="8"/>
  </w:num>
  <w:num w:numId="2" w16cid:durableId="1357581346">
    <w:abstractNumId w:val="6"/>
  </w:num>
  <w:num w:numId="3" w16cid:durableId="17704620">
    <w:abstractNumId w:val="5"/>
  </w:num>
  <w:num w:numId="4" w16cid:durableId="1778796780">
    <w:abstractNumId w:val="4"/>
  </w:num>
  <w:num w:numId="5" w16cid:durableId="1938828170">
    <w:abstractNumId w:val="7"/>
  </w:num>
  <w:num w:numId="6" w16cid:durableId="995107724">
    <w:abstractNumId w:val="3"/>
  </w:num>
  <w:num w:numId="7" w16cid:durableId="1974671388">
    <w:abstractNumId w:val="2"/>
  </w:num>
  <w:num w:numId="8" w16cid:durableId="2104252781">
    <w:abstractNumId w:val="1"/>
  </w:num>
  <w:num w:numId="9" w16cid:durableId="1669749124">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207"/>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000"/>
    <w:rsid w:val="00034616"/>
    <w:rsid w:val="0006063C"/>
    <w:rsid w:val="0015074B"/>
    <w:rsid w:val="0029639D"/>
    <w:rsid w:val="00326F90"/>
    <w:rsid w:val="004479D7"/>
    <w:rsid w:val="00527BD9"/>
    <w:rsid w:val="00853D83"/>
    <w:rsid w:val="0088700B"/>
    <w:rsid w:val="00AA1D8D"/>
    <w:rsid w:val="00B47730"/>
    <w:rsid w:val="00CB0664"/>
    <w:rsid w:val="00CC1D70"/>
    <w:rsid w:val="00FC693F"/>
    <w:rsid w:val="01D2D769"/>
    <w:rsid w:val="046A44D5"/>
    <w:rsid w:val="07336C57"/>
    <w:rsid w:val="0B89432B"/>
    <w:rsid w:val="0CF19DB6"/>
    <w:rsid w:val="0D1A1221"/>
    <w:rsid w:val="1091B242"/>
    <w:rsid w:val="124D0670"/>
    <w:rsid w:val="1C5A0B04"/>
    <w:rsid w:val="1C6F8C93"/>
    <w:rsid w:val="206C46FF"/>
    <w:rsid w:val="2330CEFD"/>
    <w:rsid w:val="23B851D9"/>
    <w:rsid w:val="24EC4D78"/>
    <w:rsid w:val="2E474E1F"/>
    <w:rsid w:val="33035353"/>
    <w:rsid w:val="37E3B927"/>
    <w:rsid w:val="40E5FF72"/>
    <w:rsid w:val="424B8660"/>
    <w:rsid w:val="4CEF8EEF"/>
    <w:rsid w:val="4D616FA0"/>
    <w:rsid w:val="4DC8C3F3"/>
    <w:rsid w:val="4DE8B416"/>
    <w:rsid w:val="4E54EFC3"/>
    <w:rsid w:val="5244FD51"/>
    <w:rsid w:val="570429BB"/>
    <w:rsid w:val="5AA47791"/>
    <w:rsid w:val="623C9BCF"/>
    <w:rsid w:val="732D3DEE"/>
    <w:rsid w:val="76844770"/>
    <w:rsid w:val="77253940"/>
    <w:rsid w:val="778357A0"/>
    <w:rsid w:val="78FCCF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516B6D"/>
  <w14:defaultImageDpi w14:val="300"/>
  <w15:docId w15:val="{F5D086E7-9F1D-154C-94C2-99E30289DB3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rPr>
      <w:rFonts w:ascii="Calibri" w:hAnsi="Calibri" w:eastAsia="Calibri"/>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1F4E79"/>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2F5496"/>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44444"/>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image" Target="/media/image.png" Id="rId614826422" /><Relationship Type="http://schemas.openxmlformats.org/officeDocument/2006/relationships/image" Target="/media/image2.png" Id="rId18233439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Nazars Gamanists</lastModifiedBy>
  <revision>3</revision>
  <dcterms:created xsi:type="dcterms:W3CDTF">2013-12-23T23:15:00.0000000Z</dcterms:created>
  <dcterms:modified xsi:type="dcterms:W3CDTF">2026-06-25T23:31:44.4901728Z</dcterms:modified>
  <category/>
</coreProperties>
</file>